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05E36" w:rsidTr="00934FED">
        <w:tc>
          <w:tcPr>
            <w:tcW w:w="2880" w:type="dxa"/>
          </w:tcPr>
          <w:p w:rsidR="00B05E36" w:rsidRDefault="00B05E36" w:rsidP="00934FED">
            <w:r>
              <w:t>TC:</w:t>
            </w:r>
          </w:p>
        </w:tc>
        <w:tc>
          <w:tcPr>
            <w:tcW w:w="2880" w:type="dxa"/>
          </w:tcPr>
          <w:p w:rsidR="00B05E36" w:rsidRDefault="00B05E36" w:rsidP="00934FED">
            <w:r>
              <w:t>VIDEO:</w:t>
            </w:r>
          </w:p>
        </w:tc>
        <w:tc>
          <w:tcPr>
            <w:tcW w:w="2880" w:type="dxa"/>
          </w:tcPr>
          <w:p w:rsidR="00B05E36" w:rsidRPr="00B05E36" w:rsidRDefault="00B05E36" w:rsidP="00934FED">
            <w:pPr>
              <w:rPr>
                <w:bCs/>
              </w:rPr>
            </w:pPr>
            <w:r w:rsidRPr="00B05E36">
              <w:rPr>
                <w:bCs/>
              </w:rPr>
              <w:t>AUDIO: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01:13:33:00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"Elinor Stops the Squish"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01:13:39:17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...and that's the end of the lesson, kids.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01:13:42:13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Which means, it's time for...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01:13:45:13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snack time!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01:13:46:26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01:13:48:06</w:t>
            </w:r>
          </w:p>
        </w:tc>
        <w:tc>
          <w:tcPr>
            <w:tcW w:w="2880" w:type="dxa"/>
          </w:tcPr>
          <w:p w:rsidR="00B05E36" w:rsidRDefault="00B05E36" w:rsidP="00934FED">
            <w:bookmarkStart w:id="0" w:name="_GoBack"/>
            <w:bookmarkEnd w:id="0"/>
          </w:p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Ooh, it's snack time, snack time...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01:13:52:08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</w:t>
            </w:r>
            <w:proofErr w:type="spellStart"/>
            <w:r>
              <w:t>loooove</w:t>
            </w:r>
            <w:proofErr w:type="spellEnd"/>
            <w:r>
              <w:t xml:space="preserve"> snack time!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01:13:55:20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Let's see what I got...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01:13:59:24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I got! Huh... Carrot sticks.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01:14:02:19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Ari, you got carrot sticks!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01:14:04:27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love carrot sticks.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01:14:07:15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They're my favorite!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01:14:08:24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Let's see what I got...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01:14:10:28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Hm...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01:14:11:28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Raisins.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01:14:13:10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Elinor, you got raisins!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01:14:15:11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That's awesome, raisins are my favorite!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01:14:20:25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proofErr w:type="spellStart"/>
            <w:r>
              <w:t>Wanna</w:t>
            </w:r>
            <w:proofErr w:type="spellEnd"/>
            <w:r>
              <w:t xml:space="preserve"> share? </w:t>
            </w:r>
            <w:r>
              <w:rPr>
                <w:b/>
              </w:rPr>
              <w:t xml:space="preserve">ARI: </w:t>
            </w:r>
            <w:proofErr w:type="spellStart"/>
            <w:r>
              <w:t>Wanna</w:t>
            </w:r>
            <w:proofErr w:type="spellEnd"/>
            <w:r>
              <w:t xml:space="preserve"> share?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01:14:23:23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Olive, did you find your snack?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01:14:26:03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It's in here somewhere...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01:14:28:11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01:14:31:10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aha!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01:14:32:10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Found it.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01:14:34:18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Elinor! Ari!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01:14:35:28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Did you notice?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01:14:37:20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It's Ms. Mole's birthday tomorrow!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01:14:40:12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Uh... teachers have birthdays?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01:14:43:17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[giggle] Of course they do.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01:14:46:20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Let's do something nice for her!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01:14:48:16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Ok. We could make her a </w:t>
            </w:r>
            <w:proofErr w:type="gramStart"/>
            <w:r>
              <w:t>picture?</w:t>
            </w:r>
            <w:proofErr w:type="gramEnd"/>
            <w:r>
              <w:t xml:space="preserve">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01:14:55:04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Achoo!!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01:15:02:02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Bless you!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01:15:03:09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She already has a lot of pictures.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01:15:06:19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How about a craft?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01:15:08:22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Hmmm... she has a lot of those, too.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01:15:12:03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know!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01:15:13:05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I'll bring her a cupcake tomorrow!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01:15:14:26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My mom made a whole batch for her book club.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01:15:17:08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In </w:t>
            </w:r>
            <w:proofErr w:type="gramStart"/>
            <w:r>
              <w:t>fact</w:t>
            </w:r>
            <w:proofErr w:type="gramEnd"/>
            <w:r>
              <w:t xml:space="preserve">... [trumpet]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01:15:20:03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got one for a snack!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01:15:22:23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Aw! It squished.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01:15:25:12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wonder how that happened?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01:15:27:07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It must have gotten squished inside your bag.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01:15:30:06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You do carry a lot of stuff with you, Olive.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01:15:33:05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But I need all my books with me.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01:15:35:28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Is everything all right, kids?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01:15:38:29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Yes!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01:15:39:29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01:15:40:29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There's no cupcake!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01:15:43:01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[giggle]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01:15:44:21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Huh? Huh....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01:15:47:06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Okay.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01:15:51:11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Whew!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01:15:52:11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Good thing we didn't mention cupcakes.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01:15:54:11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I'd hate to spoil the surprise.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01:15:56:28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yeah...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01:15:58:14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[giggle]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01:15:59:24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Well, I'd hate to spoil the cupcake tomorrow.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01:16:03:04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What if it goes 'squish' inside my bag like this one?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01:16:06:28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Don't worry, Olive.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01:16:08:10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We'll just have to find a way to stop the squish!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01:16:12:18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Hmmm...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01:16:16:17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I know!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01:16:17:20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Maybe you could carry the cupcake on a plate,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01:16:20:17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proofErr w:type="gramStart"/>
            <w:r>
              <w:t>so</w:t>
            </w:r>
            <w:proofErr w:type="gramEnd"/>
            <w:r>
              <w:t xml:space="preserve"> it doesn't squish?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01:16:22:05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I could...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01:16:24:16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but what if I trip?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01:16:26:24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01:16:27:28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Whoa...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01:16:31:05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whoa...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01:16:32:28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01:16:36:10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proofErr w:type="spellStart"/>
            <w:r>
              <w:t>Whooaaa</w:t>
            </w:r>
            <w:proofErr w:type="spellEnd"/>
            <w:r>
              <w:t xml:space="preserve">... </w:t>
            </w:r>
            <w:proofErr w:type="spellStart"/>
            <w:r>
              <w:t>oof</w:t>
            </w:r>
            <w:proofErr w:type="spellEnd"/>
            <w:r>
              <w:t xml:space="preserve">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01:16:39:22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That would squish it all right.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01:16:44:13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What if I fly it to school?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01:16:47:15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[º]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01:16:49:23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01:16:53:08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That might squish the cupcake too.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01:16:55:24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Heads up!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01:16:57:02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01:17:00:18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Oh, no! Poor turtle!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01:17:02:29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Sorry!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01:17:04:06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Is the turtle okay?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01:17:08:11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Whew!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01:17:09:11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Yeah, he's okay.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01:17:10:25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He hardly even noticed!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01:17:12:22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The ball just bounced off his shell.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01:17:15:18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Yeah, turtles have </w:t>
            </w:r>
            <w:proofErr w:type="gramStart"/>
            <w:r>
              <w:t>really hard</w:t>
            </w:r>
            <w:proofErr w:type="gramEnd"/>
            <w:r>
              <w:t xml:space="preserve"> shells.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01:17:18:15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read about it in my nature book.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01:17:20:10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Every turtle is born with a shell...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01:17:22:15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and they will grow bigger as they get older.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01:17:24:25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01:17:25:29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They have shells to protect themselves...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01:17:27:24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from other animals.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01:17:29:05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and balls!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01:17:31:04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01:17:33:19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What are you playing, </w:t>
            </w:r>
            <w:proofErr w:type="spellStart"/>
            <w:r>
              <w:t>Rollie</w:t>
            </w:r>
            <w:proofErr w:type="spellEnd"/>
            <w:r>
              <w:t xml:space="preserve">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01:17:35:12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Oh, my sister and I are just playing ball.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01:17:42:27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Doesn't that hurt?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01:17:44:15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We armadillos have a protective shell, see?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01:17:48:24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Just like a turtle!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01:17:50:02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Can you </w:t>
            </w:r>
            <w:proofErr w:type="gramStart"/>
            <w:r>
              <w:t>hid</w:t>
            </w:r>
            <w:proofErr w:type="gramEnd"/>
            <w:r>
              <w:t xml:space="preserve"> your head and arms inside your shell too?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01:17:53:14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Ah, no.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01:17:54:16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But I can roll up </w:t>
            </w:r>
            <w:proofErr w:type="gramStart"/>
            <w:r>
              <w:t>really tight</w:t>
            </w:r>
            <w:proofErr w:type="gramEnd"/>
            <w:r>
              <w:t xml:space="preserve">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01:17:58:29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01:18:00:02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It's like you turned into a ball.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01:18:02:06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[mumbles]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01:18:04:08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What did you say </w:t>
            </w:r>
            <w:proofErr w:type="spellStart"/>
            <w:r>
              <w:t>Rollie</w:t>
            </w:r>
            <w:proofErr w:type="spellEnd"/>
            <w:r>
              <w:t xml:space="preserve">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01:18:06:06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I said this shell helps protect me.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01:18:09:15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01:18:14:29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Nice and hard.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01:18:16:12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ROLLIE: </w:t>
            </w:r>
            <w:r>
              <w:t xml:space="preserve">Anyway, I </w:t>
            </w:r>
            <w:proofErr w:type="spellStart"/>
            <w:r>
              <w:t>gotta</w:t>
            </w:r>
            <w:proofErr w:type="spellEnd"/>
            <w:r>
              <w:t xml:space="preserve"> roll.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01:18:18:23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See you later!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01:18:20:26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Wow. That's so cool.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01:18:22:22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It's like he has a helmet for his whole body!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01:18:31:18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01:18:37:16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Whew.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01:18:38:16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Speaking of 'whole body', my whole body is thirsty.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01:18:42:08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Well you came to the right place!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01:18:44:20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Hello Ms. Llama.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01:18:46:06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Would you like a free sample of coconut water?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01:18:49:29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Yes, please!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01:18:51:25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Thanks, Ms. Llama.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01:18:53:11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Ooh, can I squeeze out the juice?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01:18:55:02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 do it all the time with oranges.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01:18:57:15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Oh! </w:t>
            </w:r>
            <w:proofErr w:type="gramStart"/>
            <w:r>
              <w:t>But,</w:t>
            </w:r>
            <w:proofErr w:type="gramEnd"/>
            <w:r>
              <w:t xml:space="preserve"> coconuts are a bit different than oranges...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01:19:01:23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[efforts]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01:19:04:10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01:19:07:13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[efforts]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01:19:10:06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Wow, the outside of this coconut is hard!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01:19:14:13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I think you </w:t>
            </w:r>
            <w:proofErr w:type="gramStart"/>
            <w:r>
              <w:t>have to</w:t>
            </w:r>
            <w:proofErr w:type="gramEnd"/>
            <w:r>
              <w:t xml:space="preserve"> peel it first.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01:19:16:13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Like this!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01:19:19:24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01:19:22:27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How're you supposed to get into this thing?!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01:19:25:27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You </w:t>
            </w:r>
            <w:proofErr w:type="gramStart"/>
            <w:r>
              <w:t>have to</w:t>
            </w:r>
            <w:proofErr w:type="gramEnd"/>
            <w:r>
              <w:t xml:space="preserve"> get through the shell.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01:19:28:14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I'll show you!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01:19:30:12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01:19:37:12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So that's how you get coconut water out.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01:19:42:01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Ah!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01:19:43:01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It's delicious!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01:19:44:19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Yeah, thanks Ms. Llama.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01:19:47:22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Ms. Llama, why are coconuts so hard?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01:19:50:27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Oh, good question Elinor.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01:19:52:28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Coconuts are the fruit of pom trees.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01:19:55:17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Pom trees grow really </w:t>
            </w:r>
            <w:proofErr w:type="gramStart"/>
            <w:r>
              <w:t>high</w:t>
            </w:r>
            <w:proofErr w:type="gramEnd"/>
            <w:r>
              <w:t xml:space="preserve"> so the shell protects the coconut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01:19:59:16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when it falls off the tree.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01:20:01:09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The shell also protects the coconut...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01:20:03:03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until it's ready to grow,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01:20:04:27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because sometimes the coconut travels a long way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01:20:08:01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before it finds just the right place to grow.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01:20:11:10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01:20:12:24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That is c-c-cool!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01:20:14:24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Yes, coconuts are very interesting.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01:20:18:06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And what brings you to the park today kids?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01:20:20:28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Well, Ms. Llama,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01:20:22:10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we're trying to figure out how to stop the squish!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01:20:25:16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The squish?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01:20:28:11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01:20:29:25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Olive wants to bring a cupcake tomorrow...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01:20:31:21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for Ms. Mole's birthday.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01:20:33:01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But everything Olive puts in her bag gets squished!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01:20:37:19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I like to carry a lot of things.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01:20:39:16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I see!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01:20:40:26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Huh, that is a hard problem.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01:20:43:03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Or... a soft and squishy problem?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01:20:45:12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[giggle]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01:20:46:17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01:20:49:22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It isn't just turtles and armadillos that have shells...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01:20:52:22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to protect their insides.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01:20:54:20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Coconuts have them too!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01:20:56:23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Huh!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01:20:57:23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That is </w:t>
            </w:r>
            <w:proofErr w:type="gramStart"/>
            <w:r>
              <w:t>pretty cool</w:t>
            </w:r>
            <w:proofErr w:type="gramEnd"/>
            <w:r>
              <w:t xml:space="preserve">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01:20:59:20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That's right, Elinor!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01:21:01:09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Lots of things in Nature have shells to protect them.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01:21:05:18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Let's take a look </w:t>
            </w:r>
            <w:proofErr w:type="gramStart"/>
            <w:r>
              <w:t>around, and</w:t>
            </w:r>
            <w:proofErr w:type="gramEnd"/>
            <w:r>
              <w:t xml:space="preserve"> see!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01:21:07:27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01:21:08:27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We need more observations!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01:21:13:12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[ººº]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01:21:17:17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ALL: </w:t>
            </w:r>
            <w:r>
              <w:t xml:space="preserve">[singing] º A shell,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01:21:19:19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Protected by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01:21:22:00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A shell is such a clever way.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01:21:24:05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01:21:26:11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º There's a beetle,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01:21:28:00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º Look how small!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01:21:29:00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º Oops it bumped into a wall!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01:21:31:05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see, it didn't hurt at all,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01:21:33:11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It has a kind of shell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01:21:35:24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ALL: </w:t>
            </w:r>
            <w:r>
              <w:t xml:space="preserve">º A shell,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01:21:37:18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Protected by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01:21:40:04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A shell is such a clever way.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01:21:42:07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01:21:44:17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º You see that snail? I have a hunch.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01:21:47:00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A bird would like him for her lunch.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01:21:49:06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shells are much too hard to crunch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01:21:51:12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º That's why it has a shell!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01:21:53:14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ALL: </w:t>
            </w:r>
            <w:r>
              <w:t xml:space="preserve">º A shell,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01:21:55:19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Protected by a shell.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01:21:58:00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A shell is such a clever way.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01:22:00:18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you safe and well º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01:22:04:25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[ººº]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01:22:08:08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Wow, Ms. Llama, I never knew so many things...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01:22:10:25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in Nature had hard outsides to protect their insides!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01:22:15:22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LLAMA: </w:t>
            </w:r>
            <w:r>
              <w:t xml:space="preserve">Oh yes, Olive.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01:22:16:29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Shells are very good protection.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01:22:19:28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And I just got an idea...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01:22:21:16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of how to protect Ms. Mole's cupcake!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01:22:24:05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[º]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01:22:33:13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Hello, </w:t>
            </w:r>
            <w:proofErr w:type="spellStart"/>
            <w:r>
              <w:t>Rollie</w:t>
            </w:r>
            <w:proofErr w:type="spellEnd"/>
            <w:r>
              <w:t xml:space="preserve">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01:22:34:22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Good morning, Sally.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01:22:37:11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I've never gift-wrapped something like this before.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01:22:41:03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Hold the ribbon tight, Ari!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01:22:43:29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Hurry, [gasp] here comes Ms. Mole!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01:22:49:16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Okay, ready?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01:22:52:27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KIDS: </w:t>
            </w:r>
            <w:r>
              <w:t xml:space="preserve">Happy birthday Ms. Mole!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01:22:56:27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Oh my, what a surprise!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01:23:00:20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We got you a birthday... [effort] ...gift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01:23:04:23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Huh? Hey! My hand is stuck.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01:23:08:07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[effort]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01:23:09:23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Oh no! </w:t>
            </w:r>
            <w:r>
              <w:rPr>
                <w:b/>
              </w:rPr>
              <w:t xml:space="preserve">ELINOR: </w:t>
            </w:r>
            <w:r>
              <w:t xml:space="preserve">Watch out!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01:23:12:26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01:23:13:26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I can't look!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01:23:25:27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[laugh] My goodness!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01:23:28:22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And what do we have here?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01:23:31:03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Uh... better open </w:t>
            </w:r>
            <w:proofErr w:type="gramStart"/>
            <w:r>
              <w:t>it, and</w:t>
            </w:r>
            <w:proofErr w:type="gramEnd"/>
            <w:r>
              <w:t xml:space="preserve"> find out.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01:23:38:17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Oh, it's beautiful!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01:23:40:05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Whew.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01:23:41:05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Thank you, kids!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01:23:42:13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What a clever idea to put it inside a coconut shell.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01:23:46:29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OLIVE: </w:t>
            </w:r>
            <w:r>
              <w:t xml:space="preserve">We did it so it wouldn't get squished in my bag.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lastRenderedPageBreak/>
              <w:t>01:23:50:16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We noticed that a lot of animals and plants...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01:23:54:02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have hard outsides to protect their insides.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01:23:57:24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proofErr w:type="gramStart"/>
            <w:r>
              <w:t>So</w:t>
            </w:r>
            <w:proofErr w:type="gramEnd"/>
            <w:r>
              <w:t xml:space="preserve"> we made a coconut shell into a cupcake carrier!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01:24:02:19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 xml:space="preserve">And there's even a snug little pocket...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01:24:05:18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to hold the cupcake!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01:24:08:03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ARI: </w:t>
            </w:r>
            <w:r>
              <w:t xml:space="preserve">Ms. Llama scooped it </w:t>
            </w:r>
            <w:proofErr w:type="gramStart"/>
            <w:r>
              <w:t>out..</w:t>
            </w:r>
            <w:proofErr w:type="gramEnd"/>
            <w:r>
              <w:t xml:space="preserve">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01:24:09:05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of the inside of the coconut for us.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01:24:11:26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That means you aren't the only one...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01:24:13:23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with a special snack today, Ms. Mole.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01:24:16:16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ELINOR: </w:t>
            </w:r>
            <w:r>
              <w:t xml:space="preserve">We brought coconut to share!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01:24:19:12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MS. MOLE: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01:24:20:22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B05E36" w:rsidTr="00934FED">
        <w:tc>
          <w:tcPr>
            <w:tcW w:w="2880" w:type="dxa"/>
          </w:tcPr>
          <w:p w:rsidR="00B05E36" w:rsidRDefault="00B05E36" w:rsidP="00934FED">
            <w:r>
              <w:t>01:24:30:11</w:t>
            </w:r>
          </w:p>
        </w:tc>
        <w:tc>
          <w:tcPr>
            <w:tcW w:w="2880" w:type="dxa"/>
          </w:tcPr>
          <w:p w:rsidR="00B05E36" w:rsidRDefault="00B05E36" w:rsidP="00934FED"/>
        </w:tc>
        <w:tc>
          <w:tcPr>
            <w:tcW w:w="2880" w:type="dxa"/>
          </w:tcPr>
          <w:p w:rsidR="00B05E36" w:rsidRDefault="00B05E36" w:rsidP="00934FED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E36" w:rsidRDefault="00B05E36" w:rsidP="00B05E36">
      <w:pPr>
        <w:spacing w:after="0" w:line="240" w:lineRule="auto"/>
      </w:pPr>
      <w:r>
        <w:separator/>
      </w:r>
    </w:p>
  </w:endnote>
  <w:endnote w:type="continuationSeparator" w:id="0">
    <w:p w:rsidR="00B05E36" w:rsidRDefault="00B05E36" w:rsidP="00B0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E36" w:rsidRDefault="00B05E36" w:rsidP="00B05E36">
      <w:pPr>
        <w:spacing w:after="0" w:line="240" w:lineRule="auto"/>
      </w:pPr>
      <w:r>
        <w:separator/>
      </w:r>
    </w:p>
  </w:footnote>
  <w:footnote w:type="continuationSeparator" w:id="0">
    <w:p w:rsidR="00B05E36" w:rsidRDefault="00B05E36" w:rsidP="00B0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E36" w:rsidRDefault="00B05E36">
    <w:pPr>
      <w:pStyle w:val="Header"/>
    </w:pPr>
    <w:r>
      <w:t>EWW108B_TRANSCRIPT_BROADCAST</w:t>
    </w:r>
  </w:p>
  <w:p w:rsidR="00B05E36" w:rsidRDefault="00B05E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36"/>
    <w:rsid w:val="00070A67"/>
    <w:rsid w:val="00292F2F"/>
    <w:rsid w:val="004F43B2"/>
    <w:rsid w:val="006C4D3C"/>
    <w:rsid w:val="00B0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83DDF"/>
  <w15:chartTrackingRefBased/>
  <w15:docId w15:val="{CD5C6D29-30C3-4B66-8DB1-0B89640E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05E36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0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E3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0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E36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05E3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05E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05E36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B05E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05E36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B05E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05E36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B05E36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B05E36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B05E36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B05E3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B05E3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B05E36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B05E3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B05E36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B05E36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B05E3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B05E3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B05E36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B05E36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B05E36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B05E3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B05E36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05E36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05E36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05E36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05E36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05E36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05E36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05E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05E3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05E36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05E36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2020-02-06T21:43:00Z</dcterms:created>
  <dcterms:modified xsi:type="dcterms:W3CDTF">2020-02-06T21:44:00Z</dcterms:modified>
</cp:coreProperties>
</file>