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B87216" w14:paraId="4A0FF60C" w14:textId="77777777" w:rsidTr="00491CD7">
        <w:tc>
          <w:tcPr>
            <w:tcW w:w="2880" w:type="dxa"/>
          </w:tcPr>
          <w:p w14:paraId="31EC8C1F" w14:textId="49ED61B1" w:rsidR="00B87216" w:rsidRDefault="00B87216" w:rsidP="00491CD7">
            <w:r>
              <w:t>TC:</w:t>
            </w:r>
          </w:p>
        </w:tc>
        <w:tc>
          <w:tcPr>
            <w:tcW w:w="2880" w:type="dxa"/>
          </w:tcPr>
          <w:p w14:paraId="5AC84C30" w14:textId="7B5C35D7" w:rsidR="00B87216" w:rsidRPr="00B87216" w:rsidRDefault="00B87216" w:rsidP="00491CD7">
            <w:r w:rsidRPr="00B87216">
              <w:t>VIDEO:</w:t>
            </w:r>
          </w:p>
        </w:tc>
        <w:tc>
          <w:tcPr>
            <w:tcW w:w="2880" w:type="dxa"/>
          </w:tcPr>
          <w:p w14:paraId="511FBFDA" w14:textId="63D5AA7C" w:rsidR="00B87216" w:rsidRPr="00B87216" w:rsidRDefault="00B87216" w:rsidP="00491CD7">
            <w:r w:rsidRPr="00B87216">
              <w:t>AUDIO:</w:t>
            </w:r>
          </w:p>
        </w:tc>
      </w:tr>
      <w:tr w:rsidR="009C708D" w14:paraId="6D4756D0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D0228" w14:textId="77777777" w:rsidR="009C708D" w:rsidRDefault="009C708D">
            <w:r>
              <w:t>01:13:34:14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5F6C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17020" w14:textId="77777777" w:rsidR="009C708D" w:rsidRDefault="009C708D">
            <w:r>
              <w:t xml:space="preserve">Elinor: "Owl Girl" </w:t>
            </w:r>
          </w:p>
        </w:tc>
      </w:tr>
      <w:tr w:rsidR="009C708D" w14:paraId="7B857367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A5109" w14:textId="77777777" w:rsidR="009C708D" w:rsidRDefault="009C708D">
            <w:r>
              <w:t>01:13:35:22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C0A1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1ABB7" w14:textId="77777777" w:rsidR="009C708D" w:rsidRDefault="009C708D">
            <w:r>
              <w:t xml:space="preserve">[ººº] </w:t>
            </w:r>
          </w:p>
        </w:tc>
      </w:tr>
      <w:tr w:rsidR="009C708D" w14:paraId="61EB01F2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93426" w14:textId="77777777" w:rsidR="009C708D" w:rsidRDefault="009C708D">
            <w:r>
              <w:t>01:13:39:18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67D9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6EC10" w14:textId="77777777" w:rsidR="009C708D" w:rsidRDefault="009C708D">
            <w:r>
              <w:rPr>
                <w:b/>
              </w:rPr>
              <w:t xml:space="preserve">OLIVE: </w:t>
            </w:r>
            <w:r>
              <w:t xml:space="preserve">I can't wait for school tomorrow. </w:t>
            </w:r>
          </w:p>
        </w:tc>
      </w:tr>
      <w:tr w:rsidR="009C708D" w14:paraId="39929E09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67C7B" w14:textId="77777777" w:rsidR="009C708D" w:rsidRDefault="009C708D">
            <w:r>
              <w:t>01:13:41:18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2CCF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EEE5" w14:textId="77777777" w:rsidR="009C708D" w:rsidRDefault="009C708D">
            <w:r>
              <w:rPr>
                <w:b/>
              </w:rPr>
              <w:t xml:space="preserve">ARI: </w:t>
            </w:r>
            <w:r>
              <w:t xml:space="preserve">Me too Olive. </w:t>
            </w:r>
          </w:p>
        </w:tc>
      </w:tr>
      <w:tr w:rsidR="009C708D" w14:paraId="7BB25777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586C0" w14:textId="77777777" w:rsidR="009C708D" w:rsidRDefault="009C708D">
            <w:r>
              <w:t>01:13:43:22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5887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418A6" w14:textId="77777777" w:rsidR="009C708D" w:rsidRDefault="009C708D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9C708D" w14:paraId="5CF1B653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27528" w14:textId="77777777" w:rsidR="009C708D" w:rsidRDefault="009C708D">
            <w:r>
              <w:t>01:13:45:23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3C00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B95E1" w14:textId="77777777" w:rsidR="009C708D" w:rsidRDefault="009C708D">
            <w:r>
              <w:rPr>
                <w:b/>
              </w:rPr>
              <w:t xml:space="preserve">ARI: </w:t>
            </w:r>
            <w:r>
              <w:t xml:space="preserve">Wait, why? </w:t>
            </w:r>
          </w:p>
        </w:tc>
      </w:tr>
      <w:tr w:rsidR="009C708D" w14:paraId="086AB5FB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C62F9" w14:textId="77777777" w:rsidR="009C708D" w:rsidRDefault="009C708D">
            <w:r>
              <w:t>01:13:47:22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B59C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D02A1" w14:textId="77777777" w:rsidR="009C708D" w:rsidRDefault="009C708D">
            <w:r>
              <w:rPr>
                <w:b/>
              </w:rPr>
              <w:t xml:space="preserve">OLIVE: </w:t>
            </w:r>
            <w:r>
              <w:t xml:space="preserve">[laughing] It's Costume Day, Ari! </w:t>
            </w:r>
          </w:p>
        </w:tc>
      </w:tr>
      <w:tr w:rsidR="009C708D" w14:paraId="1451E0DC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0959" w14:textId="77777777" w:rsidR="009C708D" w:rsidRDefault="009C708D">
            <w:r>
              <w:t>01:13:51:04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406B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F45B4" w14:textId="77777777" w:rsidR="009C708D" w:rsidRDefault="009C708D">
            <w:r>
              <w:rPr>
                <w:b/>
              </w:rPr>
              <w:t xml:space="preserve">ARI: </w:t>
            </w:r>
            <w:r>
              <w:t xml:space="preserve">Yes! Costume Day! </w:t>
            </w:r>
          </w:p>
        </w:tc>
      </w:tr>
      <w:tr w:rsidR="009C708D" w14:paraId="2C9D8443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22ED" w14:textId="77777777" w:rsidR="009C708D" w:rsidRDefault="009C708D">
            <w:r>
              <w:t>01:13:52:18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B11E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AFA2" w14:textId="77777777" w:rsidR="009C708D" w:rsidRDefault="009C708D">
            <w:r>
              <w:t xml:space="preserve">We get to wear a costume to school tomorrow! </w:t>
            </w:r>
          </w:p>
        </w:tc>
      </w:tr>
      <w:tr w:rsidR="009C708D" w14:paraId="41BCAD10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7D0D7" w14:textId="77777777" w:rsidR="009C708D" w:rsidRDefault="009C708D">
            <w:r>
              <w:t>01:13:55:12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9210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2E01" w14:textId="77777777" w:rsidR="009C708D" w:rsidRDefault="009C708D">
            <w:r>
              <w:t xml:space="preserve">Remember last year? </w:t>
            </w:r>
          </w:p>
        </w:tc>
      </w:tr>
      <w:tr w:rsidR="009C708D" w14:paraId="50903801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80A56" w14:textId="77777777" w:rsidR="009C708D" w:rsidRDefault="009C708D">
            <w:r>
              <w:t>01:13:57:09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890B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331F5" w14:textId="77777777" w:rsidR="009C708D" w:rsidRDefault="009C708D">
            <w:r>
              <w:rPr>
                <w:b/>
              </w:rPr>
              <w:t xml:space="preserve">ARI: </w:t>
            </w:r>
            <w:r>
              <w:t xml:space="preserve">I was a baseball and bat! </w:t>
            </w:r>
          </w:p>
        </w:tc>
      </w:tr>
      <w:tr w:rsidR="009C708D" w14:paraId="4FA9FAB3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15A73" w14:textId="77777777" w:rsidR="009C708D" w:rsidRDefault="009C708D">
            <w:r>
              <w:t>01:13:59:14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D0AE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D9A6C" w14:textId="77777777" w:rsidR="009C708D" w:rsidRDefault="009C708D">
            <w:r>
              <w:t xml:space="preserve">Get it? </w:t>
            </w:r>
          </w:p>
        </w:tc>
      </w:tr>
      <w:tr w:rsidR="009C708D" w14:paraId="20DAB971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7A39" w14:textId="77777777" w:rsidR="009C708D" w:rsidRDefault="009C708D">
            <w:r>
              <w:t>01:14:00:16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A456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69F4" w14:textId="77777777" w:rsidR="009C708D" w:rsidRDefault="009C708D">
            <w:r>
              <w:t xml:space="preserve">Because I am a bat? </w:t>
            </w:r>
          </w:p>
        </w:tc>
      </w:tr>
      <w:tr w:rsidR="009C708D" w14:paraId="1A8174F6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8EB03" w14:textId="77777777" w:rsidR="009C708D" w:rsidRDefault="009C708D">
            <w:r>
              <w:t>01:14:02:18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8617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FC71" w14:textId="77777777" w:rsidR="009C708D" w:rsidRDefault="009C708D">
            <w:r>
              <w:rPr>
                <w:b/>
              </w:rPr>
              <w:t xml:space="preserve">OLIVE: </w:t>
            </w:r>
            <w:r>
              <w:t>[</w:t>
            </w:r>
            <w:proofErr w:type="spellStart"/>
            <w:r>
              <w:t>lauhing</w:t>
            </w:r>
            <w:proofErr w:type="spellEnd"/>
            <w:r>
              <w:t xml:space="preserve">] I remember. </w:t>
            </w:r>
          </w:p>
        </w:tc>
      </w:tr>
      <w:tr w:rsidR="009C708D" w14:paraId="507D4AA3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0C925" w14:textId="77777777" w:rsidR="009C708D" w:rsidRDefault="009C708D">
            <w:r>
              <w:t>01:14:04:00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9118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81AEA" w14:textId="77777777" w:rsidR="009C708D" w:rsidRDefault="009C708D">
            <w:r>
              <w:t xml:space="preserve">It was so funny. </w:t>
            </w:r>
          </w:p>
        </w:tc>
      </w:tr>
      <w:tr w:rsidR="009C708D" w14:paraId="5C01BC02" w14:textId="77777777" w:rsidTr="009C708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541ED" w14:textId="77777777" w:rsidR="009C708D" w:rsidRDefault="009C708D">
            <w:r>
              <w:t>01:14:05:03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24D2" w14:textId="77777777" w:rsidR="009C708D" w:rsidRDefault="009C708D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472B7" w14:textId="77777777" w:rsidR="009C708D" w:rsidRDefault="009C708D">
            <w:r>
              <w:t xml:space="preserve">[frog croak] </w:t>
            </w:r>
          </w:p>
        </w:tc>
      </w:tr>
      <w:tr w:rsidR="00B87216" w14:paraId="60671CA1" w14:textId="77777777" w:rsidTr="00491CD7">
        <w:tc>
          <w:tcPr>
            <w:tcW w:w="2880" w:type="dxa"/>
          </w:tcPr>
          <w:p w14:paraId="76D84778" w14:textId="77777777" w:rsidR="00B87216" w:rsidRDefault="00B87216" w:rsidP="00491CD7">
            <w:bookmarkStart w:id="0" w:name="_GoBack"/>
            <w:bookmarkEnd w:id="0"/>
            <w:r>
              <w:t>01:14:06:03</w:t>
            </w:r>
          </w:p>
        </w:tc>
        <w:tc>
          <w:tcPr>
            <w:tcW w:w="2880" w:type="dxa"/>
          </w:tcPr>
          <w:p w14:paraId="623ABAA8" w14:textId="77777777" w:rsidR="00B87216" w:rsidRDefault="00B87216" w:rsidP="00491CD7"/>
        </w:tc>
        <w:tc>
          <w:tcPr>
            <w:tcW w:w="2880" w:type="dxa"/>
          </w:tcPr>
          <w:p w14:paraId="0217A6D0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This year, I'm going to be something super cool... </w:t>
            </w:r>
          </w:p>
        </w:tc>
      </w:tr>
      <w:tr w:rsidR="00B87216" w14:paraId="00CAB85C" w14:textId="77777777" w:rsidTr="00491CD7">
        <w:tc>
          <w:tcPr>
            <w:tcW w:w="2880" w:type="dxa"/>
          </w:tcPr>
          <w:p w14:paraId="6EC226A0" w14:textId="77777777" w:rsidR="00B87216" w:rsidRDefault="00B87216" w:rsidP="00491CD7">
            <w:r>
              <w:t>01:14:09:26</w:t>
            </w:r>
          </w:p>
        </w:tc>
        <w:tc>
          <w:tcPr>
            <w:tcW w:w="2880" w:type="dxa"/>
          </w:tcPr>
          <w:p w14:paraId="2950CCAD" w14:textId="77777777" w:rsidR="00B87216" w:rsidRDefault="00B87216" w:rsidP="00491CD7"/>
        </w:tc>
        <w:tc>
          <w:tcPr>
            <w:tcW w:w="2880" w:type="dxa"/>
          </w:tcPr>
          <w:p w14:paraId="1BC8C8C4" w14:textId="77777777" w:rsidR="00B87216" w:rsidRDefault="00B87216" w:rsidP="00491CD7">
            <w:r>
              <w:t xml:space="preserve">and mysterious. </w:t>
            </w:r>
          </w:p>
        </w:tc>
      </w:tr>
      <w:tr w:rsidR="00B87216" w14:paraId="07F3507A" w14:textId="77777777" w:rsidTr="00491CD7">
        <w:tc>
          <w:tcPr>
            <w:tcW w:w="2880" w:type="dxa"/>
          </w:tcPr>
          <w:p w14:paraId="7C0F5AE3" w14:textId="77777777" w:rsidR="00B87216" w:rsidRDefault="00B87216" w:rsidP="00491CD7">
            <w:r>
              <w:t>01:14:12:13</w:t>
            </w:r>
          </w:p>
        </w:tc>
        <w:tc>
          <w:tcPr>
            <w:tcW w:w="2880" w:type="dxa"/>
          </w:tcPr>
          <w:p w14:paraId="741EC2E1" w14:textId="77777777" w:rsidR="00B87216" w:rsidRDefault="00B87216" w:rsidP="00491CD7"/>
        </w:tc>
        <w:tc>
          <w:tcPr>
            <w:tcW w:w="2880" w:type="dxa"/>
          </w:tcPr>
          <w:p w14:paraId="5B272640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[giggles] </w:t>
            </w:r>
            <w:proofErr w:type="spellStart"/>
            <w:r>
              <w:t>Whooops</w:t>
            </w:r>
            <w:proofErr w:type="spellEnd"/>
            <w:r>
              <w:t xml:space="preserve">, careful Elinor!! </w:t>
            </w:r>
          </w:p>
        </w:tc>
      </w:tr>
      <w:tr w:rsidR="00B87216" w14:paraId="14703F16" w14:textId="77777777" w:rsidTr="00491CD7">
        <w:tc>
          <w:tcPr>
            <w:tcW w:w="2880" w:type="dxa"/>
          </w:tcPr>
          <w:p w14:paraId="1C630907" w14:textId="77777777" w:rsidR="00B87216" w:rsidRDefault="00B87216" w:rsidP="00491CD7">
            <w:r>
              <w:t>01:14:14:29</w:t>
            </w:r>
          </w:p>
        </w:tc>
        <w:tc>
          <w:tcPr>
            <w:tcW w:w="2880" w:type="dxa"/>
          </w:tcPr>
          <w:p w14:paraId="1E5E0792" w14:textId="77777777" w:rsidR="00B87216" w:rsidRDefault="00B87216" w:rsidP="00491CD7"/>
        </w:tc>
        <w:tc>
          <w:tcPr>
            <w:tcW w:w="2880" w:type="dxa"/>
          </w:tcPr>
          <w:p w14:paraId="18551E18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Sorry, Ari. </w:t>
            </w:r>
          </w:p>
        </w:tc>
      </w:tr>
      <w:tr w:rsidR="00B87216" w14:paraId="77701AFB" w14:textId="77777777" w:rsidTr="00491CD7">
        <w:tc>
          <w:tcPr>
            <w:tcW w:w="2880" w:type="dxa"/>
          </w:tcPr>
          <w:p w14:paraId="3130E398" w14:textId="77777777" w:rsidR="00B87216" w:rsidRDefault="00B87216" w:rsidP="00491CD7">
            <w:r>
              <w:lastRenderedPageBreak/>
              <w:t>01:14:16:07</w:t>
            </w:r>
          </w:p>
        </w:tc>
        <w:tc>
          <w:tcPr>
            <w:tcW w:w="2880" w:type="dxa"/>
          </w:tcPr>
          <w:p w14:paraId="3B980554" w14:textId="77777777" w:rsidR="00B87216" w:rsidRDefault="00B87216" w:rsidP="00491CD7"/>
        </w:tc>
        <w:tc>
          <w:tcPr>
            <w:tcW w:w="2880" w:type="dxa"/>
          </w:tcPr>
          <w:p w14:paraId="52112974" w14:textId="77777777" w:rsidR="00B87216" w:rsidRDefault="00B87216" w:rsidP="00491CD7">
            <w:r>
              <w:t xml:space="preserve">Hmm... </w:t>
            </w:r>
          </w:p>
        </w:tc>
      </w:tr>
      <w:tr w:rsidR="00B87216" w14:paraId="2F4DBF07" w14:textId="77777777" w:rsidTr="00491CD7">
        <w:tc>
          <w:tcPr>
            <w:tcW w:w="2880" w:type="dxa"/>
          </w:tcPr>
          <w:p w14:paraId="22C81934" w14:textId="77777777" w:rsidR="00B87216" w:rsidRDefault="00B87216" w:rsidP="00491CD7">
            <w:r>
              <w:t>01:14:17:18</w:t>
            </w:r>
          </w:p>
        </w:tc>
        <w:tc>
          <w:tcPr>
            <w:tcW w:w="2880" w:type="dxa"/>
          </w:tcPr>
          <w:p w14:paraId="717BA9D8" w14:textId="77777777" w:rsidR="00B87216" w:rsidRDefault="00B87216" w:rsidP="00491CD7"/>
        </w:tc>
        <w:tc>
          <w:tcPr>
            <w:tcW w:w="2880" w:type="dxa"/>
          </w:tcPr>
          <w:p w14:paraId="302FA806" w14:textId="77777777" w:rsidR="00B87216" w:rsidRDefault="00B87216" w:rsidP="00491CD7">
            <w:r>
              <w:t xml:space="preserve">Maybe I'll dress up as a frog. </w:t>
            </w:r>
          </w:p>
        </w:tc>
      </w:tr>
      <w:tr w:rsidR="00B87216" w14:paraId="6A09A980" w14:textId="77777777" w:rsidTr="00491CD7">
        <w:tc>
          <w:tcPr>
            <w:tcW w:w="2880" w:type="dxa"/>
          </w:tcPr>
          <w:p w14:paraId="54A64902" w14:textId="77777777" w:rsidR="00B87216" w:rsidRDefault="00B87216" w:rsidP="00491CD7">
            <w:r>
              <w:t>01:14:20:16</w:t>
            </w:r>
          </w:p>
        </w:tc>
        <w:tc>
          <w:tcPr>
            <w:tcW w:w="2880" w:type="dxa"/>
          </w:tcPr>
          <w:p w14:paraId="0A4BA6EC" w14:textId="77777777" w:rsidR="00B87216" w:rsidRDefault="00B87216" w:rsidP="00491CD7"/>
        </w:tc>
        <w:tc>
          <w:tcPr>
            <w:tcW w:w="2880" w:type="dxa"/>
          </w:tcPr>
          <w:p w14:paraId="134F735E" w14:textId="77777777" w:rsidR="00B87216" w:rsidRDefault="00B87216" w:rsidP="00491CD7">
            <w:r>
              <w:rPr>
                <w:b/>
              </w:rPr>
              <w:t xml:space="preserve">ARI: </w:t>
            </w:r>
            <w:proofErr w:type="gramStart"/>
            <w:r>
              <w:t>So</w:t>
            </w:r>
            <w:proofErr w:type="gramEnd"/>
            <w:r>
              <w:t xml:space="preserve"> what are you going to dress up as, Olive? </w:t>
            </w:r>
          </w:p>
        </w:tc>
      </w:tr>
      <w:tr w:rsidR="00B87216" w14:paraId="07EB0FD5" w14:textId="77777777" w:rsidTr="00491CD7">
        <w:tc>
          <w:tcPr>
            <w:tcW w:w="2880" w:type="dxa"/>
          </w:tcPr>
          <w:p w14:paraId="0FB870DD" w14:textId="77777777" w:rsidR="00B87216" w:rsidRDefault="00B87216" w:rsidP="00491CD7">
            <w:r>
              <w:t>01:14:24:20</w:t>
            </w:r>
          </w:p>
        </w:tc>
        <w:tc>
          <w:tcPr>
            <w:tcW w:w="2880" w:type="dxa"/>
          </w:tcPr>
          <w:p w14:paraId="31CE8E33" w14:textId="77777777" w:rsidR="00B87216" w:rsidRDefault="00B87216" w:rsidP="00491CD7"/>
        </w:tc>
        <w:tc>
          <w:tcPr>
            <w:tcW w:w="2880" w:type="dxa"/>
          </w:tcPr>
          <w:p w14:paraId="5C32120B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I've been working on my costume for days! </w:t>
            </w:r>
          </w:p>
        </w:tc>
      </w:tr>
      <w:tr w:rsidR="00B87216" w14:paraId="702FBDED" w14:textId="77777777" w:rsidTr="00491CD7">
        <w:tc>
          <w:tcPr>
            <w:tcW w:w="2880" w:type="dxa"/>
          </w:tcPr>
          <w:p w14:paraId="5FCB1E11" w14:textId="77777777" w:rsidR="00B87216" w:rsidRDefault="00B87216" w:rsidP="00491CD7">
            <w:r>
              <w:t>01:14:27:22</w:t>
            </w:r>
          </w:p>
        </w:tc>
        <w:tc>
          <w:tcPr>
            <w:tcW w:w="2880" w:type="dxa"/>
          </w:tcPr>
          <w:p w14:paraId="0E4D5B27" w14:textId="77777777" w:rsidR="00B87216" w:rsidRDefault="00B87216" w:rsidP="00491CD7"/>
        </w:tc>
        <w:tc>
          <w:tcPr>
            <w:tcW w:w="2880" w:type="dxa"/>
          </w:tcPr>
          <w:p w14:paraId="48AEAD00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Let me guess: is it a.... a banana? </w:t>
            </w:r>
          </w:p>
        </w:tc>
      </w:tr>
      <w:tr w:rsidR="00B87216" w14:paraId="0826077E" w14:textId="77777777" w:rsidTr="00491CD7">
        <w:tc>
          <w:tcPr>
            <w:tcW w:w="2880" w:type="dxa"/>
          </w:tcPr>
          <w:p w14:paraId="729620A2" w14:textId="77777777" w:rsidR="00B87216" w:rsidRDefault="00B87216" w:rsidP="00491CD7">
            <w:r>
              <w:t>01:14:30:21</w:t>
            </w:r>
          </w:p>
        </w:tc>
        <w:tc>
          <w:tcPr>
            <w:tcW w:w="2880" w:type="dxa"/>
          </w:tcPr>
          <w:p w14:paraId="046EEAA8" w14:textId="77777777" w:rsidR="00B87216" w:rsidRDefault="00B87216" w:rsidP="00491CD7"/>
        </w:tc>
        <w:tc>
          <w:tcPr>
            <w:tcW w:w="2880" w:type="dxa"/>
          </w:tcPr>
          <w:p w14:paraId="2E2CCFA0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A banana??? [laughs] No... </w:t>
            </w:r>
          </w:p>
        </w:tc>
      </w:tr>
      <w:tr w:rsidR="00B87216" w14:paraId="44F342EF" w14:textId="77777777" w:rsidTr="00491CD7">
        <w:tc>
          <w:tcPr>
            <w:tcW w:w="2880" w:type="dxa"/>
          </w:tcPr>
          <w:p w14:paraId="35FA227F" w14:textId="77777777" w:rsidR="00B87216" w:rsidRDefault="00B87216" w:rsidP="00491CD7">
            <w:r>
              <w:t>01:14:33:06</w:t>
            </w:r>
          </w:p>
        </w:tc>
        <w:tc>
          <w:tcPr>
            <w:tcW w:w="2880" w:type="dxa"/>
          </w:tcPr>
          <w:p w14:paraId="580A450A" w14:textId="77777777" w:rsidR="00B87216" w:rsidRDefault="00B87216" w:rsidP="00491CD7"/>
        </w:tc>
        <w:tc>
          <w:tcPr>
            <w:tcW w:w="2880" w:type="dxa"/>
          </w:tcPr>
          <w:p w14:paraId="1D0787D9" w14:textId="77777777" w:rsidR="00B87216" w:rsidRDefault="00B87216" w:rsidP="00491CD7">
            <w:r>
              <w:t xml:space="preserve">although I do love bananas. </w:t>
            </w:r>
          </w:p>
        </w:tc>
      </w:tr>
      <w:tr w:rsidR="00B87216" w14:paraId="233ED65A" w14:textId="77777777" w:rsidTr="00491CD7">
        <w:tc>
          <w:tcPr>
            <w:tcW w:w="2880" w:type="dxa"/>
          </w:tcPr>
          <w:p w14:paraId="435BA005" w14:textId="77777777" w:rsidR="00B87216" w:rsidRDefault="00B87216" w:rsidP="00491CD7">
            <w:r>
              <w:t>01:14:35:20</w:t>
            </w:r>
          </w:p>
        </w:tc>
        <w:tc>
          <w:tcPr>
            <w:tcW w:w="2880" w:type="dxa"/>
          </w:tcPr>
          <w:p w14:paraId="2D16A773" w14:textId="77777777" w:rsidR="00B87216" w:rsidRDefault="00B87216" w:rsidP="00491CD7"/>
        </w:tc>
        <w:tc>
          <w:tcPr>
            <w:tcW w:w="2880" w:type="dxa"/>
          </w:tcPr>
          <w:p w14:paraId="5922B321" w14:textId="77777777" w:rsidR="00B87216" w:rsidRDefault="00B87216" w:rsidP="00491CD7">
            <w:r>
              <w:t xml:space="preserve">You'll just have to wait and see! </w:t>
            </w:r>
          </w:p>
        </w:tc>
      </w:tr>
      <w:tr w:rsidR="00B87216" w14:paraId="0979441F" w14:textId="77777777" w:rsidTr="00491CD7">
        <w:tc>
          <w:tcPr>
            <w:tcW w:w="2880" w:type="dxa"/>
          </w:tcPr>
          <w:p w14:paraId="3CB1FA9C" w14:textId="77777777" w:rsidR="00B87216" w:rsidRDefault="00B87216" w:rsidP="00491CD7">
            <w:r>
              <w:t>01:14:37:03</w:t>
            </w:r>
          </w:p>
        </w:tc>
        <w:tc>
          <w:tcPr>
            <w:tcW w:w="2880" w:type="dxa"/>
          </w:tcPr>
          <w:p w14:paraId="12E80A31" w14:textId="77777777" w:rsidR="00B87216" w:rsidRDefault="00B87216" w:rsidP="00491CD7"/>
        </w:tc>
        <w:tc>
          <w:tcPr>
            <w:tcW w:w="2880" w:type="dxa"/>
          </w:tcPr>
          <w:p w14:paraId="6ADBB345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Okay. </w:t>
            </w:r>
          </w:p>
        </w:tc>
      </w:tr>
      <w:tr w:rsidR="00B87216" w14:paraId="11CB0CA9" w14:textId="77777777" w:rsidTr="00491CD7">
        <w:tc>
          <w:tcPr>
            <w:tcW w:w="2880" w:type="dxa"/>
          </w:tcPr>
          <w:p w14:paraId="0C371C07" w14:textId="77777777" w:rsidR="00B87216" w:rsidRDefault="00B87216" w:rsidP="00491CD7">
            <w:r>
              <w:t>01:14:38:05</w:t>
            </w:r>
          </w:p>
        </w:tc>
        <w:tc>
          <w:tcPr>
            <w:tcW w:w="2880" w:type="dxa"/>
          </w:tcPr>
          <w:p w14:paraId="393AE5F3" w14:textId="77777777" w:rsidR="00B87216" w:rsidRDefault="00B87216" w:rsidP="00491CD7"/>
        </w:tc>
        <w:tc>
          <w:tcPr>
            <w:tcW w:w="2880" w:type="dxa"/>
          </w:tcPr>
          <w:p w14:paraId="239477F7" w14:textId="77777777" w:rsidR="00B87216" w:rsidRDefault="00B87216" w:rsidP="00491CD7">
            <w:r>
              <w:t xml:space="preserve">Hey, Elinor, what are you going to be for Costume Day? </w:t>
            </w:r>
          </w:p>
        </w:tc>
      </w:tr>
      <w:tr w:rsidR="00B87216" w14:paraId="4B60584C" w14:textId="77777777" w:rsidTr="00491CD7">
        <w:tc>
          <w:tcPr>
            <w:tcW w:w="2880" w:type="dxa"/>
          </w:tcPr>
          <w:p w14:paraId="35B15F46" w14:textId="77777777" w:rsidR="00B87216" w:rsidRDefault="00B87216" w:rsidP="00491CD7">
            <w:r>
              <w:t>01:14:41:12</w:t>
            </w:r>
          </w:p>
        </w:tc>
        <w:tc>
          <w:tcPr>
            <w:tcW w:w="2880" w:type="dxa"/>
          </w:tcPr>
          <w:p w14:paraId="70A0DCE3" w14:textId="77777777" w:rsidR="00B87216" w:rsidRDefault="00B87216" w:rsidP="00491CD7"/>
        </w:tc>
        <w:tc>
          <w:tcPr>
            <w:tcW w:w="2880" w:type="dxa"/>
          </w:tcPr>
          <w:p w14:paraId="6646F636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I want it to be something </w:t>
            </w:r>
            <w:proofErr w:type="spellStart"/>
            <w:r>
              <w:t>reeeeaaally</w:t>
            </w:r>
            <w:proofErr w:type="spellEnd"/>
            <w:r>
              <w:t xml:space="preserve">... </w:t>
            </w:r>
          </w:p>
        </w:tc>
      </w:tr>
      <w:tr w:rsidR="00B87216" w14:paraId="193085C3" w14:textId="77777777" w:rsidTr="00491CD7">
        <w:tc>
          <w:tcPr>
            <w:tcW w:w="2880" w:type="dxa"/>
          </w:tcPr>
          <w:p w14:paraId="4A283DEA" w14:textId="77777777" w:rsidR="00B87216" w:rsidRDefault="00B87216" w:rsidP="00491CD7">
            <w:r>
              <w:t>01:14:43:29</w:t>
            </w:r>
          </w:p>
        </w:tc>
        <w:tc>
          <w:tcPr>
            <w:tcW w:w="2880" w:type="dxa"/>
          </w:tcPr>
          <w:p w14:paraId="04DC1FD7" w14:textId="77777777" w:rsidR="00B87216" w:rsidRDefault="00B87216" w:rsidP="00491CD7"/>
        </w:tc>
        <w:tc>
          <w:tcPr>
            <w:tcW w:w="2880" w:type="dxa"/>
          </w:tcPr>
          <w:p w14:paraId="0BBE28D1" w14:textId="77777777" w:rsidR="00B87216" w:rsidRDefault="00B87216" w:rsidP="00491CD7">
            <w:r>
              <w:t xml:space="preserve">interesting. </w:t>
            </w:r>
          </w:p>
        </w:tc>
      </w:tr>
      <w:tr w:rsidR="00B87216" w14:paraId="1E294106" w14:textId="77777777" w:rsidTr="00491CD7">
        <w:tc>
          <w:tcPr>
            <w:tcW w:w="2880" w:type="dxa"/>
          </w:tcPr>
          <w:p w14:paraId="75884747" w14:textId="77777777" w:rsidR="00B87216" w:rsidRDefault="00B87216" w:rsidP="00491CD7">
            <w:r>
              <w:t>01:14:45:08</w:t>
            </w:r>
          </w:p>
        </w:tc>
        <w:tc>
          <w:tcPr>
            <w:tcW w:w="2880" w:type="dxa"/>
          </w:tcPr>
          <w:p w14:paraId="08236CE7" w14:textId="77777777" w:rsidR="00B87216" w:rsidRDefault="00B87216" w:rsidP="00491CD7"/>
        </w:tc>
        <w:tc>
          <w:tcPr>
            <w:tcW w:w="2880" w:type="dxa"/>
          </w:tcPr>
          <w:p w14:paraId="52158201" w14:textId="77777777" w:rsidR="00B87216" w:rsidRDefault="00B87216" w:rsidP="00491CD7">
            <w:proofErr w:type="gramStart"/>
            <w:r>
              <w:t>But,</w:t>
            </w:r>
            <w:proofErr w:type="gramEnd"/>
            <w:r>
              <w:t xml:space="preserve"> I haven't found the right idea for my costume yet, </w:t>
            </w:r>
          </w:p>
        </w:tc>
      </w:tr>
      <w:tr w:rsidR="00B87216" w14:paraId="72144DBA" w14:textId="77777777" w:rsidTr="00491CD7">
        <w:tc>
          <w:tcPr>
            <w:tcW w:w="2880" w:type="dxa"/>
          </w:tcPr>
          <w:p w14:paraId="2FB042CC" w14:textId="77777777" w:rsidR="00B87216" w:rsidRDefault="00B87216" w:rsidP="00491CD7">
            <w:r>
              <w:t>01:14:48:29</w:t>
            </w:r>
          </w:p>
        </w:tc>
        <w:tc>
          <w:tcPr>
            <w:tcW w:w="2880" w:type="dxa"/>
          </w:tcPr>
          <w:p w14:paraId="17FF47C1" w14:textId="77777777" w:rsidR="00B87216" w:rsidRDefault="00B87216" w:rsidP="00491CD7"/>
        </w:tc>
        <w:tc>
          <w:tcPr>
            <w:tcW w:w="2880" w:type="dxa"/>
          </w:tcPr>
          <w:p w14:paraId="37708111" w14:textId="77777777" w:rsidR="00B87216" w:rsidRDefault="00B87216" w:rsidP="00491CD7">
            <w:r>
              <w:t xml:space="preserve">and Costume Day is tomorrow! </w:t>
            </w:r>
          </w:p>
        </w:tc>
      </w:tr>
      <w:tr w:rsidR="00B87216" w14:paraId="4E74589F" w14:textId="77777777" w:rsidTr="00491CD7">
        <w:tc>
          <w:tcPr>
            <w:tcW w:w="2880" w:type="dxa"/>
          </w:tcPr>
          <w:p w14:paraId="0FF6CFA2" w14:textId="77777777" w:rsidR="00B87216" w:rsidRDefault="00B87216" w:rsidP="00491CD7">
            <w:r>
              <w:t>01:14:51:15</w:t>
            </w:r>
          </w:p>
        </w:tc>
        <w:tc>
          <w:tcPr>
            <w:tcW w:w="2880" w:type="dxa"/>
          </w:tcPr>
          <w:p w14:paraId="0A884575" w14:textId="77777777" w:rsidR="00B87216" w:rsidRDefault="00B87216" w:rsidP="00491CD7"/>
        </w:tc>
        <w:tc>
          <w:tcPr>
            <w:tcW w:w="2880" w:type="dxa"/>
          </w:tcPr>
          <w:p w14:paraId="28DD578C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We'll help you look for ideas, Elinor. </w:t>
            </w:r>
          </w:p>
        </w:tc>
      </w:tr>
      <w:tr w:rsidR="00B87216" w14:paraId="24B16730" w14:textId="77777777" w:rsidTr="00491CD7">
        <w:tc>
          <w:tcPr>
            <w:tcW w:w="2880" w:type="dxa"/>
          </w:tcPr>
          <w:p w14:paraId="60789F88" w14:textId="77777777" w:rsidR="00B87216" w:rsidRDefault="00B87216" w:rsidP="00491CD7">
            <w:r>
              <w:t>01:14:53:20</w:t>
            </w:r>
          </w:p>
        </w:tc>
        <w:tc>
          <w:tcPr>
            <w:tcW w:w="2880" w:type="dxa"/>
          </w:tcPr>
          <w:p w14:paraId="0E8D0119" w14:textId="77777777" w:rsidR="00B87216" w:rsidRDefault="00B87216" w:rsidP="00491CD7"/>
        </w:tc>
        <w:tc>
          <w:tcPr>
            <w:tcW w:w="2880" w:type="dxa"/>
          </w:tcPr>
          <w:p w14:paraId="526FC3A5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Just call me Ari the idea-finder! </w:t>
            </w:r>
          </w:p>
        </w:tc>
      </w:tr>
      <w:tr w:rsidR="00B87216" w14:paraId="35FA9245" w14:textId="77777777" w:rsidTr="00491CD7">
        <w:tc>
          <w:tcPr>
            <w:tcW w:w="2880" w:type="dxa"/>
          </w:tcPr>
          <w:p w14:paraId="44D05289" w14:textId="77777777" w:rsidR="00B87216" w:rsidRDefault="00B87216" w:rsidP="00491CD7">
            <w:r>
              <w:t>01:14:57:00</w:t>
            </w:r>
          </w:p>
        </w:tc>
        <w:tc>
          <w:tcPr>
            <w:tcW w:w="2880" w:type="dxa"/>
          </w:tcPr>
          <w:p w14:paraId="06FB3128" w14:textId="77777777" w:rsidR="00B87216" w:rsidRDefault="00B87216" w:rsidP="00491CD7"/>
        </w:tc>
        <w:tc>
          <w:tcPr>
            <w:tcW w:w="2880" w:type="dxa"/>
          </w:tcPr>
          <w:p w14:paraId="6D9987C5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[gasp] what's that? </w:t>
            </w:r>
          </w:p>
        </w:tc>
      </w:tr>
      <w:tr w:rsidR="00B87216" w14:paraId="7D20E61C" w14:textId="77777777" w:rsidTr="00491CD7">
        <w:tc>
          <w:tcPr>
            <w:tcW w:w="2880" w:type="dxa"/>
          </w:tcPr>
          <w:p w14:paraId="68CA24B9" w14:textId="77777777" w:rsidR="00B87216" w:rsidRDefault="00B87216" w:rsidP="00491CD7">
            <w:r>
              <w:t>01:14:58:16</w:t>
            </w:r>
          </w:p>
        </w:tc>
        <w:tc>
          <w:tcPr>
            <w:tcW w:w="2880" w:type="dxa"/>
          </w:tcPr>
          <w:p w14:paraId="2DEFCE3C" w14:textId="77777777" w:rsidR="00B87216" w:rsidRDefault="00B87216" w:rsidP="00491CD7"/>
        </w:tc>
        <w:tc>
          <w:tcPr>
            <w:tcW w:w="2880" w:type="dxa"/>
          </w:tcPr>
          <w:p w14:paraId="63C7A564" w14:textId="77777777" w:rsidR="00B87216" w:rsidRDefault="00B87216" w:rsidP="00491CD7">
            <w:r>
              <w:t xml:space="preserve">Whoa! </w:t>
            </w:r>
          </w:p>
        </w:tc>
      </w:tr>
      <w:tr w:rsidR="00B87216" w14:paraId="1ADDF2F6" w14:textId="77777777" w:rsidTr="00491CD7">
        <w:tc>
          <w:tcPr>
            <w:tcW w:w="2880" w:type="dxa"/>
          </w:tcPr>
          <w:p w14:paraId="7228B8E1" w14:textId="77777777" w:rsidR="00B87216" w:rsidRDefault="00B87216" w:rsidP="00491CD7">
            <w:r>
              <w:lastRenderedPageBreak/>
              <w:t>01:15:00:16</w:t>
            </w:r>
          </w:p>
        </w:tc>
        <w:tc>
          <w:tcPr>
            <w:tcW w:w="2880" w:type="dxa"/>
          </w:tcPr>
          <w:p w14:paraId="1F49818F" w14:textId="77777777" w:rsidR="00B87216" w:rsidRDefault="00B87216" w:rsidP="00491CD7"/>
        </w:tc>
        <w:tc>
          <w:tcPr>
            <w:tcW w:w="2880" w:type="dxa"/>
          </w:tcPr>
          <w:p w14:paraId="61FBFB20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It's an owl! </w:t>
            </w:r>
          </w:p>
        </w:tc>
      </w:tr>
      <w:tr w:rsidR="00B87216" w14:paraId="4C010C08" w14:textId="77777777" w:rsidTr="00491CD7">
        <w:tc>
          <w:tcPr>
            <w:tcW w:w="2880" w:type="dxa"/>
          </w:tcPr>
          <w:p w14:paraId="4FBE9644" w14:textId="77777777" w:rsidR="00B87216" w:rsidRDefault="00B87216" w:rsidP="00491CD7">
            <w:r>
              <w:t>01:15:02:18</w:t>
            </w:r>
          </w:p>
        </w:tc>
        <w:tc>
          <w:tcPr>
            <w:tcW w:w="2880" w:type="dxa"/>
          </w:tcPr>
          <w:p w14:paraId="5D9792CE" w14:textId="77777777" w:rsidR="00B87216" w:rsidRDefault="00B87216" w:rsidP="00491CD7"/>
        </w:tc>
        <w:tc>
          <w:tcPr>
            <w:tcW w:w="2880" w:type="dxa"/>
          </w:tcPr>
          <w:p w14:paraId="1AE7DC74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I've never seen an Owl this close before. </w:t>
            </w:r>
          </w:p>
        </w:tc>
      </w:tr>
      <w:tr w:rsidR="00B87216" w14:paraId="00E2230F" w14:textId="77777777" w:rsidTr="00491CD7">
        <w:tc>
          <w:tcPr>
            <w:tcW w:w="2880" w:type="dxa"/>
          </w:tcPr>
          <w:p w14:paraId="5F376A18" w14:textId="77777777" w:rsidR="00B87216" w:rsidRDefault="00B87216" w:rsidP="00491CD7">
            <w:r>
              <w:t>01:15:05:24</w:t>
            </w:r>
          </w:p>
        </w:tc>
        <w:tc>
          <w:tcPr>
            <w:tcW w:w="2880" w:type="dxa"/>
          </w:tcPr>
          <w:p w14:paraId="6BEDF6BA" w14:textId="77777777" w:rsidR="00B87216" w:rsidRDefault="00B87216" w:rsidP="00491CD7"/>
        </w:tc>
        <w:tc>
          <w:tcPr>
            <w:tcW w:w="2880" w:type="dxa"/>
          </w:tcPr>
          <w:p w14:paraId="231F3FDF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What's it doing? </w:t>
            </w:r>
          </w:p>
        </w:tc>
      </w:tr>
      <w:tr w:rsidR="00B87216" w14:paraId="08C74217" w14:textId="77777777" w:rsidTr="00491CD7">
        <w:tc>
          <w:tcPr>
            <w:tcW w:w="2880" w:type="dxa"/>
          </w:tcPr>
          <w:p w14:paraId="7E67B024" w14:textId="77777777" w:rsidR="00B87216" w:rsidRDefault="00B87216" w:rsidP="00491CD7">
            <w:r>
              <w:t>01:15:07:07</w:t>
            </w:r>
          </w:p>
        </w:tc>
        <w:tc>
          <w:tcPr>
            <w:tcW w:w="2880" w:type="dxa"/>
          </w:tcPr>
          <w:p w14:paraId="6ADD5009" w14:textId="77777777" w:rsidR="00B87216" w:rsidRDefault="00B87216" w:rsidP="00491CD7"/>
        </w:tc>
        <w:tc>
          <w:tcPr>
            <w:tcW w:w="2880" w:type="dxa"/>
          </w:tcPr>
          <w:p w14:paraId="4754517F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It's not moving. </w:t>
            </w:r>
          </w:p>
        </w:tc>
      </w:tr>
      <w:tr w:rsidR="00B87216" w14:paraId="5401AB55" w14:textId="77777777" w:rsidTr="00491CD7">
        <w:tc>
          <w:tcPr>
            <w:tcW w:w="2880" w:type="dxa"/>
          </w:tcPr>
          <w:p w14:paraId="5F3F34BC" w14:textId="77777777" w:rsidR="00B87216" w:rsidRDefault="00B87216" w:rsidP="00491CD7">
            <w:r>
              <w:t>01:15:08:27</w:t>
            </w:r>
          </w:p>
        </w:tc>
        <w:tc>
          <w:tcPr>
            <w:tcW w:w="2880" w:type="dxa"/>
          </w:tcPr>
          <w:p w14:paraId="16D6FBF9" w14:textId="77777777" w:rsidR="00B87216" w:rsidRDefault="00B87216" w:rsidP="00491CD7"/>
        </w:tc>
        <w:tc>
          <w:tcPr>
            <w:tcW w:w="2880" w:type="dxa"/>
          </w:tcPr>
          <w:p w14:paraId="508D339B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[sigh] </w:t>
            </w:r>
          </w:p>
        </w:tc>
      </w:tr>
      <w:tr w:rsidR="00B87216" w14:paraId="7A85FA6C" w14:textId="77777777" w:rsidTr="00491CD7">
        <w:tc>
          <w:tcPr>
            <w:tcW w:w="2880" w:type="dxa"/>
          </w:tcPr>
          <w:p w14:paraId="5F16B68A" w14:textId="77777777" w:rsidR="00B87216" w:rsidRDefault="00B87216" w:rsidP="00491CD7">
            <w:r>
              <w:t>01:15:10:19</w:t>
            </w:r>
          </w:p>
        </w:tc>
        <w:tc>
          <w:tcPr>
            <w:tcW w:w="2880" w:type="dxa"/>
          </w:tcPr>
          <w:p w14:paraId="0565C419" w14:textId="77777777" w:rsidR="00B87216" w:rsidRDefault="00B87216" w:rsidP="00491CD7"/>
        </w:tc>
        <w:tc>
          <w:tcPr>
            <w:tcW w:w="2880" w:type="dxa"/>
          </w:tcPr>
          <w:p w14:paraId="2C209F24" w14:textId="77777777" w:rsidR="00B87216" w:rsidRDefault="00B87216" w:rsidP="00491CD7">
            <w:r>
              <w:t xml:space="preserve">I'll go take a closer look! </w:t>
            </w:r>
          </w:p>
        </w:tc>
      </w:tr>
      <w:tr w:rsidR="00B87216" w14:paraId="131A2AE7" w14:textId="77777777" w:rsidTr="00491CD7">
        <w:tc>
          <w:tcPr>
            <w:tcW w:w="2880" w:type="dxa"/>
          </w:tcPr>
          <w:p w14:paraId="00E4F2FB" w14:textId="77777777" w:rsidR="00B87216" w:rsidRDefault="00B87216" w:rsidP="00491CD7">
            <w:r>
              <w:t>01:15:14:22</w:t>
            </w:r>
          </w:p>
        </w:tc>
        <w:tc>
          <w:tcPr>
            <w:tcW w:w="2880" w:type="dxa"/>
          </w:tcPr>
          <w:p w14:paraId="6A4A3078" w14:textId="77777777" w:rsidR="00B87216" w:rsidRDefault="00B87216" w:rsidP="00491CD7"/>
        </w:tc>
        <w:tc>
          <w:tcPr>
            <w:tcW w:w="2880" w:type="dxa"/>
          </w:tcPr>
          <w:p w14:paraId="3B3248A8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[whispers] Its eyes... are... closed! </w:t>
            </w:r>
          </w:p>
        </w:tc>
      </w:tr>
      <w:tr w:rsidR="00B87216" w14:paraId="15A3B534" w14:textId="77777777" w:rsidTr="00491CD7">
        <w:tc>
          <w:tcPr>
            <w:tcW w:w="2880" w:type="dxa"/>
          </w:tcPr>
          <w:p w14:paraId="6DEC9989" w14:textId="77777777" w:rsidR="00B87216" w:rsidRDefault="00B87216" w:rsidP="00491CD7">
            <w:r>
              <w:t>01:15:18:20</w:t>
            </w:r>
          </w:p>
        </w:tc>
        <w:tc>
          <w:tcPr>
            <w:tcW w:w="2880" w:type="dxa"/>
          </w:tcPr>
          <w:p w14:paraId="28CB10C3" w14:textId="77777777" w:rsidR="00B87216" w:rsidRDefault="00B87216" w:rsidP="00491CD7"/>
        </w:tc>
        <w:tc>
          <w:tcPr>
            <w:tcW w:w="2880" w:type="dxa"/>
          </w:tcPr>
          <w:p w14:paraId="114EC336" w14:textId="77777777" w:rsidR="00B87216" w:rsidRDefault="00B87216" w:rsidP="00491CD7">
            <w:r>
              <w:t xml:space="preserve">I think it's sleeping! </w:t>
            </w:r>
          </w:p>
        </w:tc>
      </w:tr>
      <w:tr w:rsidR="00B87216" w14:paraId="4A59D363" w14:textId="77777777" w:rsidTr="00491CD7">
        <w:tc>
          <w:tcPr>
            <w:tcW w:w="2880" w:type="dxa"/>
          </w:tcPr>
          <w:p w14:paraId="446B436A" w14:textId="77777777" w:rsidR="00B87216" w:rsidRDefault="00B87216" w:rsidP="00491CD7">
            <w:r>
              <w:t>01:15:21:09</w:t>
            </w:r>
          </w:p>
        </w:tc>
        <w:tc>
          <w:tcPr>
            <w:tcW w:w="2880" w:type="dxa"/>
          </w:tcPr>
          <w:p w14:paraId="620603D6" w14:textId="77777777" w:rsidR="00B87216" w:rsidRDefault="00B87216" w:rsidP="00491CD7"/>
        </w:tc>
        <w:tc>
          <w:tcPr>
            <w:tcW w:w="2880" w:type="dxa"/>
          </w:tcPr>
          <w:p w14:paraId="1BCE09C7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Sleeping? </w:t>
            </w:r>
          </w:p>
        </w:tc>
      </w:tr>
      <w:tr w:rsidR="00B87216" w14:paraId="2198DBF7" w14:textId="77777777" w:rsidTr="00491CD7">
        <w:tc>
          <w:tcPr>
            <w:tcW w:w="2880" w:type="dxa"/>
          </w:tcPr>
          <w:p w14:paraId="730F4A5D" w14:textId="77777777" w:rsidR="00B87216" w:rsidRDefault="00B87216" w:rsidP="00491CD7">
            <w:r>
              <w:t>01:15:22:25</w:t>
            </w:r>
          </w:p>
        </w:tc>
        <w:tc>
          <w:tcPr>
            <w:tcW w:w="2880" w:type="dxa"/>
          </w:tcPr>
          <w:p w14:paraId="2CA4C3FA" w14:textId="77777777" w:rsidR="00B87216" w:rsidRDefault="00B87216" w:rsidP="00491CD7"/>
        </w:tc>
        <w:tc>
          <w:tcPr>
            <w:tcW w:w="2880" w:type="dxa"/>
          </w:tcPr>
          <w:p w14:paraId="47FF20C4" w14:textId="77777777" w:rsidR="00B87216" w:rsidRDefault="00B87216" w:rsidP="00491CD7">
            <w:r>
              <w:t xml:space="preserve">In the middle of the day? </w:t>
            </w:r>
          </w:p>
        </w:tc>
      </w:tr>
      <w:tr w:rsidR="00B87216" w14:paraId="3ED1CB72" w14:textId="77777777" w:rsidTr="00491CD7">
        <w:tc>
          <w:tcPr>
            <w:tcW w:w="2880" w:type="dxa"/>
          </w:tcPr>
          <w:p w14:paraId="003B67A1" w14:textId="77777777" w:rsidR="00B87216" w:rsidRDefault="00B87216" w:rsidP="00491CD7">
            <w:r>
              <w:t>01:15:24:17</w:t>
            </w:r>
          </w:p>
        </w:tc>
        <w:tc>
          <w:tcPr>
            <w:tcW w:w="2880" w:type="dxa"/>
          </w:tcPr>
          <w:p w14:paraId="02033740" w14:textId="77777777" w:rsidR="00B87216" w:rsidRDefault="00B87216" w:rsidP="00491CD7"/>
        </w:tc>
        <w:tc>
          <w:tcPr>
            <w:tcW w:w="2880" w:type="dxa"/>
          </w:tcPr>
          <w:p w14:paraId="506B48B9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Maybe it's taking a nap. </w:t>
            </w:r>
          </w:p>
        </w:tc>
      </w:tr>
      <w:tr w:rsidR="00B87216" w14:paraId="38532E0F" w14:textId="77777777" w:rsidTr="00491CD7">
        <w:tc>
          <w:tcPr>
            <w:tcW w:w="2880" w:type="dxa"/>
          </w:tcPr>
          <w:p w14:paraId="11769DB2" w14:textId="77777777" w:rsidR="00B87216" w:rsidRDefault="00B87216" w:rsidP="00491CD7">
            <w:r>
              <w:t>01:15:27:09</w:t>
            </w:r>
          </w:p>
        </w:tc>
        <w:tc>
          <w:tcPr>
            <w:tcW w:w="2880" w:type="dxa"/>
          </w:tcPr>
          <w:p w14:paraId="0E8C81DF" w14:textId="77777777" w:rsidR="00B87216" w:rsidRDefault="00B87216" w:rsidP="00491CD7"/>
        </w:tc>
        <w:tc>
          <w:tcPr>
            <w:tcW w:w="2880" w:type="dxa"/>
          </w:tcPr>
          <w:p w14:paraId="3F5EF113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Phew! I could use nap. </w:t>
            </w:r>
          </w:p>
        </w:tc>
      </w:tr>
      <w:tr w:rsidR="00B87216" w14:paraId="256A3FBC" w14:textId="77777777" w:rsidTr="00491CD7">
        <w:tc>
          <w:tcPr>
            <w:tcW w:w="2880" w:type="dxa"/>
          </w:tcPr>
          <w:p w14:paraId="6A1ACC37" w14:textId="77777777" w:rsidR="00B87216" w:rsidRDefault="00B87216" w:rsidP="00491CD7">
            <w:r>
              <w:t>01:15:30:24</w:t>
            </w:r>
          </w:p>
        </w:tc>
        <w:tc>
          <w:tcPr>
            <w:tcW w:w="2880" w:type="dxa"/>
          </w:tcPr>
          <w:p w14:paraId="211940DC" w14:textId="77777777" w:rsidR="00B87216" w:rsidRDefault="00B87216" w:rsidP="00491CD7"/>
        </w:tc>
        <w:tc>
          <w:tcPr>
            <w:tcW w:w="2880" w:type="dxa"/>
          </w:tcPr>
          <w:p w14:paraId="60D9FA75" w14:textId="77777777" w:rsidR="00B87216" w:rsidRDefault="00B87216" w:rsidP="00491CD7">
            <w:r>
              <w:t xml:space="preserve">[stomach growl] </w:t>
            </w:r>
          </w:p>
        </w:tc>
      </w:tr>
      <w:tr w:rsidR="00B87216" w14:paraId="4D9B3280" w14:textId="77777777" w:rsidTr="00491CD7">
        <w:tc>
          <w:tcPr>
            <w:tcW w:w="2880" w:type="dxa"/>
          </w:tcPr>
          <w:p w14:paraId="781BD1FB" w14:textId="77777777" w:rsidR="00B87216" w:rsidRDefault="00B87216" w:rsidP="00491CD7">
            <w:r>
              <w:t>01:15:32:24</w:t>
            </w:r>
          </w:p>
        </w:tc>
        <w:tc>
          <w:tcPr>
            <w:tcW w:w="2880" w:type="dxa"/>
          </w:tcPr>
          <w:p w14:paraId="5E537D59" w14:textId="77777777" w:rsidR="00B87216" w:rsidRDefault="00B87216" w:rsidP="00491CD7"/>
        </w:tc>
        <w:tc>
          <w:tcPr>
            <w:tcW w:w="2880" w:type="dxa"/>
          </w:tcPr>
          <w:p w14:paraId="43FCA037" w14:textId="77777777" w:rsidR="00B87216" w:rsidRDefault="00B87216" w:rsidP="00491CD7">
            <w:r>
              <w:t xml:space="preserve">...and a snack. </w:t>
            </w:r>
          </w:p>
        </w:tc>
      </w:tr>
      <w:tr w:rsidR="00B87216" w14:paraId="2C26A3F2" w14:textId="77777777" w:rsidTr="00491CD7">
        <w:tc>
          <w:tcPr>
            <w:tcW w:w="2880" w:type="dxa"/>
          </w:tcPr>
          <w:p w14:paraId="55ED2E24" w14:textId="77777777" w:rsidR="00B87216" w:rsidRDefault="00B87216" w:rsidP="00491CD7">
            <w:r>
              <w:t>01:15:34:03</w:t>
            </w:r>
          </w:p>
        </w:tc>
        <w:tc>
          <w:tcPr>
            <w:tcW w:w="2880" w:type="dxa"/>
          </w:tcPr>
          <w:p w14:paraId="07100C86" w14:textId="77777777" w:rsidR="00B87216" w:rsidRDefault="00B87216" w:rsidP="00491CD7"/>
        </w:tc>
        <w:tc>
          <w:tcPr>
            <w:tcW w:w="2880" w:type="dxa"/>
          </w:tcPr>
          <w:p w14:paraId="0DBD244F" w14:textId="77777777" w:rsidR="00B87216" w:rsidRDefault="00B87216" w:rsidP="00491CD7">
            <w:r>
              <w:rPr>
                <w:b/>
              </w:rPr>
              <w:t xml:space="preserve">ALL: </w:t>
            </w:r>
            <w:r>
              <w:t xml:space="preserve">[laughter] </w:t>
            </w:r>
          </w:p>
        </w:tc>
      </w:tr>
      <w:tr w:rsidR="00B87216" w14:paraId="480053D9" w14:textId="77777777" w:rsidTr="00491CD7">
        <w:tc>
          <w:tcPr>
            <w:tcW w:w="2880" w:type="dxa"/>
          </w:tcPr>
          <w:p w14:paraId="616C4C0F" w14:textId="77777777" w:rsidR="00B87216" w:rsidRDefault="00B87216" w:rsidP="00491CD7">
            <w:r>
              <w:t>01:15:36:24</w:t>
            </w:r>
          </w:p>
        </w:tc>
        <w:tc>
          <w:tcPr>
            <w:tcW w:w="2880" w:type="dxa"/>
          </w:tcPr>
          <w:p w14:paraId="12AED0CA" w14:textId="77777777" w:rsidR="00B87216" w:rsidRDefault="00B87216" w:rsidP="00491CD7"/>
        </w:tc>
        <w:tc>
          <w:tcPr>
            <w:tcW w:w="2880" w:type="dxa"/>
          </w:tcPr>
          <w:p w14:paraId="578C9A17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Let's wait for the Owl to wake up! </w:t>
            </w:r>
          </w:p>
        </w:tc>
      </w:tr>
      <w:tr w:rsidR="00B87216" w14:paraId="0C605529" w14:textId="77777777" w:rsidTr="00491CD7">
        <w:tc>
          <w:tcPr>
            <w:tcW w:w="2880" w:type="dxa"/>
          </w:tcPr>
          <w:p w14:paraId="4F9D9076" w14:textId="77777777" w:rsidR="00B87216" w:rsidRDefault="00B87216" w:rsidP="00491CD7">
            <w:r>
              <w:t>01:15:39:05</w:t>
            </w:r>
          </w:p>
        </w:tc>
        <w:tc>
          <w:tcPr>
            <w:tcW w:w="2880" w:type="dxa"/>
          </w:tcPr>
          <w:p w14:paraId="6ABBD688" w14:textId="77777777" w:rsidR="00B87216" w:rsidRDefault="00B87216" w:rsidP="00491CD7"/>
        </w:tc>
        <w:tc>
          <w:tcPr>
            <w:tcW w:w="2880" w:type="dxa"/>
          </w:tcPr>
          <w:p w14:paraId="43220D2D" w14:textId="77777777" w:rsidR="00B87216" w:rsidRDefault="00B87216" w:rsidP="00491CD7">
            <w:r>
              <w:t xml:space="preserve">I want to see it fly! </w:t>
            </w:r>
          </w:p>
        </w:tc>
      </w:tr>
      <w:tr w:rsidR="00B87216" w14:paraId="18ED7D72" w14:textId="77777777" w:rsidTr="00491CD7">
        <w:tc>
          <w:tcPr>
            <w:tcW w:w="2880" w:type="dxa"/>
          </w:tcPr>
          <w:p w14:paraId="66AFC941" w14:textId="77777777" w:rsidR="00B87216" w:rsidRDefault="00B87216" w:rsidP="00491CD7">
            <w:r>
              <w:t>01:15:40:29</w:t>
            </w:r>
          </w:p>
        </w:tc>
        <w:tc>
          <w:tcPr>
            <w:tcW w:w="2880" w:type="dxa"/>
          </w:tcPr>
          <w:p w14:paraId="00C8A7C5" w14:textId="77777777" w:rsidR="00B87216" w:rsidRDefault="00B87216" w:rsidP="00491CD7"/>
        </w:tc>
        <w:tc>
          <w:tcPr>
            <w:tcW w:w="2880" w:type="dxa"/>
          </w:tcPr>
          <w:p w14:paraId="2CD8EC49" w14:textId="77777777" w:rsidR="00B87216" w:rsidRDefault="00B87216" w:rsidP="00491CD7">
            <w:r>
              <w:t xml:space="preserve">Whoosh! </w:t>
            </w:r>
          </w:p>
        </w:tc>
      </w:tr>
      <w:tr w:rsidR="00B87216" w14:paraId="4A4A8E16" w14:textId="77777777" w:rsidTr="00491CD7">
        <w:tc>
          <w:tcPr>
            <w:tcW w:w="2880" w:type="dxa"/>
          </w:tcPr>
          <w:p w14:paraId="69F243FC" w14:textId="77777777" w:rsidR="00B87216" w:rsidRDefault="00B87216" w:rsidP="00491CD7">
            <w:r>
              <w:t>01:15:43:00</w:t>
            </w:r>
          </w:p>
        </w:tc>
        <w:tc>
          <w:tcPr>
            <w:tcW w:w="2880" w:type="dxa"/>
          </w:tcPr>
          <w:p w14:paraId="0E26FA45" w14:textId="77777777" w:rsidR="00B87216" w:rsidRDefault="00B87216" w:rsidP="00491CD7"/>
        </w:tc>
        <w:tc>
          <w:tcPr>
            <w:tcW w:w="2880" w:type="dxa"/>
          </w:tcPr>
          <w:p w14:paraId="085BF173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Ok, let's wait. </w:t>
            </w:r>
          </w:p>
        </w:tc>
      </w:tr>
      <w:tr w:rsidR="00B87216" w14:paraId="294A2096" w14:textId="77777777" w:rsidTr="00491CD7">
        <w:tc>
          <w:tcPr>
            <w:tcW w:w="2880" w:type="dxa"/>
          </w:tcPr>
          <w:p w14:paraId="2939BC82" w14:textId="77777777" w:rsidR="00B87216" w:rsidRDefault="00B87216" w:rsidP="00491CD7">
            <w:r>
              <w:t>01:15:44:16</w:t>
            </w:r>
          </w:p>
        </w:tc>
        <w:tc>
          <w:tcPr>
            <w:tcW w:w="2880" w:type="dxa"/>
          </w:tcPr>
          <w:p w14:paraId="27018AE3" w14:textId="77777777" w:rsidR="00B87216" w:rsidRDefault="00B87216" w:rsidP="00491CD7"/>
        </w:tc>
        <w:tc>
          <w:tcPr>
            <w:tcW w:w="2880" w:type="dxa"/>
          </w:tcPr>
          <w:p w14:paraId="013A0122" w14:textId="77777777" w:rsidR="00B87216" w:rsidRDefault="00B87216" w:rsidP="00491CD7">
            <w:r>
              <w:t xml:space="preserve">[ººº] </w:t>
            </w:r>
          </w:p>
        </w:tc>
      </w:tr>
      <w:tr w:rsidR="00B87216" w14:paraId="56E8E35D" w14:textId="77777777" w:rsidTr="00491CD7">
        <w:tc>
          <w:tcPr>
            <w:tcW w:w="2880" w:type="dxa"/>
          </w:tcPr>
          <w:p w14:paraId="1BD0ECEB" w14:textId="77777777" w:rsidR="00B87216" w:rsidRDefault="00B87216" w:rsidP="00491CD7">
            <w:r>
              <w:t>01:16:03:18</w:t>
            </w:r>
          </w:p>
        </w:tc>
        <w:tc>
          <w:tcPr>
            <w:tcW w:w="2880" w:type="dxa"/>
          </w:tcPr>
          <w:p w14:paraId="391DAADB" w14:textId="77777777" w:rsidR="00B87216" w:rsidRDefault="00B87216" w:rsidP="00491CD7"/>
        </w:tc>
        <w:tc>
          <w:tcPr>
            <w:tcW w:w="2880" w:type="dxa"/>
          </w:tcPr>
          <w:p w14:paraId="42306D96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B87216" w14:paraId="278B6018" w14:textId="77777777" w:rsidTr="00491CD7">
        <w:tc>
          <w:tcPr>
            <w:tcW w:w="2880" w:type="dxa"/>
          </w:tcPr>
          <w:p w14:paraId="3F6758C0" w14:textId="77777777" w:rsidR="00B87216" w:rsidRDefault="00B87216" w:rsidP="00491CD7">
            <w:r>
              <w:lastRenderedPageBreak/>
              <w:t>01:16:05:24</w:t>
            </w:r>
          </w:p>
        </w:tc>
        <w:tc>
          <w:tcPr>
            <w:tcW w:w="2880" w:type="dxa"/>
          </w:tcPr>
          <w:p w14:paraId="7AC4A227" w14:textId="77777777" w:rsidR="00B87216" w:rsidRDefault="00B87216" w:rsidP="00491CD7"/>
        </w:tc>
        <w:tc>
          <w:tcPr>
            <w:tcW w:w="2880" w:type="dxa"/>
          </w:tcPr>
          <w:p w14:paraId="648D9B4A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[sigh] Is the owl going to sleep all day? </w:t>
            </w:r>
          </w:p>
        </w:tc>
      </w:tr>
      <w:tr w:rsidR="00B87216" w14:paraId="4AB23324" w14:textId="77777777" w:rsidTr="00491CD7">
        <w:tc>
          <w:tcPr>
            <w:tcW w:w="2880" w:type="dxa"/>
          </w:tcPr>
          <w:p w14:paraId="28F23603" w14:textId="77777777" w:rsidR="00B87216" w:rsidRDefault="00B87216" w:rsidP="00491CD7">
            <w:r>
              <w:t>01:16:10:13</w:t>
            </w:r>
          </w:p>
        </w:tc>
        <w:tc>
          <w:tcPr>
            <w:tcW w:w="2880" w:type="dxa"/>
          </w:tcPr>
          <w:p w14:paraId="6F0EDAE4" w14:textId="77777777" w:rsidR="00B87216" w:rsidRDefault="00B87216" w:rsidP="00491CD7"/>
        </w:tc>
        <w:tc>
          <w:tcPr>
            <w:tcW w:w="2880" w:type="dxa"/>
          </w:tcPr>
          <w:p w14:paraId="27F059CF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It can't sleep all day. </w:t>
            </w:r>
          </w:p>
        </w:tc>
      </w:tr>
      <w:tr w:rsidR="00B87216" w14:paraId="7576B86E" w14:textId="77777777" w:rsidTr="00491CD7">
        <w:tc>
          <w:tcPr>
            <w:tcW w:w="2880" w:type="dxa"/>
          </w:tcPr>
          <w:p w14:paraId="3160B6DC" w14:textId="77777777" w:rsidR="00B87216" w:rsidRDefault="00B87216" w:rsidP="00491CD7">
            <w:r>
              <w:t>01:16:12:15</w:t>
            </w:r>
          </w:p>
        </w:tc>
        <w:tc>
          <w:tcPr>
            <w:tcW w:w="2880" w:type="dxa"/>
          </w:tcPr>
          <w:p w14:paraId="6653D409" w14:textId="77777777" w:rsidR="00B87216" w:rsidRDefault="00B87216" w:rsidP="00491CD7"/>
        </w:tc>
        <w:tc>
          <w:tcPr>
            <w:tcW w:w="2880" w:type="dxa"/>
          </w:tcPr>
          <w:p w14:paraId="38FA4D5D" w14:textId="77777777" w:rsidR="00B87216" w:rsidRDefault="00B87216" w:rsidP="00491CD7">
            <w:r>
              <w:t xml:space="preserve">Can it? </w:t>
            </w:r>
          </w:p>
        </w:tc>
      </w:tr>
      <w:tr w:rsidR="00B87216" w14:paraId="49B1FD12" w14:textId="77777777" w:rsidTr="00491CD7">
        <w:tc>
          <w:tcPr>
            <w:tcW w:w="2880" w:type="dxa"/>
          </w:tcPr>
          <w:p w14:paraId="668E5762" w14:textId="77777777" w:rsidR="00B87216" w:rsidRDefault="00B87216" w:rsidP="00491CD7">
            <w:r>
              <w:t>01:16:13:22</w:t>
            </w:r>
          </w:p>
        </w:tc>
        <w:tc>
          <w:tcPr>
            <w:tcW w:w="2880" w:type="dxa"/>
          </w:tcPr>
          <w:p w14:paraId="7DBB3B84" w14:textId="77777777" w:rsidR="00B87216" w:rsidRDefault="00B87216" w:rsidP="00491CD7"/>
        </w:tc>
        <w:tc>
          <w:tcPr>
            <w:tcW w:w="2880" w:type="dxa"/>
          </w:tcPr>
          <w:p w14:paraId="12E72CE5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Sounds pretty good to me. </w:t>
            </w:r>
          </w:p>
        </w:tc>
      </w:tr>
      <w:tr w:rsidR="00B87216" w14:paraId="1DA34598" w14:textId="77777777" w:rsidTr="00491CD7">
        <w:tc>
          <w:tcPr>
            <w:tcW w:w="2880" w:type="dxa"/>
          </w:tcPr>
          <w:p w14:paraId="4C467800" w14:textId="77777777" w:rsidR="00B87216" w:rsidRDefault="00B87216" w:rsidP="00491CD7">
            <w:r>
              <w:t>01:16:15:00</w:t>
            </w:r>
          </w:p>
        </w:tc>
        <w:tc>
          <w:tcPr>
            <w:tcW w:w="2880" w:type="dxa"/>
          </w:tcPr>
          <w:p w14:paraId="46767762" w14:textId="77777777" w:rsidR="00B87216" w:rsidRDefault="00B87216" w:rsidP="00491CD7"/>
        </w:tc>
        <w:tc>
          <w:tcPr>
            <w:tcW w:w="2880" w:type="dxa"/>
          </w:tcPr>
          <w:p w14:paraId="49CECD35" w14:textId="77777777" w:rsidR="00B87216" w:rsidRDefault="00B87216" w:rsidP="00491CD7">
            <w:r>
              <w:t xml:space="preserve">Some of my cousins sleep all day. </w:t>
            </w:r>
          </w:p>
        </w:tc>
      </w:tr>
      <w:tr w:rsidR="00B87216" w14:paraId="569561AC" w14:textId="77777777" w:rsidTr="00491CD7">
        <w:tc>
          <w:tcPr>
            <w:tcW w:w="2880" w:type="dxa"/>
          </w:tcPr>
          <w:p w14:paraId="1BB19BCE" w14:textId="77777777" w:rsidR="00B87216" w:rsidRDefault="00B87216" w:rsidP="00491CD7">
            <w:r>
              <w:t>01:16:17:04</w:t>
            </w:r>
          </w:p>
        </w:tc>
        <w:tc>
          <w:tcPr>
            <w:tcW w:w="2880" w:type="dxa"/>
          </w:tcPr>
          <w:p w14:paraId="07B30189" w14:textId="77777777" w:rsidR="00B87216" w:rsidRDefault="00B87216" w:rsidP="00491CD7"/>
        </w:tc>
        <w:tc>
          <w:tcPr>
            <w:tcW w:w="2880" w:type="dxa"/>
          </w:tcPr>
          <w:p w14:paraId="794E941F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I wonder when it eats. </w:t>
            </w:r>
          </w:p>
        </w:tc>
      </w:tr>
      <w:tr w:rsidR="00B87216" w14:paraId="52131BAD" w14:textId="77777777" w:rsidTr="00491CD7">
        <w:tc>
          <w:tcPr>
            <w:tcW w:w="2880" w:type="dxa"/>
          </w:tcPr>
          <w:p w14:paraId="3BD0D96D" w14:textId="77777777" w:rsidR="00B87216" w:rsidRDefault="00B87216" w:rsidP="00491CD7">
            <w:r>
              <w:t>01:16:19:06</w:t>
            </w:r>
          </w:p>
        </w:tc>
        <w:tc>
          <w:tcPr>
            <w:tcW w:w="2880" w:type="dxa"/>
          </w:tcPr>
          <w:p w14:paraId="5632118C" w14:textId="77777777" w:rsidR="00B87216" w:rsidRDefault="00B87216" w:rsidP="00491CD7"/>
        </w:tc>
        <w:tc>
          <w:tcPr>
            <w:tcW w:w="2880" w:type="dxa"/>
          </w:tcPr>
          <w:p w14:paraId="59D817BA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Speaking of eating... </w:t>
            </w:r>
          </w:p>
        </w:tc>
      </w:tr>
      <w:tr w:rsidR="00B87216" w14:paraId="6BAFD249" w14:textId="77777777" w:rsidTr="00491CD7">
        <w:tc>
          <w:tcPr>
            <w:tcW w:w="2880" w:type="dxa"/>
          </w:tcPr>
          <w:p w14:paraId="4219A546" w14:textId="77777777" w:rsidR="00B87216" w:rsidRDefault="00B87216" w:rsidP="00491CD7">
            <w:r>
              <w:t>01:16:20:17</w:t>
            </w:r>
          </w:p>
        </w:tc>
        <w:tc>
          <w:tcPr>
            <w:tcW w:w="2880" w:type="dxa"/>
          </w:tcPr>
          <w:p w14:paraId="6CE637B5" w14:textId="77777777" w:rsidR="00B87216" w:rsidRDefault="00B87216" w:rsidP="00491CD7"/>
        </w:tc>
        <w:tc>
          <w:tcPr>
            <w:tcW w:w="2880" w:type="dxa"/>
          </w:tcPr>
          <w:p w14:paraId="56F40D51" w14:textId="77777777" w:rsidR="00B87216" w:rsidRDefault="00B87216" w:rsidP="00491CD7">
            <w:r>
              <w:t xml:space="preserve">It's almost dinner time! </w:t>
            </w:r>
          </w:p>
        </w:tc>
      </w:tr>
      <w:tr w:rsidR="00B87216" w14:paraId="36981C38" w14:textId="77777777" w:rsidTr="00491CD7">
        <w:tc>
          <w:tcPr>
            <w:tcW w:w="2880" w:type="dxa"/>
          </w:tcPr>
          <w:p w14:paraId="53233002" w14:textId="77777777" w:rsidR="00B87216" w:rsidRDefault="00B87216" w:rsidP="00491CD7">
            <w:r>
              <w:t>01:16:22:04</w:t>
            </w:r>
          </w:p>
        </w:tc>
        <w:tc>
          <w:tcPr>
            <w:tcW w:w="2880" w:type="dxa"/>
          </w:tcPr>
          <w:p w14:paraId="07F58F60" w14:textId="77777777" w:rsidR="00B87216" w:rsidRDefault="00B87216" w:rsidP="00491CD7"/>
        </w:tc>
        <w:tc>
          <w:tcPr>
            <w:tcW w:w="2880" w:type="dxa"/>
          </w:tcPr>
          <w:p w14:paraId="728A16C3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You're right. </w:t>
            </w:r>
          </w:p>
        </w:tc>
      </w:tr>
      <w:tr w:rsidR="00B87216" w14:paraId="1DFDCDC8" w14:textId="77777777" w:rsidTr="00491CD7">
        <w:tc>
          <w:tcPr>
            <w:tcW w:w="2880" w:type="dxa"/>
          </w:tcPr>
          <w:p w14:paraId="047F610C" w14:textId="77777777" w:rsidR="00B87216" w:rsidRDefault="00B87216" w:rsidP="00491CD7">
            <w:r>
              <w:t>01:16:23:20</w:t>
            </w:r>
          </w:p>
        </w:tc>
        <w:tc>
          <w:tcPr>
            <w:tcW w:w="2880" w:type="dxa"/>
          </w:tcPr>
          <w:p w14:paraId="25BAAE87" w14:textId="77777777" w:rsidR="00B87216" w:rsidRDefault="00B87216" w:rsidP="00491CD7"/>
        </w:tc>
        <w:tc>
          <w:tcPr>
            <w:tcW w:w="2880" w:type="dxa"/>
          </w:tcPr>
          <w:p w14:paraId="05C6281F" w14:textId="77777777" w:rsidR="00B87216" w:rsidRDefault="00B87216" w:rsidP="00491CD7">
            <w:r>
              <w:t xml:space="preserve">We'd better go. </w:t>
            </w:r>
          </w:p>
        </w:tc>
      </w:tr>
      <w:tr w:rsidR="00B87216" w14:paraId="632FFBA4" w14:textId="77777777" w:rsidTr="00491CD7">
        <w:tc>
          <w:tcPr>
            <w:tcW w:w="2880" w:type="dxa"/>
          </w:tcPr>
          <w:p w14:paraId="2CCC450E" w14:textId="77777777" w:rsidR="00B87216" w:rsidRDefault="00B87216" w:rsidP="00491CD7">
            <w:r>
              <w:t>01:16:26:11</w:t>
            </w:r>
          </w:p>
        </w:tc>
        <w:tc>
          <w:tcPr>
            <w:tcW w:w="2880" w:type="dxa"/>
          </w:tcPr>
          <w:p w14:paraId="3381E3EF" w14:textId="77777777" w:rsidR="00B87216" w:rsidRDefault="00B87216" w:rsidP="00491CD7"/>
        </w:tc>
        <w:tc>
          <w:tcPr>
            <w:tcW w:w="2880" w:type="dxa"/>
          </w:tcPr>
          <w:p w14:paraId="191203FF" w14:textId="77777777" w:rsidR="00B87216" w:rsidRDefault="00B87216" w:rsidP="00491CD7">
            <w:r>
              <w:t xml:space="preserve">C'mon Elinor. </w:t>
            </w:r>
          </w:p>
        </w:tc>
      </w:tr>
      <w:tr w:rsidR="00B87216" w14:paraId="713A786F" w14:textId="77777777" w:rsidTr="00491CD7">
        <w:tc>
          <w:tcPr>
            <w:tcW w:w="2880" w:type="dxa"/>
          </w:tcPr>
          <w:p w14:paraId="42D5B0A6" w14:textId="77777777" w:rsidR="00B87216" w:rsidRDefault="00B87216" w:rsidP="00491CD7">
            <w:r>
              <w:t>01:16:30:16</w:t>
            </w:r>
          </w:p>
        </w:tc>
        <w:tc>
          <w:tcPr>
            <w:tcW w:w="2880" w:type="dxa"/>
          </w:tcPr>
          <w:p w14:paraId="1AE6A3A1" w14:textId="77777777" w:rsidR="00B87216" w:rsidRDefault="00B87216" w:rsidP="00491CD7"/>
        </w:tc>
        <w:tc>
          <w:tcPr>
            <w:tcW w:w="2880" w:type="dxa"/>
          </w:tcPr>
          <w:p w14:paraId="1D200A5E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Oh, </w:t>
            </w:r>
            <w:proofErr w:type="gramStart"/>
            <w:r>
              <w:t>please  wake</w:t>
            </w:r>
            <w:proofErr w:type="gramEnd"/>
            <w:r>
              <w:t xml:space="preserve"> up! </w:t>
            </w:r>
          </w:p>
        </w:tc>
      </w:tr>
      <w:tr w:rsidR="00B87216" w14:paraId="320CB242" w14:textId="77777777" w:rsidTr="00491CD7">
        <w:tc>
          <w:tcPr>
            <w:tcW w:w="2880" w:type="dxa"/>
          </w:tcPr>
          <w:p w14:paraId="6B2B34AE" w14:textId="77777777" w:rsidR="00B87216" w:rsidRDefault="00B87216" w:rsidP="00491CD7">
            <w:r>
              <w:t>01:16:34:06</w:t>
            </w:r>
          </w:p>
        </w:tc>
        <w:tc>
          <w:tcPr>
            <w:tcW w:w="2880" w:type="dxa"/>
          </w:tcPr>
          <w:p w14:paraId="7390E8E0" w14:textId="77777777" w:rsidR="00B87216" w:rsidRDefault="00B87216" w:rsidP="00491CD7"/>
        </w:tc>
        <w:tc>
          <w:tcPr>
            <w:tcW w:w="2880" w:type="dxa"/>
          </w:tcPr>
          <w:p w14:paraId="1942C859" w14:textId="77777777" w:rsidR="00B87216" w:rsidRDefault="00B87216" w:rsidP="00491CD7">
            <w:r>
              <w:t xml:space="preserve">[sigh] </w:t>
            </w:r>
          </w:p>
        </w:tc>
      </w:tr>
      <w:tr w:rsidR="00B87216" w14:paraId="4960CDE8" w14:textId="77777777" w:rsidTr="00491CD7">
        <w:tc>
          <w:tcPr>
            <w:tcW w:w="2880" w:type="dxa"/>
          </w:tcPr>
          <w:p w14:paraId="2C1F6319" w14:textId="77777777" w:rsidR="00B87216" w:rsidRDefault="00B87216" w:rsidP="00491CD7">
            <w:r>
              <w:t>01:16:41:00</w:t>
            </w:r>
          </w:p>
        </w:tc>
        <w:tc>
          <w:tcPr>
            <w:tcW w:w="2880" w:type="dxa"/>
          </w:tcPr>
          <w:p w14:paraId="4B2976BF" w14:textId="77777777" w:rsidR="00B87216" w:rsidRDefault="00B87216" w:rsidP="00491CD7"/>
        </w:tc>
        <w:tc>
          <w:tcPr>
            <w:tcW w:w="2880" w:type="dxa"/>
          </w:tcPr>
          <w:p w14:paraId="10BD4DDD" w14:textId="77777777" w:rsidR="00B87216" w:rsidRDefault="00B87216" w:rsidP="00491CD7">
            <w:r>
              <w:t xml:space="preserve">[owl hooting] </w:t>
            </w:r>
          </w:p>
        </w:tc>
      </w:tr>
      <w:tr w:rsidR="00B87216" w14:paraId="1231A266" w14:textId="77777777" w:rsidTr="00491CD7">
        <w:tc>
          <w:tcPr>
            <w:tcW w:w="2880" w:type="dxa"/>
          </w:tcPr>
          <w:p w14:paraId="21C82715" w14:textId="77777777" w:rsidR="00B87216" w:rsidRDefault="00B87216" w:rsidP="00491CD7">
            <w:r>
              <w:t>01:16:44:21</w:t>
            </w:r>
          </w:p>
        </w:tc>
        <w:tc>
          <w:tcPr>
            <w:tcW w:w="2880" w:type="dxa"/>
          </w:tcPr>
          <w:p w14:paraId="16901664" w14:textId="77777777" w:rsidR="00B87216" w:rsidRDefault="00B87216" w:rsidP="00491CD7"/>
        </w:tc>
        <w:tc>
          <w:tcPr>
            <w:tcW w:w="2880" w:type="dxa"/>
          </w:tcPr>
          <w:p w14:paraId="30B7B1ED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[snoring] </w:t>
            </w:r>
          </w:p>
        </w:tc>
      </w:tr>
      <w:tr w:rsidR="00B87216" w14:paraId="59078492" w14:textId="77777777" w:rsidTr="00491CD7">
        <w:tc>
          <w:tcPr>
            <w:tcW w:w="2880" w:type="dxa"/>
          </w:tcPr>
          <w:p w14:paraId="152FD99B" w14:textId="77777777" w:rsidR="00B87216" w:rsidRDefault="00B87216" w:rsidP="00491CD7">
            <w:r>
              <w:t>01:16:47:16</w:t>
            </w:r>
          </w:p>
        </w:tc>
        <w:tc>
          <w:tcPr>
            <w:tcW w:w="2880" w:type="dxa"/>
          </w:tcPr>
          <w:p w14:paraId="67BBCBC6" w14:textId="77777777" w:rsidR="00B87216" w:rsidRDefault="00B87216" w:rsidP="00491CD7"/>
        </w:tc>
        <w:tc>
          <w:tcPr>
            <w:tcW w:w="2880" w:type="dxa"/>
          </w:tcPr>
          <w:p w14:paraId="2A855B2D" w14:textId="77777777" w:rsidR="00B87216" w:rsidRDefault="00B87216" w:rsidP="00491CD7">
            <w:r>
              <w:t xml:space="preserve">[sleep talking] Owl, wake up, please wake up. </w:t>
            </w:r>
          </w:p>
        </w:tc>
      </w:tr>
      <w:tr w:rsidR="00B87216" w14:paraId="6B937068" w14:textId="77777777" w:rsidTr="00491CD7">
        <w:tc>
          <w:tcPr>
            <w:tcW w:w="2880" w:type="dxa"/>
          </w:tcPr>
          <w:p w14:paraId="1075A9DC" w14:textId="77777777" w:rsidR="00B87216" w:rsidRDefault="00B87216" w:rsidP="00491CD7">
            <w:r>
              <w:t>01:16:50:14</w:t>
            </w:r>
          </w:p>
        </w:tc>
        <w:tc>
          <w:tcPr>
            <w:tcW w:w="2880" w:type="dxa"/>
          </w:tcPr>
          <w:p w14:paraId="0D022814" w14:textId="77777777" w:rsidR="00B87216" w:rsidRDefault="00B87216" w:rsidP="00491CD7"/>
        </w:tc>
        <w:tc>
          <w:tcPr>
            <w:tcW w:w="2880" w:type="dxa"/>
          </w:tcPr>
          <w:p w14:paraId="26C841DD" w14:textId="77777777" w:rsidR="00B87216" w:rsidRDefault="00B87216" w:rsidP="00491CD7">
            <w:r>
              <w:t xml:space="preserve">[owl hooting] </w:t>
            </w:r>
          </w:p>
        </w:tc>
      </w:tr>
      <w:tr w:rsidR="00B87216" w14:paraId="58F4B304" w14:textId="77777777" w:rsidTr="00491CD7">
        <w:tc>
          <w:tcPr>
            <w:tcW w:w="2880" w:type="dxa"/>
          </w:tcPr>
          <w:p w14:paraId="124C3DAB" w14:textId="77777777" w:rsidR="00B87216" w:rsidRDefault="00B87216" w:rsidP="00491CD7">
            <w:r>
              <w:t>01:16:51:14</w:t>
            </w:r>
          </w:p>
        </w:tc>
        <w:tc>
          <w:tcPr>
            <w:tcW w:w="2880" w:type="dxa"/>
          </w:tcPr>
          <w:p w14:paraId="11E69494" w14:textId="77777777" w:rsidR="00B87216" w:rsidRDefault="00B87216" w:rsidP="00491CD7"/>
        </w:tc>
        <w:tc>
          <w:tcPr>
            <w:tcW w:w="2880" w:type="dxa"/>
          </w:tcPr>
          <w:p w14:paraId="55DEA1DE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B87216" w14:paraId="31FEB4C4" w14:textId="77777777" w:rsidTr="00491CD7">
        <w:tc>
          <w:tcPr>
            <w:tcW w:w="2880" w:type="dxa"/>
          </w:tcPr>
          <w:p w14:paraId="3E847379" w14:textId="77777777" w:rsidR="00B87216" w:rsidRDefault="00B87216" w:rsidP="00491CD7">
            <w:r>
              <w:t>01:16:52:14</w:t>
            </w:r>
          </w:p>
        </w:tc>
        <w:tc>
          <w:tcPr>
            <w:tcW w:w="2880" w:type="dxa"/>
          </w:tcPr>
          <w:p w14:paraId="7A4ECCAF" w14:textId="77777777" w:rsidR="00B87216" w:rsidRDefault="00B87216" w:rsidP="00491CD7"/>
        </w:tc>
        <w:tc>
          <w:tcPr>
            <w:tcW w:w="2880" w:type="dxa"/>
          </w:tcPr>
          <w:p w14:paraId="3C0F4CB6" w14:textId="77777777" w:rsidR="00B87216" w:rsidRDefault="00B87216" w:rsidP="00491CD7">
            <w:r>
              <w:t xml:space="preserve">[owl hooting] </w:t>
            </w:r>
          </w:p>
        </w:tc>
      </w:tr>
      <w:tr w:rsidR="00B87216" w14:paraId="63BA914B" w14:textId="77777777" w:rsidTr="00491CD7">
        <w:tc>
          <w:tcPr>
            <w:tcW w:w="2880" w:type="dxa"/>
          </w:tcPr>
          <w:p w14:paraId="13698418" w14:textId="77777777" w:rsidR="00B87216" w:rsidRDefault="00B87216" w:rsidP="00491CD7">
            <w:r>
              <w:t>01:16:55:15</w:t>
            </w:r>
          </w:p>
        </w:tc>
        <w:tc>
          <w:tcPr>
            <w:tcW w:w="2880" w:type="dxa"/>
          </w:tcPr>
          <w:p w14:paraId="51FD4BBC" w14:textId="77777777" w:rsidR="00B87216" w:rsidRDefault="00B87216" w:rsidP="00491CD7"/>
        </w:tc>
        <w:tc>
          <w:tcPr>
            <w:tcW w:w="2880" w:type="dxa"/>
          </w:tcPr>
          <w:p w14:paraId="7D4F3BEB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Who's out there? </w:t>
            </w:r>
          </w:p>
        </w:tc>
      </w:tr>
      <w:tr w:rsidR="00B87216" w14:paraId="3178D51E" w14:textId="77777777" w:rsidTr="00491CD7">
        <w:tc>
          <w:tcPr>
            <w:tcW w:w="2880" w:type="dxa"/>
          </w:tcPr>
          <w:p w14:paraId="0764CBE2" w14:textId="77777777" w:rsidR="00B87216" w:rsidRDefault="00B87216" w:rsidP="00491CD7">
            <w:r>
              <w:t>01:16:56:29</w:t>
            </w:r>
          </w:p>
        </w:tc>
        <w:tc>
          <w:tcPr>
            <w:tcW w:w="2880" w:type="dxa"/>
          </w:tcPr>
          <w:p w14:paraId="40EE4437" w14:textId="77777777" w:rsidR="00B87216" w:rsidRDefault="00B87216" w:rsidP="00491CD7"/>
        </w:tc>
        <w:tc>
          <w:tcPr>
            <w:tcW w:w="2880" w:type="dxa"/>
          </w:tcPr>
          <w:p w14:paraId="0FBBC4C8" w14:textId="77777777" w:rsidR="00B87216" w:rsidRDefault="00B87216" w:rsidP="00491CD7">
            <w:r>
              <w:t xml:space="preserve">[owl hoots] </w:t>
            </w:r>
          </w:p>
        </w:tc>
      </w:tr>
      <w:tr w:rsidR="00B87216" w14:paraId="1D154D4A" w14:textId="77777777" w:rsidTr="00491CD7">
        <w:tc>
          <w:tcPr>
            <w:tcW w:w="2880" w:type="dxa"/>
          </w:tcPr>
          <w:p w14:paraId="0394BD0A" w14:textId="77777777" w:rsidR="00B87216" w:rsidRDefault="00B87216" w:rsidP="00491CD7">
            <w:r>
              <w:t>01:16:58:00</w:t>
            </w:r>
          </w:p>
        </w:tc>
        <w:tc>
          <w:tcPr>
            <w:tcW w:w="2880" w:type="dxa"/>
          </w:tcPr>
          <w:p w14:paraId="7C24D3A3" w14:textId="77777777" w:rsidR="00B87216" w:rsidRDefault="00B87216" w:rsidP="00491CD7"/>
        </w:tc>
        <w:tc>
          <w:tcPr>
            <w:tcW w:w="2880" w:type="dxa"/>
          </w:tcPr>
          <w:p w14:paraId="2BD81E76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Who what? </w:t>
            </w:r>
          </w:p>
        </w:tc>
      </w:tr>
      <w:tr w:rsidR="00B87216" w14:paraId="1B474CE6" w14:textId="77777777" w:rsidTr="00491CD7">
        <w:tc>
          <w:tcPr>
            <w:tcW w:w="2880" w:type="dxa"/>
          </w:tcPr>
          <w:p w14:paraId="5542E11B" w14:textId="77777777" w:rsidR="00B87216" w:rsidRDefault="00B87216" w:rsidP="00491CD7">
            <w:r>
              <w:lastRenderedPageBreak/>
              <w:t>01:16:59:00</w:t>
            </w:r>
          </w:p>
        </w:tc>
        <w:tc>
          <w:tcPr>
            <w:tcW w:w="2880" w:type="dxa"/>
          </w:tcPr>
          <w:p w14:paraId="01C29EC1" w14:textId="77777777" w:rsidR="00B87216" w:rsidRDefault="00B87216" w:rsidP="00491CD7"/>
        </w:tc>
        <w:tc>
          <w:tcPr>
            <w:tcW w:w="2880" w:type="dxa"/>
          </w:tcPr>
          <w:p w14:paraId="225112B4" w14:textId="77777777" w:rsidR="00B87216" w:rsidRDefault="00B87216" w:rsidP="00491CD7">
            <w:r>
              <w:t xml:space="preserve">[owl hoots] </w:t>
            </w:r>
          </w:p>
        </w:tc>
      </w:tr>
      <w:tr w:rsidR="00B87216" w14:paraId="3886F0AD" w14:textId="77777777" w:rsidTr="00491CD7">
        <w:tc>
          <w:tcPr>
            <w:tcW w:w="2880" w:type="dxa"/>
          </w:tcPr>
          <w:p w14:paraId="195DE54E" w14:textId="77777777" w:rsidR="00B87216" w:rsidRDefault="00B87216" w:rsidP="00491CD7">
            <w:r>
              <w:t>01:17:00:02</w:t>
            </w:r>
          </w:p>
        </w:tc>
        <w:tc>
          <w:tcPr>
            <w:tcW w:w="2880" w:type="dxa"/>
          </w:tcPr>
          <w:p w14:paraId="42329B55" w14:textId="77777777" w:rsidR="00B87216" w:rsidRDefault="00B87216" w:rsidP="00491CD7"/>
        </w:tc>
        <w:tc>
          <w:tcPr>
            <w:tcW w:w="2880" w:type="dxa"/>
          </w:tcPr>
          <w:p w14:paraId="2A7DD5FC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Who, me? </w:t>
            </w:r>
          </w:p>
        </w:tc>
      </w:tr>
      <w:tr w:rsidR="00B87216" w14:paraId="1FC9DE00" w14:textId="77777777" w:rsidTr="00491CD7">
        <w:tc>
          <w:tcPr>
            <w:tcW w:w="2880" w:type="dxa"/>
          </w:tcPr>
          <w:p w14:paraId="2BCBE54E" w14:textId="77777777" w:rsidR="00B87216" w:rsidRDefault="00B87216" w:rsidP="00491CD7">
            <w:r>
              <w:t>01:17:01:08</w:t>
            </w:r>
          </w:p>
        </w:tc>
        <w:tc>
          <w:tcPr>
            <w:tcW w:w="2880" w:type="dxa"/>
          </w:tcPr>
          <w:p w14:paraId="4828AD9D" w14:textId="77777777" w:rsidR="00B87216" w:rsidRDefault="00B87216" w:rsidP="00491CD7"/>
        </w:tc>
        <w:tc>
          <w:tcPr>
            <w:tcW w:w="2880" w:type="dxa"/>
          </w:tcPr>
          <w:p w14:paraId="5B99366D" w14:textId="77777777" w:rsidR="00B87216" w:rsidRDefault="00B87216" w:rsidP="00491CD7">
            <w:r>
              <w:t xml:space="preserve">[owl hoots] </w:t>
            </w:r>
          </w:p>
        </w:tc>
      </w:tr>
      <w:tr w:rsidR="00B87216" w14:paraId="649703C2" w14:textId="77777777" w:rsidTr="00491CD7">
        <w:tc>
          <w:tcPr>
            <w:tcW w:w="2880" w:type="dxa"/>
          </w:tcPr>
          <w:p w14:paraId="1E5656C8" w14:textId="77777777" w:rsidR="00B87216" w:rsidRDefault="00B87216" w:rsidP="00491CD7">
            <w:r>
              <w:t>01:17:02:08</w:t>
            </w:r>
          </w:p>
        </w:tc>
        <w:tc>
          <w:tcPr>
            <w:tcW w:w="2880" w:type="dxa"/>
          </w:tcPr>
          <w:p w14:paraId="714BF3A5" w14:textId="77777777" w:rsidR="00B87216" w:rsidRDefault="00B87216" w:rsidP="00491CD7"/>
        </w:tc>
        <w:tc>
          <w:tcPr>
            <w:tcW w:w="2880" w:type="dxa"/>
          </w:tcPr>
          <w:p w14:paraId="09CEFB9A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[yelling] Yes, I heard you! </w:t>
            </w:r>
          </w:p>
        </w:tc>
      </w:tr>
      <w:tr w:rsidR="00B87216" w14:paraId="3C0EB08D" w14:textId="77777777" w:rsidTr="00491CD7">
        <w:tc>
          <w:tcPr>
            <w:tcW w:w="2880" w:type="dxa"/>
          </w:tcPr>
          <w:p w14:paraId="107807E4" w14:textId="77777777" w:rsidR="00B87216" w:rsidRDefault="00B87216" w:rsidP="00491CD7">
            <w:r>
              <w:t>01:17:04:04</w:t>
            </w:r>
          </w:p>
        </w:tc>
        <w:tc>
          <w:tcPr>
            <w:tcW w:w="2880" w:type="dxa"/>
          </w:tcPr>
          <w:p w14:paraId="67D36435" w14:textId="77777777" w:rsidR="00B87216" w:rsidRDefault="00B87216" w:rsidP="00491CD7"/>
        </w:tc>
        <w:tc>
          <w:tcPr>
            <w:tcW w:w="2880" w:type="dxa"/>
          </w:tcPr>
          <w:p w14:paraId="33B82FCE" w14:textId="77777777" w:rsidR="00B87216" w:rsidRDefault="00B87216" w:rsidP="00491CD7">
            <w:r>
              <w:t xml:space="preserve">Do you mean me? </w:t>
            </w:r>
          </w:p>
        </w:tc>
      </w:tr>
      <w:tr w:rsidR="00B87216" w14:paraId="410AA65C" w14:textId="77777777" w:rsidTr="00491CD7">
        <w:tc>
          <w:tcPr>
            <w:tcW w:w="2880" w:type="dxa"/>
          </w:tcPr>
          <w:p w14:paraId="1A97EC57" w14:textId="77777777" w:rsidR="00B87216" w:rsidRDefault="00B87216" w:rsidP="00491CD7">
            <w:r>
              <w:t>01:17:05:28</w:t>
            </w:r>
          </w:p>
        </w:tc>
        <w:tc>
          <w:tcPr>
            <w:tcW w:w="2880" w:type="dxa"/>
          </w:tcPr>
          <w:p w14:paraId="51527449" w14:textId="77777777" w:rsidR="00B87216" w:rsidRDefault="00B87216" w:rsidP="00491CD7"/>
        </w:tc>
        <w:tc>
          <w:tcPr>
            <w:tcW w:w="2880" w:type="dxa"/>
          </w:tcPr>
          <w:p w14:paraId="6343F493" w14:textId="77777777" w:rsidR="00B87216" w:rsidRDefault="00B87216" w:rsidP="00491CD7">
            <w:r>
              <w:t xml:space="preserve">I'm Elinor, that's who. </w:t>
            </w:r>
          </w:p>
        </w:tc>
      </w:tr>
      <w:tr w:rsidR="00B87216" w14:paraId="7DFAE168" w14:textId="77777777" w:rsidTr="00491CD7">
        <w:tc>
          <w:tcPr>
            <w:tcW w:w="2880" w:type="dxa"/>
          </w:tcPr>
          <w:p w14:paraId="509CF408" w14:textId="77777777" w:rsidR="00B87216" w:rsidRDefault="00B87216" w:rsidP="00491CD7">
            <w:r>
              <w:t>01:17:08:14</w:t>
            </w:r>
          </w:p>
        </w:tc>
        <w:tc>
          <w:tcPr>
            <w:tcW w:w="2880" w:type="dxa"/>
          </w:tcPr>
          <w:p w14:paraId="304AC43A" w14:textId="77777777" w:rsidR="00B87216" w:rsidRDefault="00B87216" w:rsidP="00491CD7"/>
        </w:tc>
        <w:tc>
          <w:tcPr>
            <w:tcW w:w="2880" w:type="dxa"/>
          </w:tcPr>
          <w:p w14:paraId="3F56BF6F" w14:textId="77777777" w:rsidR="00B87216" w:rsidRDefault="00B87216" w:rsidP="00491CD7">
            <w:r>
              <w:t xml:space="preserve">[owl hoots] </w:t>
            </w:r>
          </w:p>
        </w:tc>
      </w:tr>
      <w:tr w:rsidR="00B87216" w14:paraId="1B07A30F" w14:textId="77777777" w:rsidTr="00491CD7">
        <w:tc>
          <w:tcPr>
            <w:tcW w:w="2880" w:type="dxa"/>
          </w:tcPr>
          <w:p w14:paraId="1CA65C0D" w14:textId="77777777" w:rsidR="00B87216" w:rsidRDefault="00B87216" w:rsidP="00491CD7">
            <w:r>
              <w:t>01:17:13:18</w:t>
            </w:r>
          </w:p>
        </w:tc>
        <w:tc>
          <w:tcPr>
            <w:tcW w:w="2880" w:type="dxa"/>
          </w:tcPr>
          <w:p w14:paraId="35262F92" w14:textId="77777777" w:rsidR="00B87216" w:rsidRDefault="00B87216" w:rsidP="00491CD7"/>
        </w:tc>
        <w:tc>
          <w:tcPr>
            <w:tcW w:w="2880" w:type="dxa"/>
          </w:tcPr>
          <w:p w14:paraId="14FBCD82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Mom! Wake up! </w:t>
            </w:r>
          </w:p>
        </w:tc>
      </w:tr>
      <w:tr w:rsidR="00B87216" w14:paraId="5B997BC6" w14:textId="77777777" w:rsidTr="00491CD7">
        <w:tc>
          <w:tcPr>
            <w:tcW w:w="2880" w:type="dxa"/>
          </w:tcPr>
          <w:p w14:paraId="0F073E15" w14:textId="77777777" w:rsidR="00B87216" w:rsidRDefault="00B87216" w:rsidP="00491CD7">
            <w:r>
              <w:t>01:17:15:22</w:t>
            </w:r>
          </w:p>
        </w:tc>
        <w:tc>
          <w:tcPr>
            <w:tcW w:w="2880" w:type="dxa"/>
          </w:tcPr>
          <w:p w14:paraId="23E577FC" w14:textId="77777777" w:rsidR="00B87216" w:rsidRDefault="00B87216" w:rsidP="00491CD7"/>
        </w:tc>
        <w:tc>
          <w:tcPr>
            <w:tcW w:w="2880" w:type="dxa"/>
          </w:tcPr>
          <w:p w14:paraId="3538B58C" w14:textId="77777777" w:rsidR="00B87216" w:rsidRDefault="00B87216" w:rsidP="00491CD7">
            <w:r>
              <w:t xml:space="preserve">Mom! </w:t>
            </w:r>
          </w:p>
        </w:tc>
      </w:tr>
      <w:tr w:rsidR="00B87216" w14:paraId="166F752A" w14:textId="77777777" w:rsidTr="00491CD7">
        <w:tc>
          <w:tcPr>
            <w:tcW w:w="2880" w:type="dxa"/>
          </w:tcPr>
          <w:p w14:paraId="2A2E3273" w14:textId="77777777" w:rsidR="00B87216" w:rsidRDefault="00B87216" w:rsidP="00491CD7">
            <w:r>
              <w:t>01:17:17:11</w:t>
            </w:r>
          </w:p>
        </w:tc>
        <w:tc>
          <w:tcPr>
            <w:tcW w:w="2880" w:type="dxa"/>
          </w:tcPr>
          <w:p w14:paraId="49521F3F" w14:textId="77777777" w:rsidR="00B87216" w:rsidRDefault="00B87216" w:rsidP="00491CD7"/>
        </w:tc>
        <w:tc>
          <w:tcPr>
            <w:tcW w:w="2880" w:type="dxa"/>
          </w:tcPr>
          <w:p w14:paraId="6E8599F0" w14:textId="77777777" w:rsidR="00B87216" w:rsidRDefault="00B87216" w:rsidP="00491CD7">
            <w:proofErr w:type="gramStart"/>
            <w:r>
              <w:t>Mom,</w:t>
            </w:r>
            <w:proofErr w:type="gramEnd"/>
            <w:r>
              <w:t xml:space="preserve"> wake up! </w:t>
            </w:r>
          </w:p>
        </w:tc>
      </w:tr>
      <w:tr w:rsidR="00B87216" w14:paraId="6DE9AC3A" w14:textId="77777777" w:rsidTr="00491CD7">
        <w:tc>
          <w:tcPr>
            <w:tcW w:w="2880" w:type="dxa"/>
          </w:tcPr>
          <w:p w14:paraId="4CEE922A" w14:textId="77777777" w:rsidR="00B87216" w:rsidRDefault="00B87216" w:rsidP="00491CD7">
            <w:r>
              <w:t>01:17:18:11</w:t>
            </w:r>
          </w:p>
        </w:tc>
        <w:tc>
          <w:tcPr>
            <w:tcW w:w="2880" w:type="dxa"/>
          </w:tcPr>
          <w:p w14:paraId="776A4127" w14:textId="77777777" w:rsidR="00B87216" w:rsidRDefault="00B87216" w:rsidP="00491CD7"/>
        </w:tc>
        <w:tc>
          <w:tcPr>
            <w:tcW w:w="2880" w:type="dxa"/>
          </w:tcPr>
          <w:p w14:paraId="42526496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Huh? What? </w:t>
            </w:r>
          </w:p>
        </w:tc>
      </w:tr>
      <w:tr w:rsidR="00B87216" w14:paraId="41298210" w14:textId="77777777" w:rsidTr="00491CD7">
        <w:tc>
          <w:tcPr>
            <w:tcW w:w="2880" w:type="dxa"/>
          </w:tcPr>
          <w:p w14:paraId="38810FD4" w14:textId="77777777" w:rsidR="00B87216" w:rsidRDefault="00B87216" w:rsidP="00491CD7">
            <w:r>
              <w:t>01:17:19:29</w:t>
            </w:r>
          </w:p>
        </w:tc>
        <w:tc>
          <w:tcPr>
            <w:tcW w:w="2880" w:type="dxa"/>
          </w:tcPr>
          <w:p w14:paraId="4A48FB13" w14:textId="77777777" w:rsidR="00B87216" w:rsidRDefault="00B87216" w:rsidP="00491CD7"/>
        </w:tc>
        <w:tc>
          <w:tcPr>
            <w:tcW w:w="2880" w:type="dxa"/>
          </w:tcPr>
          <w:p w14:paraId="6CD4F78B" w14:textId="77777777" w:rsidR="00B87216" w:rsidRDefault="00B87216" w:rsidP="00491CD7">
            <w:r>
              <w:t xml:space="preserve">Elinor? </w:t>
            </w:r>
          </w:p>
        </w:tc>
      </w:tr>
      <w:tr w:rsidR="00B87216" w14:paraId="70E6D7F4" w14:textId="77777777" w:rsidTr="00491CD7">
        <w:tc>
          <w:tcPr>
            <w:tcW w:w="2880" w:type="dxa"/>
          </w:tcPr>
          <w:p w14:paraId="706F6F4F" w14:textId="77777777" w:rsidR="00B87216" w:rsidRDefault="00B87216" w:rsidP="00491CD7">
            <w:r>
              <w:t>01:17:21:02</w:t>
            </w:r>
          </w:p>
        </w:tc>
        <w:tc>
          <w:tcPr>
            <w:tcW w:w="2880" w:type="dxa"/>
          </w:tcPr>
          <w:p w14:paraId="7E0E1F2F" w14:textId="77777777" w:rsidR="00B87216" w:rsidRDefault="00B87216" w:rsidP="00491CD7"/>
        </w:tc>
        <w:tc>
          <w:tcPr>
            <w:tcW w:w="2880" w:type="dxa"/>
          </w:tcPr>
          <w:p w14:paraId="7ECF4714" w14:textId="77777777" w:rsidR="00B87216" w:rsidRDefault="00B87216" w:rsidP="00491CD7">
            <w:r>
              <w:t xml:space="preserve">Is something wrong? </w:t>
            </w:r>
          </w:p>
        </w:tc>
      </w:tr>
      <w:tr w:rsidR="00B87216" w14:paraId="0DE00B2F" w14:textId="77777777" w:rsidTr="00491CD7">
        <w:tc>
          <w:tcPr>
            <w:tcW w:w="2880" w:type="dxa"/>
          </w:tcPr>
          <w:p w14:paraId="62F7980F" w14:textId="77777777" w:rsidR="00B87216" w:rsidRDefault="00B87216" w:rsidP="00491CD7">
            <w:r>
              <w:t>01:17:22:02</w:t>
            </w:r>
          </w:p>
        </w:tc>
        <w:tc>
          <w:tcPr>
            <w:tcW w:w="2880" w:type="dxa"/>
          </w:tcPr>
          <w:p w14:paraId="4F91715B" w14:textId="77777777" w:rsidR="00B87216" w:rsidRDefault="00B87216" w:rsidP="00491CD7"/>
        </w:tc>
        <w:tc>
          <w:tcPr>
            <w:tcW w:w="2880" w:type="dxa"/>
          </w:tcPr>
          <w:p w14:paraId="19B69E35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I can't sleep. </w:t>
            </w:r>
          </w:p>
        </w:tc>
      </w:tr>
      <w:tr w:rsidR="00B87216" w14:paraId="7D335A94" w14:textId="77777777" w:rsidTr="00491CD7">
        <w:tc>
          <w:tcPr>
            <w:tcW w:w="2880" w:type="dxa"/>
          </w:tcPr>
          <w:p w14:paraId="6719B8D4" w14:textId="77777777" w:rsidR="00B87216" w:rsidRDefault="00B87216" w:rsidP="00491CD7">
            <w:r>
              <w:t>01:17:23:02</w:t>
            </w:r>
          </w:p>
        </w:tc>
        <w:tc>
          <w:tcPr>
            <w:tcW w:w="2880" w:type="dxa"/>
          </w:tcPr>
          <w:p w14:paraId="60D4840A" w14:textId="77777777" w:rsidR="00B87216" w:rsidRDefault="00B87216" w:rsidP="00491CD7"/>
        </w:tc>
        <w:tc>
          <w:tcPr>
            <w:tcW w:w="2880" w:type="dxa"/>
          </w:tcPr>
          <w:p w14:paraId="53DA6A78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Honey, </w:t>
            </w:r>
            <w:proofErr w:type="gramStart"/>
            <w:r>
              <w:t>What's</w:t>
            </w:r>
            <w:proofErr w:type="gramEnd"/>
            <w:r>
              <w:t xml:space="preserve"> keeping you awake? </w:t>
            </w:r>
          </w:p>
        </w:tc>
      </w:tr>
      <w:tr w:rsidR="00B87216" w14:paraId="232FAED2" w14:textId="77777777" w:rsidTr="00491CD7">
        <w:tc>
          <w:tcPr>
            <w:tcW w:w="2880" w:type="dxa"/>
          </w:tcPr>
          <w:p w14:paraId="3626C991" w14:textId="77777777" w:rsidR="00B87216" w:rsidRDefault="00B87216" w:rsidP="00491CD7">
            <w:r>
              <w:t>01:17:25:09</w:t>
            </w:r>
          </w:p>
        </w:tc>
        <w:tc>
          <w:tcPr>
            <w:tcW w:w="2880" w:type="dxa"/>
          </w:tcPr>
          <w:p w14:paraId="090F8570" w14:textId="77777777" w:rsidR="00B87216" w:rsidRDefault="00B87216" w:rsidP="00491CD7"/>
        </w:tc>
        <w:tc>
          <w:tcPr>
            <w:tcW w:w="2880" w:type="dxa"/>
          </w:tcPr>
          <w:p w14:paraId="337ED149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I can't sleep because of a question. </w:t>
            </w:r>
          </w:p>
        </w:tc>
      </w:tr>
      <w:tr w:rsidR="00B87216" w14:paraId="52F1FC9D" w14:textId="77777777" w:rsidTr="00491CD7">
        <w:tc>
          <w:tcPr>
            <w:tcW w:w="2880" w:type="dxa"/>
          </w:tcPr>
          <w:p w14:paraId="775264D5" w14:textId="77777777" w:rsidR="00B87216" w:rsidRDefault="00B87216" w:rsidP="00491CD7">
            <w:r>
              <w:t>01:17:27:26</w:t>
            </w:r>
          </w:p>
        </w:tc>
        <w:tc>
          <w:tcPr>
            <w:tcW w:w="2880" w:type="dxa"/>
          </w:tcPr>
          <w:p w14:paraId="2EF34893" w14:textId="77777777" w:rsidR="00B87216" w:rsidRDefault="00B87216" w:rsidP="00491CD7"/>
        </w:tc>
        <w:tc>
          <w:tcPr>
            <w:tcW w:w="2880" w:type="dxa"/>
          </w:tcPr>
          <w:p w14:paraId="4633F95B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Right. </w:t>
            </w:r>
          </w:p>
        </w:tc>
      </w:tr>
      <w:tr w:rsidR="00B87216" w14:paraId="23C6A33D" w14:textId="77777777" w:rsidTr="00491CD7">
        <w:tc>
          <w:tcPr>
            <w:tcW w:w="2880" w:type="dxa"/>
          </w:tcPr>
          <w:p w14:paraId="2874E3BC" w14:textId="77777777" w:rsidR="00B87216" w:rsidRDefault="00B87216" w:rsidP="00491CD7">
            <w:r>
              <w:t>01:17:29:03</w:t>
            </w:r>
          </w:p>
        </w:tc>
        <w:tc>
          <w:tcPr>
            <w:tcW w:w="2880" w:type="dxa"/>
          </w:tcPr>
          <w:p w14:paraId="27516ED4" w14:textId="77777777" w:rsidR="00B87216" w:rsidRDefault="00B87216" w:rsidP="00491CD7"/>
        </w:tc>
        <w:tc>
          <w:tcPr>
            <w:tcW w:w="2880" w:type="dxa"/>
          </w:tcPr>
          <w:p w14:paraId="7A157216" w14:textId="77777777" w:rsidR="00B87216" w:rsidRDefault="00B87216" w:rsidP="00491CD7">
            <w:r>
              <w:t xml:space="preserve">Tell me, what is your middle-of-the-night question? </w:t>
            </w:r>
          </w:p>
        </w:tc>
      </w:tr>
      <w:tr w:rsidR="00B87216" w14:paraId="51C0F391" w14:textId="77777777" w:rsidTr="00491CD7">
        <w:tc>
          <w:tcPr>
            <w:tcW w:w="2880" w:type="dxa"/>
          </w:tcPr>
          <w:p w14:paraId="16712EB5" w14:textId="77777777" w:rsidR="00B87216" w:rsidRDefault="00B87216" w:rsidP="00491CD7">
            <w:r>
              <w:t>01:17:32:16</w:t>
            </w:r>
          </w:p>
        </w:tc>
        <w:tc>
          <w:tcPr>
            <w:tcW w:w="2880" w:type="dxa"/>
          </w:tcPr>
          <w:p w14:paraId="0F199D8A" w14:textId="77777777" w:rsidR="00B87216" w:rsidRDefault="00B87216" w:rsidP="00491CD7"/>
        </w:tc>
        <w:tc>
          <w:tcPr>
            <w:tcW w:w="2880" w:type="dxa"/>
          </w:tcPr>
          <w:p w14:paraId="64BD6B0E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It's not my question. </w:t>
            </w:r>
          </w:p>
        </w:tc>
      </w:tr>
      <w:tr w:rsidR="00B87216" w14:paraId="7F75889A" w14:textId="77777777" w:rsidTr="00491CD7">
        <w:tc>
          <w:tcPr>
            <w:tcW w:w="2880" w:type="dxa"/>
          </w:tcPr>
          <w:p w14:paraId="724CE8B3" w14:textId="77777777" w:rsidR="00B87216" w:rsidRDefault="00B87216" w:rsidP="00491CD7">
            <w:r>
              <w:t>01:17:34:11</w:t>
            </w:r>
          </w:p>
        </w:tc>
        <w:tc>
          <w:tcPr>
            <w:tcW w:w="2880" w:type="dxa"/>
          </w:tcPr>
          <w:p w14:paraId="0B8811DE" w14:textId="77777777" w:rsidR="00B87216" w:rsidRDefault="00B87216" w:rsidP="00491CD7"/>
        </w:tc>
        <w:tc>
          <w:tcPr>
            <w:tcW w:w="2880" w:type="dxa"/>
          </w:tcPr>
          <w:p w14:paraId="7E22286B" w14:textId="77777777" w:rsidR="00B87216" w:rsidRDefault="00B87216" w:rsidP="00491CD7">
            <w:r>
              <w:t xml:space="preserve">Someone's outside my window asking me questions! </w:t>
            </w:r>
          </w:p>
        </w:tc>
      </w:tr>
      <w:tr w:rsidR="00B87216" w14:paraId="786E5DCE" w14:textId="77777777" w:rsidTr="00491CD7">
        <w:tc>
          <w:tcPr>
            <w:tcW w:w="2880" w:type="dxa"/>
          </w:tcPr>
          <w:p w14:paraId="5B068656" w14:textId="77777777" w:rsidR="00B87216" w:rsidRDefault="00B87216" w:rsidP="00491CD7">
            <w:r>
              <w:lastRenderedPageBreak/>
              <w:t>01:17:38:24</w:t>
            </w:r>
          </w:p>
        </w:tc>
        <w:tc>
          <w:tcPr>
            <w:tcW w:w="2880" w:type="dxa"/>
          </w:tcPr>
          <w:p w14:paraId="245C7DF7" w14:textId="77777777" w:rsidR="00B87216" w:rsidRDefault="00B87216" w:rsidP="00491CD7"/>
        </w:tc>
        <w:tc>
          <w:tcPr>
            <w:tcW w:w="2880" w:type="dxa"/>
          </w:tcPr>
          <w:p w14:paraId="0B5935B7" w14:textId="77777777" w:rsidR="00B87216" w:rsidRDefault="00B87216" w:rsidP="00491CD7">
            <w:r>
              <w:t>They keep saying "Who!</w:t>
            </w:r>
            <w:proofErr w:type="gramStart"/>
            <w:r>
              <w:t>", and</w:t>
            </w:r>
            <w:proofErr w:type="gramEnd"/>
            <w:r>
              <w:t xml:space="preserve"> won't stop. </w:t>
            </w:r>
          </w:p>
        </w:tc>
      </w:tr>
      <w:tr w:rsidR="00B87216" w14:paraId="5630B438" w14:textId="77777777" w:rsidTr="00491CD7">
        <w:tc>
          <w:tcPr>
            <w:tcW w:w="2880" w:type="dxa"/>
          </w:tcPr>
          <w:p w14:paraId="3D11AE1C" w14:textId="77777777" w:rsidR="00B87216" w:rsidRDefault="00B87216" w:rsidP="00491CD7">
            <w:r>
              <w:t>01:17:42:00</w:t>
            </w:r>
          </w:p>
        </w:tc>
        <w:tc>
          <w:tcPr>
            <w:tcW w:w="2880" w:type="dxa"/>
          </w:tcPr>
          <w:p w14:paraId="6A512ED4" w14:textId="77777777" w:rsidR="00B87216" w:rsidRDefault="00B87216" w:rsidP="00491CD7"/>
        </w:tc>
        <w:tc>
          <w:tcPr>
            <w:tcW w:w="2880" w:type="dxa"/>
          </w:tcPr>
          <w:p w14:paraId="477E5FDE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I see. </w:t>
            </w:r>
          </w:p>
        </w:tc>
      </w:tr>
      <w:tr w:rsidR="00B87216" w14:paraId="2E33C300" w14:textId="77777777" w:rsidTr="00491CD7">
        <w:tc>
          <w:tcPr>
            <w:tcW w:w="2880" w:type="dxa"/>
          </w:tcPr>
          <w:p w14:paraId="257EA9C1" w14:textId="77777777" w:rsidR="00B87216" w:rsidRDefault="00B87216" w:rsidP="00491CD7">
            <w:r>
              <w:t>01:17:43:06</w:t>
            </w:r>
          </w:p>
        </w:tc>
        <w:tc>
          <w:tcPr>
            <w:tcW w:w="2880" w:type="dxa"/>
          </w:tcPr>
          <w:p w14:paraId="074309B0" w14:textId="77777777" w:rsidR="00B87216" w:rsidRDefault="00B87216" w:rsidP="00491CD7"/>
        </w:tc>
        <w:tc>
          <w:tcPr>
            <w:tcW w:w="2880" w:type="dxa"/>
          </w:tcPr>
          <w:p w14:paraId="31D75DBC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I want to go outside and see who it is. </w:t>
            </w:r>
          </w:p>
        </w:tc>
      </w:tr>
      <w:tr w:rsidR="00B87216" w14:paraId="3D0F357F" w14:textId="77777777" w:rsidTr="00491CD7">
        <w:tc>
          <w:tcPr>
            <w:tcW w:w="2880" w:type="dxa"/>
          </w:tcPr>
          <w:p w14:paraId="12CC9857" w14:textId="77777777" w:rsidR="00B87216" w:rsidRDefault="00B87216" w:rsidP="00491CD7">
            <w:r>
              <w:t>01:17:45:13</w:t>
            </w:r>
          </w:p>
        </w:tc>
        <w:tc>
          <w:tcPr>
            <w:tcW w:w="2880" w:type="dxa"/>
          </w:tcPr>
          <w:p w14:paraId="4DFD0411" w14:textId="77777777" w:rsidR="00B87216" w:rsidRDefault="00B87216" w:rsidP="00491CD7"/>
        </w:tc>
        <w:tc>
          <w:tcPr>
            <w:tcW w:w="2880" w:type="dxa"/>
          </w:tcPr>
          <w:p w14:paraId="7E91DE6F" w14:textId="77777777" w:rsidR="00B87216" w:rsidRDefault="00B87216" w:rsidP="00491CD7">
            <w:r>
              <w:t xml:space="preserve">Can you come with me? </w:t>
            </w:r>
          </w:p>
        </w:tc>
      </w:tr>
      <w:tr w:rsidR="00B87216" w14:paraId="0C137665" w14:textId="77777777" w:rsidTr="00491CD7">
        <w:tc>
          <w:tcPr>
            <w:tcW w:w="2880" w:type="dxa"/>
          </w:tcPr>
          <w:p w14:paraId="0B8415A4" w14:textId="77777777" w:rsidR="00B87216" w:rsidRDefault="00B87216" w:rsidP="00491CD7">
            <w:r>
              <w:t>01:17:46:22</w:t>
            </w:r>
          </w:p>
        </w:tc>
        <w:tc>
          <w:tcPr>
            <w:tcW w:w="2880" w:type="dxa"/>
          </w:tcPr>
          <w:p w14:paraId="653EF983" w14:textId="77777777" w:rsidR="00B87216" w:rsidRDefault="00B87216" w:rsidP="00491CD7"/>
        </w:tc>
        <w:tc>
          <w:tcPr>
            <w:tcW w:w="2880" w:type="dxa"/>
          </w:tcPr>
          <w:p w14:paraId="3BF6F4A0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[sigh] </w:t>
            </w:r>
            <w:proofErr w:type="gramStart"/>
            <w:r>
              <w:t>Yes</w:t>
            </w:r>
            <w:proofErr w:type="gramEnd"/>
            <w:r>
              <w:t xml:space="preserve"> I can. </w:t>
            </w:r>
          </w:p>
        </w:tc>
      </w:tr>
      <w:tr w:rsidR="00B87216" w14:paraId="68ABF5AD" w14:textId="77777777" w:rsidTr="00491CD7">
        <w:tc>
          <w:tcPr>
            <w:tcW w:w="2880" w:type="dxa"/>
          </w:tcPr>
          <w:p w14:paraId="61B1B31E" w14:textId="77777777" w:rsidR="00B87216" w:rsidRDefault="00B87216" w:rsidP="00491CD7">
            <w:r>
              <w:t>01:17:49:05</w:t>
            </w:r>
          </w:p>
        </w:tc>
        <w:tc>
          <w:tcPr>
            <w:tcW w:w="2880" w:type="dxa"/>
          </w:tcPr>
          <w:p w14:paraId="7931691A" w14:textId="77777777" w:rsidR="00B87216" w:rsidRDefault="00B87216" w:rsidP="00491CD7"/>
        </w:tc>
        <w:tc>
          <w:tcPr>
            <w:tcW w:w="2880" w:type="dxa"/>
          </w:tcPr>
          <w:p w14:paraId="7799F72A" w14:textId="77777777" w:rsidR="00B87216" w:rsidRDefault="00B87216" w:rsidP="00491CD7">
            <w:r>
              <w:t xml:space="preserve">Let's get our night-time observation kit! </w:t>
            </w:r>
          </w:p>
        </w:tc>
      </w:tr>
      <w:tr w:rsidR="00B87216" w14:paraId="1BAEEC96" w14:textId="77777777" w:rsidTr="00491CD7">
        <w:tc>
          <w:tcPr>
            <w:tcW w:w="2880" w:type="dxa"/>
          </w:tcPr>
          <w:p w14:paraId="27FCCB96" w14:textId="77777777" w:rsidR="00B87216" w:rsidRDefault="00B87216" w:rsidP="00491CD7">
            <w:r>
              <w:t>01:17:52:04</w:t>
            </w:r>
          </w:p>
        </w:tc>
        <w:tc>
          <w:tcPr>
            <w:tcW w:w="2880" w:type="dxa"/>
          </w:tcPr>
          <w:p w14:paraId="281AF5E3" w14:textId="77777777" w:rsidR="00B87216" w:rsidRDefault="00B87216" w:rsidP="00491CD7"/>
        </w:tc>
        <w:tc>
          <w:tcPr>
            <w:tcW w:w="2880" w:type="dxa"/>
          </w:tcPr>
          <w:p w14:paraId="2D57C861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Yay! </w:t>
            </w:r>
          </w:p>
        </w:tc>
      </w:tr>
      <w:tr w:rsidR="00B87216" w14:paraId="6A7AFED8" w14:textId="77777777" w:rsidTr="00491CD7">
        <w:tc>
          <w:tcPr>
            <w:tcW w:w="2880" w:type="dxa"/>
          </w:tcPr>
          <w:p w14:paraId="20B6E493" w14:textId="77777777" w:rsidR="00B87216" w:rsidRDefault="00B87216" w:rsidP="00491CD7">
            <w:r>
              <w:t>01:17:55:10</w:t>
            </w:r>
          </w:p>
        </w:tc>
        <w:tc>
          <w:tcPr>
            <w:tcW w:w="2880" w:type="dxa"/>
          </w:tcPr>
          <w:p w14:paraId="236BAA14" w14:textId="77777777" w:rsidR="00B87216" w:rsidRDefault="00B87216" w:rsidP="00491CD7"/>
        </w:tc>
        <w:tc>
          <w:tcPr>
            <w:tcW w:w="2880" w:type="dxa"/>
          </w:tcPr>
          <w:p w14:paraId="74689076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[yawns] </w:t>
            </w:r>
          </w:p>
        </w:tc>
      </w:tr>
      <w:tr w:rsidR="00B87216" w14:paraId="12BC444A" w14:textId="77777777" w:rsidTr="00491CD7">
        <w:tc>
          <w:tcPr>
            <w:tcW w:w="2880" w:type="dxa"/>
          </w:tcPr>
          <w:p w14:paraId="0B8F879A" w14:textId="77777777" w:rsidR="00B87216" w:rsidRDefault="00B87216" w:rsidP="00491CD7">
            <w:r>
              <w:t>01:18:02:18</w:t>
            </w:r>
          </w:p>
        </w:tc>
        <w:tc>
          <w:tcPr>
            <w:tcW w:w="2880" w:type="dxa"/>
          </w:tcPr>
          <w:p w14:paraId="1C51DE56" w14:textId="77777777" w:rsidR="00B87216" w:rsidRDefault="00B87216" w:rsidP="00491CD7"/>
        </w:tc>
        <w:tc>
          <w:tcPr>
            <w:tcW w:w="2880" w:type="dxa"/>
          </w:tcPr>
          <w:p w14:paraId="0BCB5659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I'm ready! Are you? </w:t>
            </w:r>
          </w:p>
        </w:tc>
      </w:tr>
      <w:tr w:rsidR="00B87216" w14:paraId="3EC7AD6D" w14:textId="77777777" w:rsidTr="00491CD7">
        <w:tc>
          <w:tcPr>
            <w:tcW w:w="2880" w:type="dxa"/>
          </w:tcPr>
          <w:p w14:paraId="5B9487F3" w14:textId="77777777" w:rsidR="00B87216" w:rsidRDefault="00B87216" w:rsidP="00491CD7">
            <w:r>
              <w:t>01:18:04:06</w:t>
            </w:r>
          </w:p>
        </w:tc>
        <w:tc>
          <w:tcPr>
            <w:tcW w:w="2880" w:type="dxa"/>
          </w:tcPr>
          <w:p w14:paraId="6C30508A" w14:textId="77777777" w:rsidR="00B87216" w:rsidRDefault="00B87216" w:rsidP="00491CD7"/>
        </w:tc>
        <w:tc>
          <w:tcPr>
            <w:tcW w:w="2880" w:type="dxa"/>
          </w:tcPr>
          <w:p w14:paraId="148EA11E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It's the middle of the night. </w:t>
            </w:r>
          </w:p>
        </w:tc>
      </w:tr>
      <w:tr w:rsidR="00B87216" w14:paraId="28943C7B" w14:textId="77777777" w:rsidTr="00491CD7">
        <w:tc>
          <w:tcPr>
            <w:tcW w:w="2880" w:type="dxa"/>
          </w:tcPr>
          <w:p w14:paraId="0D550AEA" w14:textId="77777777" w:rsidR="00B87216" w:rsidRDefault="00B87216" w:rsidP="00491CD7">
            <w:r>
              <w:t>01:18:06:08</w:t>
            </w:r>
          </w:p>
        </w:tc>
        <w:tc>
          <w:tcPr>
            <w:tcW w:w="2880" w:type="dxa"/>
          </w:tcPr>
          <w:p w14:paraId="12905E18" w14:textId="77777777" w:rsidR="00B87216" w:rsidRDefault="00B87216" w:rsidP="00491CD7"/>
        </w:tc>
        <w:tc>
          <w:tcPr>
            <w:tcW w:w="2880" w:type="dxa"/>
          </w:tcPr>
          <w:p w14:paraId="47768334" w14:textId="77777777" w:rsidR="00B87216" w:rsidRDefault="00B87216" w:rsidP="00491CD7">
            <w:proofErr w:type="gramStart"/>
            <w:r>
              <w:t>Of course</w:t>
            </w:r>
            <w:proofErr w:type="gramEnd"/>
            <w:r>
              <w:t xml:space="preserve"> I'm ready! </w:t>
            </w:r>
          </w:p>
        </w:tc>
      </w:tr>
      <w:tr w:rsidR="00B87216" w14:paraId="0489B90F" w14:textId="77777777" w:rsidTr="00491CD7">
        <w:tc>
          <w:tcPr>
            <w:tcW w:w="2880" w:type="dxa"/>
          </w:tcPr>
          <w:p w14:paraId="59E10550" w14:textId="77777777" w:rsidR="00B87216" w:rsidRDefault="00B87216" w:rsidP="00491CD7">
            <w:r>
              <w:t>01:18:07:22</w:t>
            </w:r>
          </w:p>
        </w:tc>
        <w:tc>
          <w:tcPr>
            <w:tcW w:w="2880" w:type="dxa"/>
          </w:tcPr>
          <w:p w14:paraId="2895A49B" w14:textId="77777777" w:rsidR="00B87216" w:rsidRDefault="00B87216" w:rsidP="00491CD7"/>
        </w:tc>
        <w:tc>
          <w:tcPr>
            <w:tcW w:w="2880" w:type="dxa"/>
          </w:tcPr>
          <w:p w14:paraId="0FD8A049" w14:textId="77777777" w:rsidR="00B87216" w:rsidRDefault="00B87216" w:rsidP="00491CD7">
            <w:r>
              <w:t xml:space="preserve">[owl hooting] </w:t>
            </w:r>
          </w:p>
        </w:tc>
      </w:tr>
      <w:tr w:rsidR="00B87216" w14:paraId="624E1728" w14:textId="77777777" w:rsidTr="00491CD7">
        <w:tc>
          <w:tcPr>
            <w:tcW w:w="2880" w:type="dxa"/>
          </w:tcPr>
          <w:p w14:paraId="328D3231" w14:textId="77777777" w:rsidR="00B87216" w:rsidRDefault="00B87216" w:rsidP="00491CD7">
            <w:r>
              <w:t>01:18:08:22</w:t>
            </w:r>
          </w:p>
        </w:tc>
        <w:tc>
          <w:tcPr>
            <w:tcW w:w="2880" w:type="dxa"/>
          </w:tcPr>
          <w:p w14:paraId="6DCB4F0D" w14:textId="77777777" w:rsidR="00B87216" w:rsidRDefault="00B87216" w:rsidP="00491CD7"/>
        </w:tc>
        <w:tc>
          <w:tcPr>
            <w:tcW w:w="2880" w:type="dxa"/>
          </w:tcPr>
          <w:p w14:paraId="2BA489FA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[gasp] </w:t>
            </w:r>
            <w:r>
              <w:rPr>
                <w:b/>
              </w:rPr>
              <w:t xml:space="preserve">ELINOR: </w:t>
            </w:r>
            <w:r>
              <w:t xml:space="preserve">There it is again! </w:t>
            </w:r>
          </w:p>
        </w:tc>
      </w:tr>
      <w:tr w:rsidR="00B87216" w14:paraId="32FBD00D" w14:textId="77777777" w:rsidTr="00491CD7">
        <w:tc>
          <w:tcPr>
            <w:tcW w:w="2880" w:type="dxa"/>
          </w:tcPr>
          <w:p w14:paraId="68DB437A" w14:textId="77777777" w:rsidR="00B87216" w:rsidRDefault="00B87216" w:rsidP="00491CD7">
            <w:r>
              <w:t>01:18:10:07</w:t>
            </w:r>
          </w:p>
        </w:tc>
        <w:tc>
          <w:tcPr>
            <w:tcW w:w="2880" w:type="dxa"/>
          </w:tcPr>
          <w:p w14:paraId="3EB89961" w14:textId="77777777" w:rsidR="00B87216" w:rsidRDefault="00B87216" w:rsidP="00491CD7"/>
        </w:tc>
        <w:tc>
          <w:tcPr>
            <w:tcW w:w="2880" w:type="dxa"/>
          </w:tcPr>
          <w:p w14:paraId="4AE0F3F5" w14:textId="77777777" w:rsidR="00B87216" w:rsidRDefault="00B87216" w:rsidP="00491CD7">
            <w:r>
              <w:t xml:space="preserve">Come on, Mom! </w:t>
            </w:r>
          </w:p>
        </w:tc>
      </w:tr>
      <w:tr w:rsidR="00B87216" w14:paraId="096FFB22" w14:textId="77777777" w:rsidTr="00491CD7">
        <w:tc>
          <w:tcPr>
            <w:tcW w:w="2880" w:type="dxa"/>
          </w:tcPr>
          <w:p w14:paraId="01695898" w14:textId="77777777" w:rsidR="00B87216" w:rsidRDefault="00B87216" w:rsidP="00491CD7">
            <w:r>
              <w:t>01:18:11:09</w:t>
            </w:r>
          </w:p>
        </w:tc>
        <w:tc>
          <w:tcPr>
            <w:tcW w:w="2880" w:type="dxa"/>
          </w:tcPr>
          <w:p w14:paraId="417878D7" w14:textId="77777777" w:rsidR="00B87216" w:rsidRDefault="00B87216" w:rsidP="00491CD7"/>
        </w:tc>
        <w:tc>
          <w:tcPr>
            <w:tcW w:w="2880" w:type="dxa"/>
          </w:tcPr>
          <w:p w14:paraId="45C09DBB" w14:textId="77777777" w:rsidR="00B87216" w:rsidRDefault="00B87216" w:rsidP="00491CD7">
            <w:r>
              <w:t xml:space="preserve">We need more observations! </w:t>
            </w:r>
          </w:p>
        </w:tc>
      </w:tr>
      <w:tr w:rsidR="00B87216" w14:paraId="3F071FD3" w14:textId="77777777" w:rsidTr="00491CD7">
        <w:tc>
          <w:tcPr>
            <w:tcW w:w="2880" w:type="dxa"/>
          </w:tcPr>
          <w:p w14:paraId="280205EB" w14:textId="77777777" w:rsidR="00B87216" w:rsidRDefault="00B87216" w:rsidP="00491CD7">
            <w:r>
              <w:t>01:18:13:24</w:t>
            </w:r>
          </w:p>
        </w:tc>
        <w:tc>
          <w:tcPr>
            <w:tcW w:w="2880" w:type="dxa"/>
          </w:tcPr>
          <w:p w14:paraId="70A9D58B" w14:textId="77777777" w:rsidR="00B87216" w:rsidRDefault="00B87216" w:rsidP="00491CD7"/>
        </w:tc>
        <w:tc>
          <w:tcPr>
            <w:tcW w:w="2880" w:type="dxa"/>
          </w:tcPr>
          <w:p w14:paraId="3E723925" w14:textId="77777777" w:rsidR="00B87216" w:rsidRDefault="00B87216" w:rsidP="00491CD7">
            <w:r>
              <w:t xml:space="preserve">[ººº] </w:t>
            </w:r>
          </w:p>
        </w:tc>
      </w:tr>
      <w:tr w:rsidR="00B87216" w14:paraId="0831FCF0" w14:textId="77777777" w:rsidTr="00491CD7">
        <w:tc>
          <w:tcPr>
            <w:tcW w:w="2880" w:type="dxa"/>
          </w:tcPr>
          <w:p w14:paraId="0F5CC443" w14:textId="77777777" w:rsidR="00B87216" w:rsidRDefault="00B87216" w:rsidP="00491CD7">
            <w:r>
              <w:t>01:18:16:23</w:t>
            </w:r>
          </w:p>
        </w:tc>
        <w:tc>
          <w:tcPr>
            <w:tcW w:w="2880" w:type="dxa"/>
          </w:tcPr>
          <w:p w14:paraId="74E1F350" w14:textId="77777777" w:rsidR="00B87216" w:rsidRDefault="00B87216" w:rsidP="00491CD7"/>
        </w:tc>
        <w:tc>
          <w:tcPr>
            <w:tcW w:w="2880" w:type="dxa"/>
          </w:tcPr>
          <w:p w14:paraId="1B402E04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Wow, it's so dark! </w:t>
            </w:r>
          </w:p>
        </w:tc>
      </w:tr>
      <w:tr w:rsidR="00B87216" w14:paraId="02D332FD" w14:textId="77777777" w:rsidTr="00491CD7">
        <w:tc>
          <w:tcPr>
            <w:tcW w:w="2880" w:type="dxa"/>
          </w:tcPr>
          <w:p w14:paraId="00C1407C" w14:textId="77777777" w:rsidR="00B87216" w:rsidRDefault="00B87216" w:rsidP="00491CD7">
            <w:r>
              <w:t>01:18:19:06</w:t>
            </w:r>
          </w:p>
        </w:tc>
        <w:tc>
          <w:tcPr>
            <w:tcW w:w="2880" w:type="dxa"/>
          </w:tcPr>
          <w:p w14:paraId="10D3787E" w14:textId="77777777" w:rsidR="00B87216" w:rsidRDefault="00B87216" w:rsidP="00491CD7"/>
        </w:tc>
        <w:tc>
          <w:tcPr>
            <w:tcW w:w="2880" w:type="dxa"/>
          </w:tcPr>
          <w:p w14:paraId="1BC22A08" w14:textId="77777777" w:rsidR="00B87216" w:rsidRDefault="00B87216" w:rsidP="00491CD7">
            <w:r>
              <w:t xml:space="preserve">I can't see anything! </w:t>
            </w:r>
          </w:p>
        </w:tc>
      </w:tr>
      <w:tr w:rsidR="00B87216" w14:paraId="7E92A7B9" w14:textId="77777777" w:rsidTr="00491CD7">
        <w:tc>
          <w:tcPr>
            <w:tcW w:w="2880" w:type="dxa"/>
          </w:tcPr>
          <w:p w14:paraId="7B57C6F8" w14:textId="77777777" w:rsidR="00B87216" w:rsidRDefault="00B87216" w:rsidP="00491CD7">
            <w:r>
              <w:t>01:18:21:28</w:t>
            </w:r>
          </w:p>
        </w:tc>
        <w:tc>
          <w:tcPr>
            <w:tcW w:w="2880" w:type="dxa"/>
          </w:tcPr>
          <w:p w14:paraId="71792359" w14:textId="77777777" w:rsidR="00B87216" w:rsidRDefault="00B87216" w:rsidP="00491CD7"/>
        </w:tc>
        <w:tc>
          <w:tcPr>
            <w:tcW w:w="2880" w:type="dxa"/>
          </w:tcPr>
          <w:p w14:paraId="4F4E013F" w14:textId="77777777" w:rsidR="00B87216" w:rsidRDefault="00B87216" w:rsidP="00491CD7">
            <w:r>
              <w:t xml:space="preserve">Thanks Mom! </w:t>
            </w:r>
          </w:p>
        </w:tc>
      </w:tr>
      <w:tr w:rsidR="00B87216" w14:paraId="1857E755" w14:textId="77777777" w:rsidTr="00491CD7">
        <w:tc>
          <w:tcPr>
            <w:tcW w:w="2880" w:type="dxa"/>
          </w:tcPr>
          <w:p w14:paraId="5B395C3E" w14:textId="77777777" w:rsidR="00B87216" w:rsidRDefault="00B87216" w:rsidP="00491CD7">
            <w:r>
              <w:t>01:18:25:09</w:t>
            </w:r>
          </w:p>
        </w:tc>
        <w:tc>
          <w:tcPr>
            <w:tcW w:w="2880" w:type="dxa"/>
          </w:tcPr>
          <w:p w14:paraId="42949010" w14:textId="77777777" w:rsidR="00B87216" w:rsidRDefault="00B87216" w:rsidP="00491CD7"/>
        </w:tc>
        <w:tc>
          <w:tcPr>
            <w:tcW w:w="2880" w:type="dxa"/>
          </w:tcPr>
          <w:p w14:paraId="586791F9" w14:textId="77777777" w:rsidR="00B87216" w:rsidRDefault="00B87216" w:rsidP="00491CD7">
            <w:proofErr w:type="gramStart"/>
            <w:r>
              <w:rPr>
                <w:b/>
              </w:rPr>
              <w:t>ELINOR:Is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there anything awake out here? </w:t>
            </w:r>
          </w:p>
        </w:tc>
      </w:tr>
      <w:tr w:rsidR="00B87216" w14:paraId="11A19095" w14:textId="77777777" w:rsidTr="00491CD7">
        <w:tc>
          <w:tcPr>
            <w:tcW w:w="2880" w:type="dxa"/>
          </w:tcPr>
          <w:p w14:paraId="7F52749A" w14:textId="77777777" w:rsidR="00B87216" w:rsidRDefault="00B87216" w:rsidP="00491CD7">
            <w:r>
              <w:lastRenderedPageBreak/>
              <w:t>01:18:27:08</w:t>
            </w:r>
          </w:p>
        </w:tc>
        <w:tc>
          <w:tcPr>
            <w:tcW w:w="2880" w:type="dxa"/>
          </w:tcPr>
          <w:p w14:paraId="19503826" w14:textId="77777777" w:rsidR="00B87216" w:rsidRDefault="00B87216" w:rsidP="00491CD7"/>
        </w:tc>
        <w:tc>
          <w:tcPr>
            <w:tcW w:w="2880" w:type="dxa"/>
          </w:tcPr>
          <w:p w14:paraId="3586DB8D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[yawns] Other than two sleepy rabbits? </w:t>
            </w:r>
          </w:p>
        </w:tc>
      </w:tr>
      <w:tr w:rsidR="00B87216" w14:paraId="0E6BA6DE" w14:textId="77777777" w:rsidTr="00491CD7">
        <w:tc>
          <w:tcPr>
            <w:tcW w:w="2880" w:type="dxa"/>
          </w:tcPr>
          <w:p w14:paraId="7E346E3B" w14:textId="77777777" w:rsidR="00B87216" w:rsidRDefault="00B87216" w:rsidP="00491CD7">
            <w:r>
              <w:t>01:18:30:13</w:t>
            </w:r>
          </w:p>
        </w:tc>
        <w:tc>
          <w:tcPr>
            <w:tcW w:w="2880" w:type="dxa"/>
          </w:tcPr>
          <w:p w14:paraId="3C75BFED" w14:textId="77777777" w:rsidR="00B87216" w:rsidRDefault="00B87216" w:rsidP="00491CD7"/>
        </w:tc>
        <w:tc>
          <w:tcPr>
            <w:tcW w:w="2880" w:type="dxa"/>
          </w:tcPr>
          <w:p w14:paraId="0C50AF8F" w14:textId="77777777" w:rsidR="00B87216" w:rsidRDefault="00B87216" w:rsidP="00491CD7">
            <w:r>
              <w:t xml:space="preserve">[yawns] </w:t>
            </w:r>
          </w:p>
        </w:tc>
      </w:tr>
      <w:tr w:rsidR="00B87216" w14:paraId="084230FA" w14:textId="77777777" w:rsidTr="00491CD7">
        <w:tc>
          <w:tcPr>
            <w:tcW w:w="2880" w:type="dxa"/>
          </w:tcPr>
          <w:p w14:paraId="52ED42AD" w14:textId="77777777" w:rsidR="00B87216" w:rsidRDefault="00B87216" w:rsidP="00491CD7">
            <w:r>
              <w:t>01:18:31:17</w:t>
            </w:r>
          </w:p>
        </w:tc>
        <w:tc>
          <w:tcPr>
            <w:tcW w:w="2880" w:type="dxa"/>
          </w:tcPr>
          <w:p w14:paraId="7323D13E" w14:textId="77777777" w:rsidR="00B87216" w:rsidRDefault="00B87216" w:rsidP="00491CD7"/>
        </w:tc>
        <w:tc>
          <w:tcPr>
            <w:tcW w:w="2880" w:type="dxa"/>
          </w:tcPr>
          <w:p w14:paraId="401F3507" w14:textId="77777777" w:rsidR="00B87216" w:rsidRDefault="00B87216" w:rsidP="00491CD7">
            <w:r>
              <w:t xml:space="preserve">Let's have a look! </w:t>
            </w:r>
          </w:p>
        </w:tc>
      </w:tr>
      <w:tr w:rsidR="00B87216" w14:paraId="19DD72CF" w14:textId="77777777" w:rsidTr="00491CD7">
        <w:tc>
          <w:tcPr>
            <w:tcW w:w="2880" w:type="dxa"/>
          </w:tcPr>
          <w:p w14:paraId="6E5D9BB8" w14:textId="77777777" w:rsidR="00B87216" w:rsidRDefault="00B87216" w:rsidP="00491CD7">
            <w:r>
              <w:t>01:18:54:23</w:t>
            </w:r>
          </w:p>
        </w:tc>
        <w:tc>
          <w:tcPr>
            <w:tcW w:w="2880" w:type="dxa"/>
          </w:tcPr>
          <w:p w14:paraId="182BC4D4" w14:textId="77777777" w:rsidR="00B87216" w:rsidRDefault="00B87216" w:rsidP="00491CD7"/>
        </w:tc>
        <w:tc>
          <w:tcPr>
            <w:tcW w:w="2880" w:type="dxa"/>
          </w:tcPr>
          <w:p w14:paraId="622AAA8B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Wow! </w:t>
            </w:r>
          </w:p>
        </w:tc>
      </w:tr>
      <w:tr w:rsidR="00B87216" w14:paraId="76CB6215" w14:textId="77777777" w:rsidTr="00491CD7">
        <w:tc>
          <w:tcPr>
            <w:tcW w:w="2880" w:type="dxa"/>
          </w:tcPr>
          <w:p w14:paraId="5F8A40A5" w14:textId="77777777" w:rsidR="00B87216" w:rsidRDefault="00B87216" w:rsidP="00491CD7">
            <w:r>
              <w:t>01:18:55:23</w:t>
            </w:r>
          </w:p>
        </w:tc>
        <w:tc>
          <w:tcPr>
            <w:tcW w:w="2880" w:type="dxa"/>
          </w:tcPr>
          <w:p w14:paraId="55DEE4CA" w14:textId="77777777" w:rsidR="00B87216" w:rsidRDefault="00B87216" w:rsidP="00491CD7"/>
        </w:tc>
        <w:tc>
          <w:tcPr>
            <w:tcW w:w="2880" w:type="dxa"/>
          </w:tcPr>
          <w:p w14:paraId="62FBF3F8" w14:textId="77777777" w:rsidR="00B87216" w:rsidRDefault="00B87216" w:rsidP="00491CD7">
            <w:r>
              <w:t xml:space="preserve">That was such a cool lizard! </w:t>
            </w:r>
          </w:p>
        </w:tc>
      </w:tr>
      <w:tr w:rsidR="00B87216" w14:paraId="133FE39A" w14:textId="77777777" w:rsidTr="00491CD7">
        <w:tc>
          <w:tcPr>
            <w:tcW w:w="2880" w:type="dxa"/>
          </w:tcPr>
          <w:p w14:paraId="737EBC88" w14:textId="77777777" w:rsidR="00B87216" w:rsidRDefault="00B87216" w:rsidP="00491CD7">
            <w:r>
              <w:t>01:18:57:28</w:t>
            </w:r>
          </w:p>
        </w:tc>
        <w:tc>
          <w:tcPr>
            <w:tcW w:w="2880" w:type="dxa"/>
          </w:tcPr>
          <w:p w14:paraId="6013A5D0" w14:textId="77777777" w:rsidR="00B87216" w:rsidRDefault="00B87216" w:rsidP="00491CD7"/>
        </w:tc>
        <w:tc>
          <w:tcPr>
            <w:tcW w:w="2880" w:type="dxa"/>
          </w:tcPr>
          <w:p w14:paraId="6CCD18DE" w14:textId="77777777" w:rsidR="00B87216" w:rsidRDefault="00B87216" w:rsidP="00491CD7">
            <w:r>
              <w:t xml:space="preserve">I've never seen one like that before. </w:t>
            </w:r>
          </w:p>
        </w:tc>
      </w:tr>
      <w:tr w:rsidR="00B87216" w14:paraId="5B6A8FCD" w14:textId="77777777" w:rsidTr="00491CD7">
        <w:tc>
          <w:tcPr>
            <w:tcW w:w="2880" w:type="dxa"/>
          </w:tcPr>
          <w:p w14:paraId="150B549A" w14:textId="77777777" w:rsidR="00B87216" w:rsidRDefault="00B87216" w:rsidP="00491CD7">
            <w:r>
              <w:t>01:19:00:12</w:t>
            </w:r>
          </w:p>
        </w:tc>
        <w:tc>
          <w:tcPr>
            <w:tcW w:w="2880" w:type="dxa"/>
          </w:tcPr>
          <w:p w14:paraId="6EB960A0" w14:textId="77777777" w:rsidR="00B87216" w:rsidRDefault="00B87216" w:rsidP="00491CD7"/>
        </w:tc>
        <w:tc>
          <w:tcPr>
            <w:tcW w:w="2880" w:type="dxa"/>
          </w:tcPr>
          <w:p w14:paraId="58BCBB4E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That's because you usually go... </w:t>
            </w:r>
          </w:p>
        </w:tc>
      </w:tr>
      <w:tr w:rsidR="00B87216" w14:paraId="5EE068DF" w14:textId="77777777" w:rsidTr="00491CD7">
        <w:tc>
          <w:tcPr>
            <w:tcW w:w="2880" w:type="dxa"/>
          </w:tcPr>
          <w:p w14:paraId="221B9DF7" w14:textId="77777777" w:rsidR="00B87216" w:rsidRDefault="00B87216" w:rsidP="00491CD7">
            <w:r>
              <w:t>01:19:02:06</w:t>
            </w:r>
          </w:p>
        </w:tc>
        <w:tc>
          <w:tcPr>
            <w:tcW w:w="2880" w:type="dxa"/>
          </w:tcPr>
          <w:p w14:paraId="1887D530" w14:textId="77777777" w:rsidR="00B87216" w:rsidRDefault="00B87216" w:rsidP="00491CD7"/>
        </w:tc>
        <w:tc>
          <w:tcPr>
            <w:tcW w:w="2880" w:type="dxa"/>
          </w:tcPr>
          <w:p w14:paraId="2E0A5EB7" w14:textId="77777777" w:rsidR="00B87216" w:rsidRDefault="00B87216" w:rsidP="00491CD7">
            <w:r>
              <w:t xml:space="preserve">into the forest during the day. </w:t>
            </w:r>
          </w:p>
        </w:tc>
      </w:tr>
      <w:tr w:rsidR="00B87216" w14:paraId="137B08AC" w14:textId="77777777" w:rsidTr="00491CD7">
        <w:tc>
          <w:tcPr>
            <w:tcW w:w="2880" w:type="dxa"/>
          </w:tcPr>
          <w:p w14:paraId="62241D68" w14:textId="77777777" w:rsidR="00B87216" w:rsidRDefault="00B87216" w:rsidP="00491CD7">
            <w:r>
              <w:t>01:19:04:16</w:t>
            </w:r>
          </w:p>
        </w:tc>
        <w:tc>
          <w:tcPr>
            <w:tcW w:w="2880" w:type="dxa"/>
          </w:tcPr>
          <w:p w14:paraId="1E891C4A" w14:textId="77777777" w:rsidR="00B87216" w:rsidRDefault="00B87216" w:rsidP="00491CD7"/>
        </w:tc>
        <w:tc>
          <w:tcPr>
            <w:tcW w:w="2880" w:type="dxa"/>
          </w:tcPr>
          <w:p w14:paraId="0D0EFFE1" w14:textId="77777777" w:rsidR="00B87216" w:rsidRDefault="00B87216" w:rsidP="00491CD7">
            <w:r>
              <w:t xml:space="preserve">Some animals only come out at night. </w:t>
            </w:r>
          </w:p>
        </w:tc>
      </w:tr>
      <w:tr w:rsidR="00B87216" w14:paraId="2A67A92B" w14:textId="77777777" w:rsidTr="00491CD7">
        <w:tc>
          <w:tcPr>
            <w:tcW w:w="2880" w:type="dxa"/>
          </w:tcPr>
          <w:p w14:paraId="72086F38" w14:textId="77777777" w:rsidR="00B87216" w:rsidRDefault="00B87216" w:rsidP="00491CD7">
            <w:r>
              <w:t>01:19:09:03</w:t>
            </w:r>
          </w:p>
        </w:tc>
        <w:tc>
          <w:tcPr>
            <w:tcW w:w="2880" w:type="dxa"/>
          </w:tcPr>
          <w:p w14:paraId="489FB526" w14:textId="77777777" w:rsidR="00B87216" w:rsidRDefault="00B87216" w:rsidP="00491CD7"/>
        </w:tc>
        <w:tc>
          <w:tcPr>
            <w:tcW w:w="2880" w:type="dxa"/>
          </w:tcPr>
          <w:p w14:paraId="31F54BBF" w14:textId="77777777" w:rsidR="00B87216" w:rsidRDefault="00B87216" w:rsidP="00491CD7">
            <w:r>
              <w:t xml:space="preserve">Like this lizard, it's called a gecko! </w:t>
            </w:r>
          </w:p>
        </w:tc>
      </w:tr>
      <w:tr w:rsidR="00B87216" w14:paraId="5A17F2E1" w14:textId="77777777" w:rsidTr="00491CD7">
        <w:tc>
          <w:tcPr>
            <w:tcW w:w="2880" w:type="dxa"/>
          </w:tcPr>
          <w:p w14:paraId="65D194BC" w14:textId="77777777" w:rsidR="00B87216" w:rsidRDefault="00B87216" w:rsidP="00491CD7">
            <w:r>
              <w:t>01:19:11:24</w:t>
            </w:r>
          </w:p>
        </w:tc>
        <w:tc>
          <w:tcPr>
            <w:tcW w:w="2880" w:type="dxa"/>
          </w:tcPr>
          <w:p w14:paraId="3443E064" w14:textId="77777777" w:rsidR="00B87216" w:rsidRDefault="00B87216" w:rsidP="00491CD7"/>
        </w:tc>
        <w:tc>
          <w:tcPr>
            <w:tcW w:w="2880" w:type="dxa"/>
          </w:tcPr>
          <w:p w14:paraId="2B042BFA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[gasp] Look at this! </w:t>
            </w:r>
          </w:p>
        </w:tc>
      </w:tr>
      <w:tr w:rsidR="00B87216" w14:paraId="0DF0238A" w14:textId="77777777" w:rsidTr="00491CD7">
        <w:tc>
          <w:tcPr>
            <w:tcW w:w="2880" w:type="dxa"/>
          </w:tcPr>
          <w:p w14:paraId="63CD9281" w14:textId="77777777" w:rsidR="00B87216" w:rsidRDefault="00B87216" w:rsidP="00491CD7">
            <w:r>
              <w:t>01:19:13:22</w:t>
            </w:r>
          </w:p>
        </w:tc>
        <w:tc>
          <w:tcPr>
            <w:tcW w:w="2880" w:type="dxa"/>
          </w:tcPr>
          <w:p w14:paraId="607A46DD" w14:textId="77777777" w:rsidR="00B87216" w:rsidRDefault="00B87216" w:rsidP="00491CD7"/>
        </w:tc>
        <w:tc>
          <w:tcPr>
            <w:tcW w:w="2880" w:type="dxa"/>
          </w:tcPr>
          <w:p w14:paraId="4DFD6A9F" w14:textId="77777777" w:rsidR="00B87216" w:rsidRDefault="00B87216" w:rsidP="00491CD7">
            <w:r>
              <w:t xml:space="preserve">These worms and bugs are awake! </w:t>
            </w:r>
          </w:p>
        </w:tc>
      </w:tr>
      <w:tr w:rsidR="00B87216" w14:paraId="29AAAF05" w14:textId="77777777" w:rsidTr="00491CD7">
        <w:tc>
          <w:tcPr>
            <w:tcW w:w="2880" w:type="dxa"/>
          </w:tcPr>
          <w:p w14:paraId="50902D70" w14:textId="77777777" w:rsidR="00B87216" w:rsidRDefault="00B87216" w:rsidP="00491CD7">
            <w:r>
              <w:t>01:19:16:08</w:t>
            </w:r>
          </w:p>
        </w:tc>
        <w:tc>
          <w:tcPr>
            <w:tcW w:w="2880" w:type="dxa"/>
          </w:tcPr>
          <w:p w14:paraId="462C0664" w14:textId="77777777" w:rsidR="00B87216" w:rsidRDefault="00B87216" w:rsidP="00491CD7"/>
        </w:tc>
        <w:tc>
          <w:tcPr>
            <w:tcW w:w="2880" w:type="dxa"/>
          </w:tcPr>
          <w:p w14:paraId="21FE08F7" w14:textId="77777777" w:rsidR="00B87216" w:rsidRDefault="00B87216" w:rsidP="00491CD7">
            <w:r>
              <w:t xml:space="preserve">That is so interesting! </w:t>
            </w:r>
          </w:p>
        </w:tc>
      </w:tr>
      <w:tr w:rsidR="00B87216" w14:paraId="3A601ED3" w14:textId="77777777" w:rsidTr="00491CD7">
        <w:tc>
          <w:tcPr>
            <w:tcW w:w="2880" w:type="dxa"/>
          </w:tcPr>
          <w:p w14:paraId="14090AA4" w14:textId="77777777" w:rsidR="00B87216" w:rsidRDefault="00B87216" w:rsidP="00491CD7">
            <w:r>
              <w:t>01:19:18:29</w:t>
            </w:r>
          </w:p>
        </w:tc>
        <w:tc>
          <w:tcPr>
            <w:tcW w:w="2880" w:type="dxa"/>
          </w:tcPr>
          <w:p w14:paraId="39E9F56B" w14:textId="77777777" w:rsidR="00B87216" w:rsidRDefault="00B87216" w:rsidP="00491CD7"/>
        </w:tc>
        <w:tc>
          <w:tcPr>
            <w:tcW w:w="2880" w:type="dxa"/>
          </w:tcPr>
          <w:p w14:paraId="5F78DA6B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I wonder what all these animals are doing up so late? </w:t>
            </w:r>
          </w:p>
        </w:tc>
      </w:tr>
      <w:tr w:rsidR="00B87216" w14:paraId="71AC0418" w14:textId="77777777" w:rsidTr="00491CD7">
        <w:tc>
          <w:tcPr>
            <w:tcW w:w="2880" w:type="dxa"/>
          </w:tcPr>
          <w:p w14:paraId="148B6A55" w14:textId="77777777" w:rsidR="00B87216" w:rsidRDefault="00B87216" w:rsidP="00491CD7">
            <w:r>
              <w:t>01:19:22:17</w:t>
            </w:r>
          </w:p>
        </w:tc>
        <w:tc>
          <w:tcPr>
            <w:tcW w:w="2880" w:type="dxa"/>
          </w:tcPr>
          <w:p w14:paraId="437B0503" w14:textId="77777777" w:rsidR="00B87216" w:rsidRDefault="00B87216" w:rsidP="00491CD7"/>
        </w:tc>
        <w:tc>
          <w:tcPr>
            <w:tcW w:w="2880" w:type="dxa"/>
          </w:tcPr>
          <w:p w14:paraId="617C1E87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Maybe their children woke them up... </w:t>
            </w:r>
          </w:p>
        </w:tc>
      </w:tr>
      <w:tr w:rsidR="00B87216" w14:paraId="3A7DD35B" w14:textId="77777777" w:rsidTr="00491CD7">
        <w:tc>
          <w:tcPr>
            <w:tcW w:w="2880" w:type="dxa"/>
          </w:tcPr>
          <w:p w14:paraId="6F2611DD" w14:textId="77777777" w:rsidR="00B87216" w:rsidRDefault="00B87216" w:rsidP="00491CD7">
            <w:r>
              <w:t>01:19:24:19</w:t>
            </w:r>
          </w:p>
        </w:tc>
        <w:tc>
          <w:tcPr>
            <w:tcW w:w="2880" w:type="dxa"/>
          </w:tcPr>
          <w:p w14:paraId="228842F3" w14:textId="77777777" w:rsidR="00B87216" w:rsidRDefault="00B87216" w:rsidP="00491CD7"/>
        </w:tc>
        <w:tc>
          <w:tcPr>
            <w:tcW w:w="2880" w:type="dxa"/>
          </w:tcPr>
          <w:p w14:paraId="607D1AE6" w14:textId="77777777" w:rsidR="00B87216" w:rsidRDefault="00B87216" w:rsidP="00491CD7">
            <w:r>
              <w:t xml:space="preserve">to go </w:t>
            </w:r>
            <w:proofErr w:type="gramStart"/>
            <w:r>
              <w:t>exploring?</w:t>
            </w:r>
            <w:proofErr w:type="gramEnd"/>
            <w:r>
              <w:t xml:space="preserve"> </w:t>
            </w:r>
          </w:p>
        </w:tc>
      </w:tr>
      <w:tr w:rsidR="00B87216" w14:paraId="1591A8C1" w14:textId="77777777" w:rsidTr="00491CD7">
        <w:tc>
          <w:tcPr>
            <w:tcW w:w="2880" w:type="dxa"/>
          </w:tcPr>
          <w:p w14:paraId="08220FD2" w14:textId="77777777" w:rsidR="00B87216" w:rsidRDefault="00B87216" w:rsidP="00491CD7">
            <w:r>
              <w:t>01:19:25:29</w:t>
            </w:r>
          </w:p>
        </w:tc>
        <w:tc>
          <w:tcPr>
            <w:tcW w:w="2880" w:type="dxa"/>
          </w:tcPr>
          <w:p w14:paraId="1DC5A2E3" w14:textId="77777777" w:rsidR="00B87216" w:rsidRDefault="00B87216" w:rsidP="00491CD7"/>
        </w:tc>
        <w:tc>
          <w:tcPr>
            <w:tcW w:w="2880" w:type="dxa"/>
          </w:tcPr>
          <w:p w14:paraId="4206AFC3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[laughs] </w:t>
            </w:r>
          </w:p>
        </w:tc>
      </w:tr>
      <w:tr w:rsidR="00B87216" w14:paraId="426811F5" w14:textId="77777777" w:rsidTr="00491CD7">
        <w:tc>
          <w:tcPr>
            <w:tcW w:w="2880" w:type="dxa"/>
          </w:tcPr>
          <w:p w14:paraId="1003B095" w14:textId="77777777" w:rsidR="00B87216" w:rsidRDefault="00B87216" w:rsidP="00491CD7">
            <w:r>
              <w:lastRenderedPageBreak/>
              <w:t>01:19:26:29</w:t>
            </w:r>
          </w:p>
        </w:tc>
        <w:tc>
          <w:tcPr>
            <w:tcW w:w="2880" w:type="dxa"/>
          </w:tcPr>
          <w:p w14:paraId="789A0E01" w14:textId="77777777" w:rsidR="00B87216" w:rsidRDefault="00B87216" w:rsidP="00491CD7"/>
        </w:tc>
        <w:tc>
          <w:tcPr>
            <w:tcW w:w="2880" w:type="dxa"/>
          </w:tcPr>
          <w:p w14:paraId="49184050" w14:textId="77777777" w:rsidR="00B87216" w:rsidRDefault="00B87216" w:rsidP="00491CD7">
            <w:r>
              <w:rPr>
                <w:b/>
              </w:rPr>
              <w:t xml:space="preserve">MR. RACCOON: </w:t>
            </w:r>
            <w:r>
              <w:t xml:space="preserve">[humming] </w:t>
            </w:r>
          </w:p>
        </w:tc>
      </w:tr>
      <w:tr w:rsidR="00B87216" w14:paraId="7B6E6C15" w14:textId="77777777" w:rsidTr="00491CD7">
        <w:tc>
          <w:tcPr>
            <w:tcW w:w="2880" w:type="dxa"/>
          </w:tcPr>
          <w:p w14:paraId="2D85B620" w14:textId="77777777" w:rsidR="00B87216" w:rsidRDefault="00B87216" w:rsidP="00491CD7">
            <w:r>
              <w:t>01:19:28:23</w:t>
            </w:r>
          </w:p>
        </w:tc>
        <w:tc>
          <w:tcPr>
            <w:tcW w:w="2880" w:type="dxa"/>
          </w:tcPr>
          <w:p w14:paraId="7DA8C675" w14:textId="77777777" w:rsidR="00B87216" w:rsidRDefault="00B87216" w:rsidP="00491CD7"/>
        </w:tc>
        <w:tc>
          <w:tcPr>
            <w:tcW w:w="2880" w:type="dxa"/>
          </w:tcPr>
          <w:p w14:paraId="4ED278BB" w14:textId="77777777" w:rsidR="00B87216" w:rsidRDefault="00B87216" w:rsidP="00491CD7">
            <w:r>
              <w:t xml:space="preserve">Oh, </w:t>
            </w:r>
            <w:proofErr w:type="spellStart"/>
            <w:r>
              <w:t>Oooh</w:t>
            </w:r>
            <w:proofErr w:type="spellEnd"/>
            <w:r>
              <w:t xml:space="preserve">! Hmm! </w:t>
            </w:r>
          </w:p>
        </w:tc>
      </w:tr>
      <w:tr w:rsidR="00B87216" w14:paraId="15FE5791" w14:textId="77777777" w:rsidTr="00491CD7">
        <w:tc>
          <w:tcPr>
            <w:tcW w:w="2880" w:type="dxa"/>
          </w:tcPr>
          <w:p w14:paraId="56354CC6" w14:textId="77777777" w:rsidR="00B87216" w:rsidRDefault="00B87216" w:rsidP="00491CD7">
            <w:r>
              <w:t>01:19:30:00</w:t>
            </w:r>
          </w:p>
        </w:tc>
        <w:tc>
          <w:tcPr>
            <w:tcW w:w="2880" w:type="dxa"/>
          </w:tcPr>
          <w:p w14:paraId="55CF3E8A" w14:textId="77777777" w:rsidR="00B87216" w:rsidRDefault="00B87216" w:rsidP="00491CD7"/>
        </w:tc>
        <w:tc>
          <w:tcPr>
            <w:tcW w:w="2880" w:type="dxa"/>
          </w:tcPr>
          <w:p w14:paraId="0A9F2295" w14:textId="77777777" w:rsidR="00B87216" w:rsidRDefault="00B87216" w:rsidP="00491CD7">
            <w:r>
              <w:t xml:space="preserve">Oh! Hello, Ranger Rabbit! </w:t>
            </w:r>
          </w:p>
        </w:tc>
      </w:tr>
      <w:tr w:rsidR="00B87216" w14:paraId="7EF69FCB" w14:textId="77777777" w:rsidTr="00491CD7">
        <w:tc>
          <w:tcPr>
            <w:tcW w:w="2880" w:type="dxa"/>
          </w:tcPr>
          <w:p w14:paraId="59721A4F" w14:textId="77777777" w:rsidR="00B87216" w:rsidRDefault="00B87216" w:rsidP="00491CD7">
            <w:r>
              <w:t>01:19:32:02</w:t>
            </w:r>
          </w:p>
        </w:tc>
        <w:tc>
          <w:tcPr>
            <w:tcW w:w="2880" w:type="dxa"/>
          </w:tcPr>
          <w:p w14:paraId="0968313A" w14:textId="77777777" w:rsidR="00B87216" w:rsidRDefault="00B87216" w:rsidP="00491CD7"/>
        </w:tc>
        <w:tc>
          <w:tcPr>
            <w:tcW w:w="2880" w:type="dxa"/>
          </w:tcPr>
          <w:p w14:paraId="7D354074" w14:textId="77777777" w:rsidR="00B87216" w:rsidRDefault="00B87216" w:rsidP="00491CD7">
            <w:r>
              <w:t xml:space="preserve">Hello, Elinor! </w:t>
            </w:r>
          </w:p>
        </w:tc>
      </w:tr>
      <w:tr w:rsidR="00B87216" w14:paraId="4A366017" w14:textId="77777777" w:rsidTr="00491CD7">
        <w:tc>
          <w:tcPr>
            <w:tcW w:w="2880" w:type="dxa"/>
          </w:tcPr>
          <w:p w14:paraId="565D201D" w14:textId="77777777" w:rsidR="00B87216" w:rsidRDefault="00B87216" w:rsidP="00491CD7">
            <w:r>
              <w:t>01:19:33:07</w:t>
            </w:r>
          </w:p>
        </w:tc>
        <w:tc>
          <w:tcPr>
            <w:tcW w:w="2880" w:type="dxa"/>
          </w:tcPr>
          <w:p w14:paraId="4DA5CBA1" w14:textId="77777777" w:rsidR="00B87216" w:rsidRDefault="00B87216" w:rsidP="00491CD7"/>
        </w:tc>
        <w:tc>
          <w:tcPr>
            <w:tcW w:w="2880" w:type="dxa"/>
          </w:tcPr>
          <w:p w14:paraId="6C81CA2F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Hello, Mr. Raccoon! </w:t>
            </w:r>
          </w:p>
        </w:tc>
      </w:tr>
      <w:tr w:rsidR="00B87216" w14:paraId="05D355ED" w14:textId="77777777" w:rsidTr="00491CD7">
        <w:tc>
          <w:tcPr>
            <w:tcW w:w="2880" w:type="dxa"/>
          </w:tcPr>
          <w:p w14:paraId="2311254E" w14:textId="77777777" w:rsidR="00B87216" w:rsidRDefault="00B87216" w:rsidP="00491CD7">
            <w:r>
              <w:t>01:19:34:26</w:t>
            </w:r>
          </w:p>
        </w:tc>
        <w:tc>
          <w:tcPr>
            <w:tcW w:w="2880" w:type="dxa"/>
          </w:tcPr>
          <w:p w14:paraId="63D0D7BB" w14:textId="77777777" w:rsidR="00B87216" w:rsidRDefault="00B87216" w:rsidP="00491CD7"/>
        </w:tc>
        <w:tc>
          <w:tcPr>
            <w:tcW w:w="2880" w:type="dxa"/>
          </w:tcPr>
          <w:p w14:paraId="5DF11C30" w14:textId="77777777" w:rsidR="00B87216" w:rsidRDefault="00B87216" w:rsidP="00491CD7">
            <w:r>
              <w:t xml:space="preserve">Are you out looking for the mysterious "who" too? </w:t>
            </w:r>
          </w:p>
        </w:tc>
      </w:tr>
      <w:tr w:rsidR="00B87216" w14:paraId="285A1695" w14:textId="77777777" w:rsidTr="00491CD7">
        <w:tc>
          <w:tcPr>
            <w:tcW w:w="2880" w:type="dxa"/>
          </w:tcPr>
          <w:p w14:paraId="17941B93" w14:textId="77777777" w:rsidR="00B87216" w:rsidRDefault="00B87216" w:rsidP="00491CD7">
            <w:r>
              <w:t>01:19:38:13</w:t>
            </w:r>
          </w:p>
        </w:tc>
        <w:tc>
          <w:tcPr>
            <w:tcW w:w="2880" w:type="dxa"/>
          </w:tcPr>
          <w:p w14:paraId="27F28BE7" w14:textId="77777777" w:rsidR="00B87216" w:rsidRDefault="00B87216" w:rsidP="00491CD7"/>
        </w:tc>
        <w:tc>
          <w:tcPr>
            <w:tcW w:w="2880" w:type="dxa"/>
          </w:tcPr>
          <w:p w14:paraId="1EEDEAEC" w14:textId="77777777" w:rsidR="00B87216" w:rsidRDefault="00B87216" w:rsidP="00491CD7">
            <w:r>
              <w:rPr>
                <w:b/>
              </w:rPr>
              <w:t xml:space="preserve">MR. RACCOON: </w:t>
            </w:r>
            <w:r>
              <w:t xml:space="preserve">Mysterious who? </w:t>
            </w:r>
          </w:p>
        </w:tc>
      </w:tr>
      <w:tr w:rsidR="00B87216" w14:paraId="0B9E9364" w14:textId="77777777" w:rsidTr="00491CD7">
        <w:tc>
          <w:tcPr>
            <w:tcW w:w="2880" w:type="dxa"/>
          </w:tcPr>
          <w:p w14:paraId="23212A79" w14:textId="77777777" w:rsidR="00B87216" w:rsidRDefault="00B87216" w:rsidP="00491CD7">
            <w:r>
              <w:t>01:19:40:04</w:t>
            </w:r>
          </w:p>
        </w:tc>
        <w:tc>
          <w:tcPr>
            <w:tcW w:w="2880" w:type="dxa"/>
          </w:tcPr>
          <w:p w14:paraId="4A671D5A" w14:textId="77777777" w:rsidR="00B87216" w:rsidRDefault="00B87216" w:rsidP="00491CD7"/>
        </w:tc>
        <w:tc>
          <w:tcPr>
            <w:tcW w:w="2880" w:type="dxa"/>
          </w:tcPr>
          <w:p w14:paraId="70DDE4C7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Yes, who! </w:t>
            </w:r>
          </w:p>
        </w:tc>
      </w:tr>
      <w:tr w:rsidR="00B87216" w14:paraId="4F00CE5D" w14:textId="77777777" w:rsidTr="00491CD7">
        <w:tc>
          <w:tcPr>
            <w:tcW w:w="2880" w:type="dxa"/>
          </w:tcPr>
          <w:p w14:paraId="5D8928C9" w14:textId="77777777" w:rsidR="00B87216" w:rsidRDefault="00B87216" w:rsidP="00491CD7">
            <w:r>
              <w:t>01:19:42:05</w:t>
            </w:r>
          </w:p>
        </w:tc>
        <w:tc>
          <w:tcPr>
            <w:tcW w:w="2880" w:type="dxa"/>
          </w:tcPr>
          <w:p w14:paraId="71EE8F78" w14:textId="77777777" w:rsidR="00B87216" w:rsidRDefault="00B87216" w:rsidP="00491CD7"/>
        </w:tc>
        <w:tc>
          <w:tcPr>
            <w:tcW w:w="2880" w:type="dxa"/>
          </w:tcPr>
          <w:p w14:paraId="6802D060" w14:textId="77777777" w:rsidR="00B87216" w:rsidRDefault="00B87216" w:rsidP="00491CD7">
            <w:r>
              <w:rPr>
                <w:b/>
              </w:rPr>
              <w:t xml:space="preserve">MR. RACCOON: </w:t>
            </w:r>
            <w:r>
              <w:t xml:space="preserve">I mean, who are you looking for? </w:t>
            </w:r>
          </w:p>
        </w:tc>
      </w:tr>
      <w:tr w:rsidR="00B87216" w14:paraId="1E8E7317" w14:textId="77777777" w:rsidTr="00491CD7">
        <w:tc>
          <w:tcPr>
            <w:tcW w:w="2880" w:type="dxa"/>
          </w:tcPr>
          <w:p w14:paraId="6CF9974E" w14:textId="77777777" w:rsidR="00B87216" w:rsidRDefault="00B87216" w:rsidP="00491CD7">
            <w:r>
              <w:t>01:19:44:27</w:t>
            </w:r>
          </w:p>
        </w:tc>
        <w:tc>
          <w:tcPr>
            <w:tcW w:w="2880" w:type="dxa"/>
          </w:tcPr>
          <w:p w14:paraId="3E2E7D27" w14:textId="77777777" w:rsidR="00B87216" w:rsidRDefault="00B87216" w:rsidP="00491CD7"/>
        </w:tc>
        <w:tc>
          <w:tcPr>
            <w:tcW w:w="2880" w:type="dxa"/>
          </w:tcPr>
          <w:p w14:paraId="188417B6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We're looking for the who, that's who! </w:t>
            </w:r>
          </w:p>
        </w:tc>
      </w:tr>
      <w:tr w:rsidR="00B87216" w14:paraId="7F46EDF8" w14:textId="77777777" w:rsidTr="00491CD7">
        <w:tc>
          <w:tcPr>
            <w:tcW w:w="2880" w:type="dxa"/>
          </w:tcPr>
          <w:p w14:paraId="59E20841" w14:textId="77777777" w:rsidR="00B87216" w:rsidRDefault="00B87216" w:rsidP="00491CD7">
            <w:r>
              <w:t>01:19:47:23</w:t>
            </w:r>
          </w:p>
        </w:tc>
        <w:tc>
          <w:tcPr>
            <w:tcW w:w="2880" w:type="dxa"/>
          </w:tcPr>
          <w:p w14:paraId="4F6389B8" w14:textId="77777777" w:rsidR="00B87216" w:rsidRDefault="00B87216" w:rsidP="00491CD7"/>
        </w:tc>
        <w:tc>
          <w:tcPr>
            <w:tcW w:w="2880" w:type="dxa"/>
          </w:tcPr>
          <w:p w14:paraId="38A72518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We are out exploring, Mr. Raccoon. </w:t>
            </w:r>
          </w:p>
        </w:tc>
      </w:tr>
      <w:tr w:rsidR="00B87216" w14:paraId="37BDF9A0" w14:textId="77777777" w:rsidTr="00491CD7">
        <w:tc>
          <w:tcPr>
            <w:tcW w:w="2880" w:type="dxa"/>
          </w:tcPr>
          <w:p w14:paraId="5F2444A5" w14:textId="77777777" w:rsidR="00B87216" w:rsidRDefault="00B87216" w:rsidP="00491CD7">
            <w:r>
              <w:t>01:19:50:02</w:t>
            </w:r>
          </w:p>
        </w:tc>
        <w:tc>
          <w:tcPr>
            <w:tcW w:w="2880" w:type="dxa"/>
          </w:tcPr>
          <w:p w14:paraId="0D6A4A08" w14:textId="77777777" w:rsidR="00B87216" w:rsidRDefault="00B87216" w:rsidP="00491CD7"/>
        </w:tc>
        <w:tc>
          <w:tcPr>
            <w:tcW w:w="2880" w:type="dxa"/>
          </w:tcPr>
          <w:p w14:paraId="41A6D173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Why are you awake so late? </w:t>
            </w:r>
          </w:p>
        </w:tc>
      </w:tr>
      <w:tr w:rsidR="00B87216" w14:paraId="6CDD0F68" w14:textId="77777777" w:rsidTr="00491CD7">
        <w:tc>
          <w:tcPr>
            <w:tcW w:w="2880" w:type="dxa"/>
          </w:tcPr>
          <w:p w14:paraId="0E1E4898" w14:textId="77777777" w:rsidR="00B87216" w:rsidRDefault="00B87216" w:rsidP="00491CD7">
            <w:r>
              <w:t>01:19:51:21</w:t>
            </w:r>
          </w:p>
        </w:tc>
        <w:tc>
          <w:tcPr>
            <w:tcW w:w="2880" w:type="dxa"/>
          </w:tcPr>
          <w:p w14:paraId="3AD39E0D" w14:textId="77777777" w:rsidR="00B87216" w:rsidRDefault="00B87216" w:rsidP="00491CD7"/>
        </w:tc>
        <w:tc>
          <w:tcPr>
            <w:tcW w:w="2880" w:type="dxa"/>
          </w:tcPr>
          <w:p w14:paraId="6363205A" w14:textId="77777777" w:rsidR="00B87216" w:rsidRDefault="00B87216" w:rsidP="00491CD7">
            <w:r>
              <w:rPr>
                <w:b/>
              </w:rPr>
              <w:t xml:space="preserve">MR. RACCOON: </w:t>
            </w:r>
            <w:r>
              <w:t xml:space="preserve">Oh, I always get up around this time. </w:t>
            </w:r>
          </w:p>
        </w:tc>
      </w:tr>
      <w:tr w:rsidR="00B87216" w14:paraId="4AB1B5B4" w14:textId="77777777" w:rsidTr="00491CD7">
        <w:tc>
          <w:tcPr>
            <w:tcW w:w="2880" w:type="dxa"/>
          </w:tcPr>
          <w:p w14:paraId="77A50C81" w14:textId="77777777" w:rsidR="00B87216" w:rsidRDefault="00B87216" w:rsidP="00491CD7">
            <w:r>
              <w:t>01:19:54:20</w:t>
            </w:r>
          </w:p>
        </w:tc>
        <w:tc>
          <w:tcPr>
            <w:tcW w:w="2880" w:type="dxa"/>
          </w:tcPr>
          <w:p w14:paraId="11DD974B" w14:textId="77777777" w:rsidR="00B87216" w:rsidRDefault="00B87216" w:rsidP="00491CD7"/>
        </w:tc>
        <w:tc>
          <w:tcPr>
            <w:tcW w:w="2880" w:type="dxa"/>
          </w:tcPr>
          <w:p w14:paraId="7D01D768" w14:textId="77777777" w:rsidR="00B87216" w:rsidRDefault="00B87216" w:rsidP="00491CD7">
            <w:r>
              <w:t xml:space="preserve">I </w:t>
            </w:r>
            <w:proofErr w:type="gramStart"/>
            <w:r>
              <w:t>have to</w:t>
            </w:r>
            <w:proofErr w:type="gramEnd"/>
            <w:r>
              <w:t xml:space="preserve"> wake up to work at the bakery! </w:t>
            </w:r>
          </w:p>
        </w:tc>
      </w:tr>
      <w:tr w:rsidR="00B87216" w14:paraId="7F48D115" w14:textId="77777777" w:rsidTr="00491CD7">
        <w:tc>
          <w:tcPr>
            <w:tcW w:w="2880" w:type="dxa"/>
          </w:tcPr>
          <w:p w14:paraId="1E949D39" w14:textId="77777777" w:rsidR="00B87216" w:rsidRDefault="00B87216" w:rsidP="00491CD7">
            <w:r>
              <w:t>01:19:57:06</w:t>
            </w:r>
          </w:p>
        </w:tc>
        <w:tc>
          <w:tcPr>
            <w:tcW w:w="2880" w:type="dxa"/>
          </w:tcPr>
          <w:p w14:paraId="46605D96" w14:textId="77777777" w:rsidR="00B87216" w:rsidRDefault="00B87216" w:rsidP="00491CD7"/>
        </w:tc>
        <w:tc>
          <w:tcPr>
            <w:tcW w:w="2880" w:type="dxa"/>
          </w:tcPr>
          <w:p w14:paraId="79F32113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You can't do that during the day? </w:t>
            </w:r>
          </w:p>
        </w:tc>
      </w:tr>
      <w:tr w:rsidR="00B87216" w14:paraId="63FE040F" w14:textId="77777777" w:rsidTr="00491CD7">
        <w:tc>
          <w:tcPr>
            <w:tcW w:w="2880" w:type="dxa"/>
          </w:tcPr>
          <w:p w14:paraId="278A0426" w14:textId="77777777" w:rsidR="00B87216" w:rsidRDefault="00B87216" w:rsidP="00491CD7">
            <w:r>
              <w:t>01:19:58:26</w:t>
            </w:r>
          </w:p>
        </w:tc>
        <w:tc>
          <w:tcPr>
            <w:tcW w:w="2880" w:type="dxa"/>
          </w:tcPr>
          <w:p w14:paraId="74CDE078" w14:textId="77777777" w:rsidR="00B87216" w:rsidRDefault="00B87216" w:rsidP="00491CD7"/>
        </w:tc>
        <w:tc>
          <w:tcPr>
            <w:tcW w:w="2880" w:type="dxa"/>
          </w:tcPr>
          <w:p w14:paraId="1929646A" w14:textId="77777777" w:rsidR="00B87216" w:rsidRDefault="00B87216" w:rsidP="00491CD7">
            <w:r>
              <w:rPr>
                <w:b/>
              </w:rPr>
              <w:t xml:space="preserve">MR. RACCOON: </w:t>
            </w:r>
            <w:r>
              <w:t xml:space="preserve">Oh, no. [giggles] </w:t>
            </w:r>
          </w:p>
        </w:tc>
      </w:tr>
      <w:tr w:rsidR="00B87216" w14:paraId="4BE97DD8" w14:textId="77777777" w:rsidTr="00491CD7">
        <w:tc>
          <w:tcPr>
            <w:tcW w:w="2880" w:type="dxa"/>
          </w:tcPr>
          <w:p w14:paraId="22EE8D37" w14:textId="77777777" w:rsidR="00B87216" w:rsidRDefault="00B87216" w:rsidP="00491CD7">
            <w:r>
              <w:t>01:20:01:00</w:t>
            </w:r>
          </w:p>
        </w:tc>
        <w:tc>
          <w:tcPr>
            <w:tcW w:w="2880" w:type="dxa"/>
          </w:tcPr>
          <w:p w14:paraId="34AC41AF" w14:textId="77777777" w:rsidR="00B87216" w:rsidRDefault="00B87216" w:rsidP="00491CD7"/>
        </w:tc>
        <w:tc>
          <w:tcPr>
            <w:tcW w:w="2880" w:type="dxa"/>
          </w:tcPr>
          <w:p w14:paraId="4F60B416" w14:textId="77777777" w:rsidR="00B87216" w:rsidRDefault="00B87216" w:rsidP="00491CD7">
            <w:r>
              <w:t xml:space="preserve">I </w:t>
            </w:r>
            <w:proofErr w:type="gramStart"/>
            <w:r>
              <w:t>have to</w:t>
            </w:r>
            <w:proofErr w:type="gramEnd"/>
            <w:r>
              <w:t xml:space="preserve"> start baking the tasty treats at night, </w:t>
            </w:r>
          </w:p>
        </w:tc>
      </w:tr>
      <w:tr w:rsidR="00B87216" w14:paraId="090BED8F" w14:textId="77777777" w:rsidTr="00491CD7">
        <w:tc>
          <w:tcPr>
            <w:tcW w:w="2880" w:type="dxa"/>
          </w:tcPr>
          <w:p w14:paraId="578D96BE" w14:textId="77777777" w:rsidR="00B87216" w:rsidRDefault="00B87216" w:rsidP="00491CD7">
            <w:r>
              <w:lastRenderedPageBreak/>
              <w:t>01:20:03:08</w:t>
            </w:r>
          </w:p>
        </w:tc>
        <w:tc>
          <w:tcPr>
            <w:tcW w:w="2880" w:type="dxa"/>
          </w:tcPr>
          <w:p w14:paraId="6DDCD79B" w14:textId="77777777" w:rsidR="00B87216" w:rsidRDefault="00B87216" w:rsidP="00491CD7"/>
        </w:tc>
        <w:tc>
          <w:tcPr>
            <w:tcW w:w="2880" w:type="dxa"/>
          </w:tcPr>
          <w:p w14:paraId="4C483451" w14:textId="77777777" w:rsidR="00B87216" w:rsidRDefault="00B87216" w:rsidP="00491CD7">
            <w:proofErr w:type="gramStart"/>
            <w:r>
              <w:t>so</w:t>
            </w:r>
            <w:proofErr w:type="gramEnd"/>
            <w:r>
              <w:t xml:space="preserve"> they'll be ready in time for breakfast! </w:t>
            </w:r>
          </w:p>
        </w:tc>
      </w:tr>
      <w:tr w:rsidR="00B87216" w14:paraId="34338BBB" w14:textId="77777777" w:rsidTr="00491CD7">
        <w:tc>
          <w:tcPr>
            <w:tcW w:w="2880" w:type="dxa"/>
          </w:tcPr>
          <w:p w14:paraId="29A52A2B" w14:textId="77777777" w:rsidR="00B87216" w:rsidRDefault="00B87216" w:rsidP="00491CD7">
            <w:r>
              <w:t>01:20:05:14</w:t>
            </w:r>
          </w:p>
        </w:tc>
        <w:tc>
          <w:tcPr>
            <w:tcW w:w="2880" w:type="dxa"/>
          </w:tcPr>
          <w:p w14:paraId="404F7555" w14:textId="77777777" w:rsidR="00B87216" w:rsidRDefault="00B87216" w:rsidP="00491CD7"/>
        </w:tc>
        <w:tc>
          <w:tcPr>
            <w:tcW w:w="2880" w:type="dxa"/>
          </w:tcPr>
          <w:p w14:paraId="4355232F" w14:textId="77777777" w:rsidR="00B87216" w:rsidRDefault="00B87216" w:rsidP="00491CD7">
            <w:r>
              <w:rPr>
                <w:b/>
              </w:rPr>
              <w:t xml:space="preserve">ELINOR: </w:t>
            </w:r>
            <w:proofErr w:type="spellStart"/>
            <w:r>
              <w:t>Ohhhh</w:t>
            </w:r>
            <w:proofErr w:type="spellEnd"/>
            <w:r>
              <w:t xml:space="preserve">... I didn't know that. </w:t>
            </w:r>
          </w:p>
        </w:tc>
      </w:tr>
      <w:tr w:rsidR="00B87216" w14:paraId="4CBC0709" w14:textId="77777777" w:rsidTr="00491CD7">
        <w:tc>
          <w:tcPr>
            <w:tcW w:w="2880" w:type="dxa"/>
          </w:tcPr>
          <w:p w14:paraId="38844D9D" w14:textId="77777777" w:rsidR="00B87216" w:rsidRDefault="00B87216" w:rsidP="00491CD7">
            <w:r>
              <w:t>01:20:07:28</w:t>
            </w:r>
          </w:p>
        </w:tc>
        <w:tc>
          <w:tcPr>
            <w:tcW w:w="2880" w:type="dxa"/>
          </w:tcPr>
          <w:p w14:paraId="46A26138" w14:textId="77777777" w:rsidR="00B87216" w:rsidRDefault="00B87216" w:rsidP="00491CD7"/>
        </w:tc>
        <w:tc>
          <w:tcPr>
            <w:tcW w:w="2880" w:type="dxa"/>
          </w:tcPr>
          <w:p w14:paraId="5E786B5F" w14:textId="77777777" w:rsidR="00B87216" w:rsidRDefault="00B87216" w:rsidP="00491CD7">
            <w:r>
              <w:t xml:space="preserve">Then... when do you sleep? </w:t>
            </w:r>
          </w:p>
        </w:tc>
      </w:tr>
      <w:tr w:rsidR="00B87216" w14:paraId="4A055E42" w14:textId="77777777" w:rsidTr="00491CD7">
        <w:tc>
          <w:tcPr>
            <w:tcW w:w="2880" w:type="dxa"/>
          </w:tcPr>
          <w:p w14:paraId="6466B0D8" w14:textId="77777777" w:rsidR="00B87216" w:rsidRDefault="00B87216" w:rsidP="00491CD7">
            <w:r>
              <w:t>01:20:09:25</w:t>
            </w:r>
          </w:p>
        </w:tc>
        <w:tc>
          <w:tcPr>
            <w:tcW w:w="2880" w:type="dxa"/>
          </w:tcPr>
          <w:p w14:paraId="529B40BC" w14:textId="77777777" w:rsidR="00B87216" w:rsidRDefault="00B87216" w:rsidP="00491CD7"/>
        </w:tc>
        <w:tc>
          <w:tcPr>
            <w:tcW w:w="2880" w:type="dxa"/>
          </w:tcPr>
          <w:p w14:paraId="290F4636" w14:textId="77777777" w:rsidR="00B87216" w:rsidRDefault="00B87216" w:rsidP="00491CD7">
            <w:r>
              <w:rPr>
                <w:b/>
              </w:rPr>
              <w:t xml:space="preserve">MR. RACCOON: </w:t>
            </w:r>
            <w:r>
              <w:t xml:space="preserve">Oh, I sleep in the afternoon... </w:t>
            </w:r>
          </w:p>
        </w:tc>
      </w:tr>
      <w:tr w:rsidR="00B87216" w14:paraId="6F31DA50" w14:textId="77777777" w:rsidTr="00491CD7">
        <w:tc>
          <w:tcPr>
            <w:tcW w:w="2880" w:type="dxa"/>
          </w:tcPr>
          <w:p w14:paraId="4AFDDF3F" w14:textId="77777777" w:rsidR="00B87216" w:rsidRDefault="00B87216" w:rsidP="00491CD7">
            <w:r>
              <w:t>01:20:11:17</w:t>
            </w:r>
          </w:p>
        </w:tc>
        <w:tc>
          <w:tcPr>
            <w:tcW w:w="2880" w:type="dxa"/>
          </w:tcPr>
          <w:p w14:paraId="086A427D" w14:textId="77777777" w:rsidR="00B87216" w:rsidRDefault="00B87216" w:rsidP="00491CD7"/>
        </w:tc>
        <w:tc>
          <w:tcPr>
            <w:tcW w:w="2880" w:type="dxa"/>
          </w:tcPr>
          <w:p w14:paraId="6F857DA3" w14:textId="77777777" w:rsidR="00B87216" w:rsidRDefault="00B87216" w:rsidP="00491CD7">
            <w:r>
              <w:t xml:space="preserve">when everyone is awake. </w:t>
            </w:r>
          </w:p>
        </w:tc>
      </w:tr>
      <w:tr w:rsidR="00B87216" w14:paraId="4A67E256" w14:textId="77777777" w:rsidTr="00491CD7">
        <w:tc>
          <w:tcPr>
            <w:tcW w:w="2880" w:type="dxa"/>
          </w:tcPr>
          <w:p w14:paraId="669111E4" w14:textId="77777777" w:rsidR="00B87216" w:rsidRDefault="00B87216" w:rsidP="00491CD7">
            <w:r>
              <w:t>01:20:13:08</w:t>
            </w:r>
          </w:p>
        </w:tc>
        <w:tc>
          <w:tcPr>
            <w:tcW w:w="2880" w:type="dxa"/>
          </w:tcPr>
          <w:p w14:paraId="66684825" w14:textId="77777777" w:rsidR="00B87216" w:rsidRDefault="00B87216" w:rsidP="00491CD7"/>
        </w:tc>
        <w:tc>
          <w:tcPr>
            <w:tcW w:w="2880" w:type="dxa"/>
          </w:tcPr>
          <w:p w14:paraId="49A497FF" w14:textId="77777777" w:rsidR="00B87216" w:rsidRDefault="00B87216" w:rsidP="00491CD7">
            <w:r>
              <w:rPr>
                <w:b/>
              </w:rPr>
              <w:t xml:space="preserve">ELINOR: </w:t>
            </w:r>
            <w:proofErr w:type="spellStart"/>
            <w:r>
              <w:t>Ohh</w:t>
            </w:r>
            <w:proofErr w:type="spellEnd"/>
            <w:r>
              <w:t xml:space="preserve">. </w:t>
            </w:r>
          </w:p>
        </w:tc>
      </w:tr>
      <w:tr w:rsidR="00B87216" w14:paraId="2283006F" w14:textId="77777777" w:rsidTr="00491CD7">
        <w:tc>
          <w:tcPr>
            <w:tcW w:w="2880" w:type="dxa"/>
          </w:tcPr>
          <w:p w14:paraId="0E62C8C6" w14:textId="77777777" w:rsidR="00B87216" w:rsidRDefault="00B87216" w:rsidP="00491CD7">
            <w:r>
              <w:t>01:20:14:27</w:t>
            </w:r>
          </w:p>
        </w:tc>
        <w:tc>
          <w:tcPr>
            <w:tcW w:w="2880" w:type="dxa"/>
          </w:tcPr>
          <w:p w14:paraId="7EBD0B00" w14:textId="77777777" w:rsidR="00B87216" w:rsidRDefault="00B87216" w:rsidP="00491CD7"/>
        </w:tc>
        <w:tc>
          <w:tcPr>
            <w:tcW w:w="2880" w:type="dxa"/>
          </w:tcPr>
          <w:p w14:paraId="355BEC3F" w14:textId="77777777" w:rsidR="00B87216" w:rsidRDefault="00B87216" w:rsidP="00491CD7">
            <w:r>
              <w:rPr>
                <w:b/>
              </w:rPr>
              <w:t xml:space="preserve">MR. RACCOON: </w:t>
            </w:r>
            <w:r>
              <w:t xml:space="preserve">Well, love to chat more, </w:t>
            </w:r>
          </w:p>
        </w:tc>
      </w:tr>
      <w:tr w:rsidR="00B87216" w14:paraId="7C7AF78D" w14:textId="77777777" w:rsidTr="00491CD7">
        <w:tc>
          <w:tcPr>
            <w:tcW w:w="2880" w:type="dxa"/>
          </w:tcPr>
          <w:p w14:paraId="16B46A1C" w14:textId="77777777" w:rsidR="00B87216" w:rsidRDefault="00B87216" w:rsidP="00491CD7">
            <w:r>
              <w:t>01:20:16:18</w:t>
            </w:r>
          </w:p>
        </w:tc>
        <w:tc>
          <w:tcPr>
            <w:tcW w:w="2880" w:type="dxa"/>
          </w:tcPr>
          <w:p w14:paraId="22576819" w14:textId="77777777" w:rsidR="00B87216" w:rsidRDefault="00B87216" w:rsidP="00491CD7"/>
        </w:tc>
        <w:tc>
          <w:tcPr>
            <w:tcW w:w="2880" w:type="dxa"/>
          </w:tcPr>
          <w:p w14:paraId="0E415C34" w14:textId="77777777" w:rsidR="00B87216" w:rsidRDefault="00B87216" w:rsidP="00491CD7">
            <w:r>
              <w:t xml:space="preserve">but I </w:t>
            </w:r>
            <w:proofErr w:type="gramStart"/>
            <w:r>
              <w:t>have to</w:t>
            </w:r>
            <w:proofErr w:type="gramEnd"/>
            <w:r>
              <w:t xml:space="preserve"> get going. </w:t>
            </w:r>
          </w:p>
        </w:tc>
      </w:tr>
      <w:tr w:rsidR="00B87216" w14:paraId="6ADA5C2A" w14:textId="77777777" w:rsidTr="00491CD7">
        <w:tc>
          <w:tcPr>
            <w:tcW w:w="2880" w:type="dxa"/>
          </w:tcPr>
          <w:p w14:paraId="1477D310" w14:textId="77777777" w:rsidR="00B87216" w:rsidRDefault="00B87216" w:rsidP="00491CD7">
            <w:r>
              <w:t>01:20:18:08</w:t>
            </w:r>
          </w:p>
        </w:tc>
        <w:tc>
          <w:tcPr>
            <w:tcW w:w="2880" w:type="dxa"/>
          </w:tcPr>
          <w:p w14:paraId="53E8C396" w14:textId="77777777" w:rsidR="00B87216" w:rsidRDefault="00B87216" w:rsidP="00491CD7"/>
        </w:tc>
        <w:tc>
          <w:tcPr>
            <w:tcW w:w="2880" w:type="dxa"/>
          </w:tcPr>
          <w:p w14:paraId="23A422DE" w14:textId="77777777" w:rsidR="00B87216" w:rsidRDefault="00B87216" w:rsidP="00491CD7">
            <w:r>
              <w:t xml:space="preserve">Time to make the muffins! </w:t>
            </w:r>
          </w:p>
        </w:tc>
      </w:tr>
      <w:tr w:rsidR="00B87216" w14:paraId="7FCCF644" w14:textId="77777777" w:rsidTr="00491CD7">
        <w:tc>
          <w:tcPr>
            <w:tcW w:w="2880" w:type="dxa"/>
          </w:tcPr>
          <w:p w14:paraId="560E95F7" w14:textId="77777777" w:rsidR="00B87216" w:rsidRDefault="00B87216" w:rsidP="00491CD7">
            <w:r>
              <w:t>01:20:20:26</w:t>
            </w:r>
          </w:p>
        </w:tc>
        <w:tc>
          <w:tcPr>
            <w:tcW w:w="2880" w:type="dxa"/>
          </w:tcPr>
          <w:p w14:paraId="089C155A" w14:textId="77777777" w:rsidR="00B87216" w:rsidRDefault="00B87216" w:rsidP="00491CD7"/>
        </w:tc>
        <w:tc>
          <w:tcPr>
            <w:tcW w:w="2880" w:type="dxa"/>
          </w:tcPr>
          <w:p w14:paraId="66EBD165" w14:textId="77777777" w:rsidR="00B87216" w:rsidRDefault="00B87216" w:rsidP="00491CD7">
            <w:r>
              <w:t xml:space="preserve">[humming] </w:t>
            </w:r>
          </w:p>
        </w:tc>
      </w:tr>
      <w:tr w:rsidR="00B87216" w14:paraId="04669355" w14:textId="77777777" w:rsidTr="00491CD7">
        <w:tc>
          <w:tcPr>
            <w:tcW w:w="2880" w:type="dxa"/>
          </w:tcPr>
          <w:p w14:paraId="75108217" w14:textId="77777777" w:rsidR="00B87216" w:rsidRDefault="00B87216" w:rsidP="00491CD7">
            <w:r>
              <w:t>01:20:22:00</w:t>
            </w:r>
          </w:p>
        </w:tc>
        <w:tc>
          <w:tcPr>
            <w:tcW w:w="2880" w:type="dxa"/>
          </w:tcPr>
          <w:p w14:paraId="155BA212" w14:textId="77777777" w:rsidR="00B87216" w:rsidRDefault="00B87216" w:rsidP="00491CD7"/>
        </w:tc>
        <w:tc>
          <w:tcPr>
            <w:tcW w:w="2880" w:type="dxa"/>
          </w:tcPr>
          <w:p w14:paraId="77654DCC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Goodbye, Mr. Raccoon. </w:t>
            </w:r>
          </w:p>
        </w:tc>
      </w:tr>
      <w:tr w:rsidR="00B87216" w14:paraId="57F19FA3" w14:textId="77777777" w:rsidTr="00491CD7">
        <w:tc>
          <w:tcPr>
            <w:tcW w:w="2880" w:type="dxa"/>
          </w:tcPr>
          <w:p w14:paraId="6E2EE00B" w14:textId="77777777" w:rsidR="00B87216" w:rsidRDefault="00B87216" w:rsidP="00491CD7">
            <w:r>
              <w:t>01:20:23:15</w:t>
            </w:r>
          </w:p>
        </w:tc>
        <w:tc>
          <w:tcPr>
            <w:tcW w:w="2880" w:type="dxa"/>
          </w:tcPr>
          <w:p w14:paraId="175600BB" w14:textId="77777777" w:rsidR="00B87216" w:rsidRDefault="00B87216" w:rsidP="00491CD7"/>
        </w:tc>
        <w:tc>
          <w:tcPr>
            <w:tcW w:w="2880" w:type="dxa"/>
          </w:tcPr>
          <w:p w14:paraId="5966CDCA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Bye! </w:t>
            </w:r>
          </w:p>
        </w:tc>
      </w:tr>
      <w:tr w:rsidR="00B87216" w14:paraId="2CA3CDC4" w14:textId="77777777" w:rsidTr="00491CD7">
        <w:tc>
          <w:tcPr>
            <w:tcW w:w="2880" w:type="dxa"/>
          </w:tcPr>
          <w:p w14:paraId="6B862793" w14:textId="77777777" w:rsidR="00B87216" w:rsidRDefault="00B87216" w:rsidP="00491CD7">
            <w:r>
              <w:t>01:20:24:17</w:t>
            </w:r>
          </w:p>
        </w:tc>
        <w:tc>
          <w:tcPr>
            <w:tcW w:w="2880" w:type="dxa"/>
          </w:tcPr>
          <w:p w14:paraId="14A919CE" w14:textId="77777777" w:rsidR="00B87216" w:rsidRDefault="00B87216" w:rsidP="00491CD7"/>
        </w:tc>
        <w:tc>
          <w:tcPr>
            <w:tcW w:w="2880" w:type="dxa"/>
          </w:tcPr>
          <w:p w14:paraId="364FC0CA" w14:textId="77777777" w:rsidR="00B87216" w:rsidRDefault="00B87216" w:rsidP="00491CD7">
            <w:r>
              <w:t xml:space="preserve">Wow, mom. </w:t>
            </w:r>
          </w:p>
        </w:tc>
      </w:tr>
      <w:tr w:rsidR="00B87216" w14:paraId="54297642" w14:textId="77777777" w:rsidTr="00491CD7">
        <w:tc>
          <w:tcPr>
            <w:tcW w:w="2880" w:type="dxa"/>
          </w:tcPr>
          <w:p w14:paraId="23199D84" w14:textId="77777777" w:rsidR="00B87216" w:rsidRDefault="00B87216" w:rsidP="00491CD7">
            <w:r>
              <w:t>01:20:25:17</w:t>
            </w:r>
          </w:p>
        </w:tc>
        <w:tc>
          <w:tcPr>
            <w:tcW w:w="2880" w:type="dxa"/>
          </w:tcPr>
          <w:p w14:paraId="28BC851B" w14:textId="77777777" w:rsidR="00B87216" w:rsidRDefault="00B87216" w:rsidP="00491CD7"/>
        </w:tc>
        <w:tc>
          <w:tcPr>
            <w:tcW w:w="2880" w:type="dxa"/>
          </w:tcPr>
          <w:p w14:paraId="634B2078" w14:textId="77777777" w:rsidR="00B87216" w:rsidRDefault="00B87216" w:rsidP="00491CD7">
            <w:r>
              <w:t xml:space="preserve">There sure is a lot going on in the forest at night! </w:t>
            </w:r>
          </w:p>
        </w:tc>
      </w:tr>
      <w:tr w:rsidR="00B87216" w14:paraId="1AB61861" w14:textId="77777777" w:rsidTr="00491CD7">
        <w:tc>
          <w:tcPr>
            <w:tcW w:w="2880" w:type="dxa"/>
          </w:tcPr>
          <w:p w14:paraId="55AA9393" w14:textId="77777777" w:rsidR="00B87216" w:rsidRDefault="00B87216" w:rsidP="00491CD7">
            <w:r>
              <w:t>01:20:28:20</w:t>
            </w:r>
          </w:p>
        </w:tc>
        <w:tc>
          <w:tcPr>
            <w:tcW w:w="2880" w:type="dxa"/>
          </w:tcPr>
          <w:p w14:paraId="0BEC40D4" w14:textId="77777777" w:rsidR="00B87216" w:rsidRDefault="00B87216" w:rsidP="00491CD7"/>
        </w:tc>
        <w:tc>
          <w:tcPr>
            <w:tcW w:w="2880" w:type="dxa"/>
          </w:tcPr>
          <w:p w14:paraId="017FB101" w14:textId="77777777" w:rsidR="00B87216" w:rsidRDefault="00B87216" w:rsidP="00491CD7">
            <w:r>
              <w:t xml:space="preserve">[ººº] </w:t>
            </w:r>
          </w:p>
        </w:tc>
      </w:tr>
      <w:tr w:rsidR="00B87216" w14:paraId="46FF354A" w14:textId="77777777" w:rsidTr="00491CD7">
        <w:tc>
          <w:tcPr>
            <w:tcW w:w="2880" w:type="dxa"/>
          </w:tcPr>
          <w:p w14:paraId="56D210BD" w14:textId="77777777" w:rsidR="00B87216" w:rsidRDefault="00B87216" w:rsidP="00491CD7">
            <w:r>
              <w:t>01:20:32:12</w:t>
            </w:r>
          </w:p>
        </w:tc>
        <w:tc>
          <w:tcPr>
            <w:tcW w:w="2880" w:type="dxa"/>
          </w:tcPr>
          <w:p w14:paraId="53D8FD49" w14:textId="77777777" w:rsidR="00B87216" w:rsidRDefault="00B87216" w:rsidP="00491CD7"/>
        </w:tc>
        <w:tc>
          <w:tcPr>
            <w:tcW w:w="2880" w:type="dxa"/>
          </w:tcPr>
          <w:p w14:paraId="4679BAC7" w14:textId="77777777" w:rsidR="00B87216" w:rsidRDefault="00B87216" w:rsidP="00491CD7">
            <w:r>
              <w:t xml:space="preserve">[singing] º I thought that the forest was quiet at night. º </w:t>
            </w:r>
          </w:p>
        </w:tc>
      </w:tr>
      <w:tr w:rsidR="00B87216" w14:paraId="3FD270EA" w14:textId="77777777" w:rsidTr="00491CD7">
        <w:tc>
          <w:tcPr>
            <w:tcW w:w="2880" w:type="dxa"/>
          </w:tcPr>
          <w:p w14:paraId="47AC3F49" w14:textId="77777777" w:rsidR="00B87216" w:rsidRDefault="00B87216" w:rsidP="00491CD7">
            <w:r>
              <w:t>01:20:38:19</w:t>
            </w:r>
          </w:p>
        </w:tc>
        <w:tc>
          <w:tcPr>
            <w:tcW w:w="2880" w:type="dxa"/>
          </w:tcPr>
          <w:p w14:paraId="3604A079" w14:textId="77777777" w:rsidR="00B87216" w:rsidRDefault="00B87216" w:rsidP="00491CD7"/>
        </w:tc>
        <w:tc>
          <w:tcPr>
            <w:tcW w:w="2880" w:type="dxa"/>
          </w:tcPr>
          <w:p w14:paraId="6A8D0A56" w14:textId="77777777" w:rsidR="00B87216" w:rsidRDefault="00B87216" w:rsidP="00491CD7"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now that I have my trusty flashlight, º </w:t>
            </w:r>
          </w:p>
        </w:tc>
      </w:tr>
      <w:tr w:rsidR="00B87216" w14:paraId="6DFD9BA9" w14:textId="77777777" w:rsidTr="00491CD7">
        <w:tc>
          <w:tcPr>
            <w:tcW w:w="2880" w:type="dxa"/>
          </w:tcPr>
          <w:p w14:paraId="07429B86" w14:textId="77777777" w:rsidR="00B87216" w:rsidRDefault="00B87216" w:rsidP="00491CD7">
            <w:r>
              <w:t>01:20:44:25</w:t>
            </w:r>
          </w:p>
        </w:tc>
        <w:tc>
          <w:tcPr>
            <w:tcW w:w="2880" w:type="dxa"/>
          </w:tcPr>
          <w:p w14:paraId="21552758" w14:textId="77777777" w:rsidR="00B87216" w:rsidRDefault="00B87216" w:rsidP="00491CD7"/>
        </w:tc>
        <w:tc>
          <w:tcPr>
            <w:tcW w:w="2880" w:type="dxa"/>
          </w:tcPr>
          <w:p w14:paraId="5AD30F44" w14:textId="77777777" w:rsidR="00B87216" w:rsidRDefault="00B87216" w:rsidP="00491CD7">
            <w:r>
              <w:t xml:space="preserve">º I see worms and bugs and lizards, too! º </w:t>
            </w:r>
          </w:p>
        </w:tc>
      </w:tr>
      <w:tr w:rsidR="00B87216" w14:paraId="513CEC84" w14:textId="77777777" w:rsidTr="00491CD7">
        <w:tc>
          <w:tcPr>
            <w:tcW w:w="2880" w:type="dxa"/>
          </w:tcPr>
          <w:p w14:paraId="35499B2E" w14:textId="77777777" w:rsidR="00B87216" w:rsidRDefault="00B87216" w:rsidP="00491CD7">
            <w:r>
              <w:t>01:20:51:11</w:t>
            </w:r>
          </w:p>
        </w:tc>
        <w:tc>
          <w:tcPr>
            <w:tcW w:w="2880" w:type="dxa"/>
          </w:tcPr>
          <w:p w14:paraId="63D3060E" w14:textId="77777777" w:rsidR="00B87216" w:rsidRDefault="00B87216" w:rsidP="00491CD7"/>
        </w:tc>
        <w:tc>
          <w:tcPr>
            <w:tcW w:w="2880" w:type="dxa"/>
          </w:tcPr>
          <w:p w14:paraId="319C38D4" w14:textId="77777777" w:rsidR="00B87216" w:rsidRDefault="00B87216" w:rsidP="00491CD7">
            <w:r>
              <w:t xml:space="preserve">º But I still wonder who said... º </w:t>
            </w:r>
          </w:p>
        </w:tc>
      </w:tr>
      <w:tr w:rsidR="00B87216" w14:paraId="3897DB92" w14:textId="77777777" w:rsidTr="00491CD7">
        <w:tc>
          <w:tcPr>
            <w:tcW w:w="2880" w:type="dxa"/>
          </w:tcPr>
          <w:p w14:paraId="294A5314" w14:textId="77777777" w:rsidR="00B87216" w:rsidRDefault="00B87216" w:rsidP="00491CD7">
            <w:r>
              <w:lastRenderedPageBreak/>
              <w:t>01:20:55:21</w:t>
            </w:r>
          </w:p>
        </w:tc>
        <w:tc>
          <w:tcPr>
            <w:tcW w:w="2880" w:type="dxa"/>
          </w:tcPr>
          <w:p w14:paraId="2361F8EA" w14:textId="77777777" w:rsidR="00B87216" w:rsidRDefault="00B87216" w:rsidP="00491CD7"/>
        </w:tc>
        <w:tc>
          <w:tcPr>
            <w:tcW w:w="2880" w:type="dxa"/>
          </w:tcPr>
          <w:p w14:paraId="0096E9E6" w14:textId="77777777" w:rsidR="00B87216" w:rsidRDefault="00B87216" w:rsidP="00491CD7">
            <w:r>
              <w:t xml:space="preserve">º </w:t>
            </w:r>
            <w:proofErr w:type="spellStart"/>
            <w:r>
              <w:t>Whooooo</w:t>
            </w:r>
            <w:proofErr w:type="spellEnd"/>
            <w:r>
              <w:t xml:space="preserve">! º </w:t>
            </w:r>
          </w:p>
        </w:tc>
      </w:tr>
      <w:tr w:rsidR="00B87216" w14:paraId="12CF3554" w14:textId="77777777" w:rsidTr="00491CD7">
        <w:tc>
          <w:tcPr>
            <w:tcW w:w="2880" w:type="dxa"/>
          </w:tcPr>
          <w:p w14:paraId="34CF40AA" w14:textId="77777777" w:rsidR="00B87216" w:rsidRDefault="00B87216" w:rsidP="00491CD7">
            <w:r>
              <w:t>01:20:58:19</w:t>
            </w:r>
          </w:p>
        </w:tc>
        <w:tc>
          <w:tcPr>
            <w:tcW w:w="2880" w:type="dxa"/>
          </w:tcPr>
          <w:p w14:paraId="0DF089C9" w14:textId="77777777" w:rsidR="00B87216" w:rsidRDefault="00B87216" w:rsidP="00491CD7"/>
        </w:tc>
        <w:tc>
          <w:tcPr>
            <w:tcW w:w="2880" w:type="dxa"/>
          </w:tcPr>
          <w:p w14:paraId="5FE29732" w14:textId="77777777" w:rsidR="00B87216" w:rsidRDefault="00B87216" w:rsidP="00491CD7">
            <w:r>
              <w:t xml:space="preserve">[owl hoots] </w:t>
            </w:r>
          </w:p>
        </w:tc>
      </w:tr>
      <w:tr w:rsidR="00B87216" w14:paraId="1F1C6DF5" w14:textId="77777777" w:rsidTr="00491CD7">
        <w:tc>
          <w:tcPr>
            <w:tcW w:w="2880" w:type="dxa"/>
          </w:tcPr>
          <w:p w14:paraId="323D9B07" w14:textId="77777777" w:rsidR="00B87216" w:rsidRDefault="00B87216" w:rsidP="00491CD7">
            <w:r>
              <w:t>01:21:00:14</w:t>
            </w:r>
          </w:p>
        </w:tc>
        <w:tc>
          <w:tcPr>
            <w:tcW w:w="2880" w:type="dxa"/>
          </w:tcPr>
          <w:p w14:paraId="00712846" w14:textId="77777777" w:rsidR="00B87216" w:rsidRDefault="00B87216" w:rsidP="00491CD7"/>
        </w:tc>
        <w:tc>
          <w:tcPr>
            <w:tcW w:w="2880" w:type="dxa"/>
          </w:tcPr>
          <w:p w14:paraId="1022B8E9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There it is again! </w:t>
            </w:r>
          </w:p>
        </w:tc>
      </w:tr>
      <w:tr w:rsidR="00B87216" w14:paraId="1D3D9AEA" w14:textId="77777777" w:rsidTr="00491CD7">
        <w:tc>
          <w:tcPr>
            <w:tcW w:w="2880" w:type="dxa"/>
          </w:tcPr>
          <w:p w14:paraId="20B30E89" w14:textId="77777777" w:rsidR="00B87216" w:rsidRDefault="00B87216" w:rsidP="00491CD7">
            <w:r>
              <w:t>01:21:04:02</w:t>
            </w:r>
          </w:p>
        </w:tc>
        <w:tc>
          <w:tcPr>
            <w:tcW w:w="2880" w:type="dxa"/>
          </w:tcPr>
          <w:p w14:paraId="10415448" w14:textId="77777777" w:rsidR="00B87216" w:rsidRDefault="00B87216" w:rsidP="00491CD7"/>
        </w:tc>
        <w:tc>
          <w:tcPr>
            <w:tcW w:w="2880" w:type="dxa"/>
          </w:tcPr>
          <w:p w14:paraId="354B1A52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[gasp!] Look! </w:t>
            </w:r>
          </w:p>
        </w:tc>
      </w:tr>
      <w:tr w:rsidR="00B87216" w14:paraId="36B91DB8" w14:textId="77777777" w:rsidTr="00491CD7">
        <w:tc>
          <w:tcPr>
            <w:tcW w:w="2880" w:type="dxa"/>
          </w:tcPr>
          <w:p w14:paraId="5F6CBA0B" w14:textId="77777777" w:rsidR="00B87216" w:rsidRDefault="00B87216" w:rsidP="00491CD7">
            <w:r>
              <w:t>01:21:05:16</w:t>
            </w:r>
          </w:p>
        </w:tc>
        <w:tc>
          <w:tcPr>
            <w:tcW w:w="2880" w:type="dxa"/>
          </w:tcPr>
          <w:p w14:paraId="692A0E93" w14:textId="77777777" w:rsidR="00B87216" w:rsidRDefault="00B87216" w:rsidP="00491CD7"/>
        </w:tc>
        <w:tc>
          <w:tcPr>
            <w:tcW w:w="2880" w:type="dxa"/>
          </w:tcPr>
          <w:p w14:paraId="0D7E0601" w14:textId="77777777" w:rsidR="00B87216" w:rsidRDefault="00B87216" w:rsidP="00491CD7">
            <w:r>
              <w:t xml:space="preserve">[owl hooting] </w:t>
            </w:r>
          </w:p>
        </w:tc>
      </w:tr>
      <w:tr w:rsidR="00B87216" w14:paraId="5D63BDD7" w14:textId="77777777" w:rsidTr="00491CD7">
        <w:tc>
          <w:tcPr>
            <w:tcW w:w="2880" w:type="dxa"/>
          </w:tcPr>
          <w:p w14:paraId="76B5EF03" w14:textId="77777777" w:rsidR="00B87216" w:rsidRDefault="00B87216" w:rsidP="00491CD7">
            <w:r>
              <w:t>01:21:08:07</w:t>
            </w:r>
          </w:p>
        </w:tc>
        <w:tc>
          <w:tcPr>
            <w:tcW w:w="2880" w:type="dxa"/>
          </w:tcPr>
          <w:p w14:paraId="3C9F37C2" w14:textId="77777777" w:rsidR="00B87216" w:rsidRDefault="00B87216" w:rsidP="00491CD7"/>
        </w:tc>
        <w:tc>
          <w:tcPr>
            <w:tcW w:w="2880" w:type="dxa"/>
          </w:tcPr>
          <w:p w14:paraId="432AD615" w14:textId="77777777" w:rsidR="00B87216" w:rsidRDefault="00B87216" w:rsidP="00491CD7">
            <w:r>
              <w:rPr>
                <w:b/>
              </w:rPr>
              <w:t xml:space="preserve">ELINOR: </w:t>
            </w:r>
            <w:proofErr w:type="spellStart"/>
            <w:r>
              <w:t>Wooooow</w:t>
            </w:r>
            <w:proofErr w:type="spellEnd"/>
            <w:r>
              <w:t xml:space="preserve">! </w:t>
            </w:r>
          </w:p>
        </w:tc>
      </w:tr>
      <w:tr w:rsidR="00B87216" w14:paraId="4C217A83" w14:textId="77777777" w:rsidTr="00491CD7">
        <w:tc>
          <w:tcPr>
            <w:tcW w:w="2880" w:type="dxa"/>
          </w:tcPr>
          <w:p w14:paraId="5676D59E" w14:textId="77777777" w:rsidR="00B87216" w:rsidRDefault="00B87216" w:rsidP="00491CD7">
            <w:r>
              <w:t>01:21:14:00</w:t>
            </w:r>
          </w:p>
        </w:tc>
        <w:tc>
          <w:tcPr>
            <w:tcW w:w="2880" w:type="dxa"/>
          </w:tcPr>
          <w:p w14:paraId="27EDF98C" w14:textId="77777777" w:rsidR="00B87216" w:rsidRDefault="00B87216" w:rsidP="00491CD7"/>
        </w:tc>
        <w:tc>
          <w:tcPr>
            <w:tcW w:w="2880" w:type="dxa"/>
          </w:tcPr>
          <w:p w14:paraId="6F8B3FF5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Mom, that's the owl Ari, Olive and I saw on our way home! </w:t>
            </w:r>
          </w:p>
        </w:tc>
      </w:tr>
      <w:tr w:rsidR="00B87216" w14:paraId="322AA9E2" w14:textId="77777777" w:rsidTr="00491CD7">
        <w:tc>
          <w:tcPr>
            <w:tcW w:w="2880" w:type="dxa"/>
          </w:tcPr>
          <w:p w14:paraId="3B65CBA2" w14:textId="77777777" w:rsidR="00B87216" w:rsidRDefault="00B87216" w:rsidP="00491CD7">
            <w:r>
              <w:t>01:21:18:29</w:t>
            </w:r>
          </w:p>
        </w:tc>
        <w:tc>
          <w:tcPr>
            <w:tcW w:w="2880" w:type="dxa"/>
          </w:tcPr>
          <w:p w14:paraId="4B41C9BC" w14:textId="77777777" w:rsidR="00B87216" w:rsidRDefault="00B87216" w:rsidP="00491CD7"/>
        </w:tc>
        <w:tc>
          <w:tcPr>
            <w:tcW w:w="2880" w:type="dxa"/>
          </w:tcPr>
          <w:p w14:paraId="35E520DE" w14:textId="77777777" w:rsidR="00B87216" w:rsidRDefault="00B87216" w:rsidP="00491CD7">
            <w:r>
              <w:t xml:space="preserve">It's so quiet I almost didn't notice it fly by! </w:t>
            </w:r>
          </w:p>
        </w:tc>
      </w:tr>
      <w:tr w:rsidR="00B87216" w14:paraId="6F36C346" w14:textId="77777777" w:rsidTr="00491CD7">
        <w:tc>
          <w:tcPr>
            <w:tcW w:w="2880" w:type="dxa"/>
          </w:tcPr>
          <w:p w14:paraId="29C416A6" w14:textId="77777777" w:rsidR="00B87216" w:rsidRDefault="00B87216" w:rsidP="00491CD7">
            <w:r>
              <w:t>01:21:22:20</w:t>
            </w:r>
          </w:p>
        </w:tc>
        <w:tc>
          <w:tcPr>
            <w:tcW w:w="2880" w:type="dxa"/>
          </w:tcPr>
          <w:p w14:paraId="62A5A616" w14:textId="77777777" w:rsidR="00B87216" w:rsidRDefault="00B87216" w:rsidP="00491CD7"/>
        </w:tc>
        <w:tc>
          <w:tcPr>
            <w:tcW w:w="2880" w:type="dxa"/>
          </w:tcPr>
          <w:p w14:paraId="07E17449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That's because owls are amazing birds. </w:t>
            </w:r>
          </w:p>
        </w:tc>
      </w:tr>
      <w:tr w:rsidR="00B87216" w14:paraId="2A969887" w14:textId="77777777" w:rsidTr="00491CD7">
        <w:tc>
          <w:tcPr>
            <w:tcW w:w="2880" w:type="dxa"/>
          </w:tcPr>
          <w:p w14:paraId="22EE3B75" w14:textId="77777777" w:rsidR="00B87216" w:rsidRDefault="00B87216" w:rsidP="00491CD7">
            <w:r>
              <w:t>01:21:26:01</w:t>
            </w:r>
          </w:p>
        </w:tc>
        <w:tc>
          <w:tcPr>
            <w:tcW w:w="2880" w:type="dxa"/>
          </w:tcPr>
          <w:p w14:paraId="286BC80E" w14:textId="77777777" w:rsidR="00B87216" w:rsidRDefault="00B87216" w:rsidP="00491CD7"/>
        </w:tc>
        <w:tc>
          <w:tcPr>
            <w:tcW w:w="2880" w:type="dxa"/>
          </w:tcPr>
          <w:p w14:paraId="49E67EAD" w14:textId="77777777" w:rsidR="00B87216" w:rsidRDefault="00B87216" w:rsidP="00491CD7">
            <w:r>
              <w:t xml:space="preserve">They're silent flyers. </w:t>
            </w:r>
          </w:p>
        </w:tc>
      </w:tr>
      <w:tr w:rsidR="00B87216" w14:paraId="7D1FC68E" w14:textId="77777777" w:rsidTr="00491CD7">
        <w:tc>
          <w:tcPr>
            <w:tcW w:w="2880" w:type="dxa"/>
          </w:tcPr>
          <w:p w14:paraId="6E66392C" w14:textId="77777777" w:rsidR="00B87216" w:rsidRDefault="00B87216" w:rsidP="00491CD7">
            <w:r>
              <w:t>01:21:28:03</w:t>
            </w:r>
          </w:p>
        </w:tc>
        <w:tc>
          <w:tcPr>
            <w:tcW w:w="2880" w:type="dxa"/>
          </w:tcPr>
          <w:p w14:paraId="62AC4DC9" w14:textId="77777777" w:rsidR="00B87216" w:rsidRDefault="00B87216" w:rsidP="00491CD7"/>
        </w:tc>
        <w:tc>
          <w:tcPr>
            <w:tcW w:w="2880" w:type="dxa"/>
          </w:tcPr>
          <w:p w14:paraId="0730FB27" w14:textId="77777777" w:rsidR="00B87216" w:rsidRDefault="00B87216" w:rsidP="00491CD7">
            <w:r>
              <w:t xml:space="preserve">They have special feathers on their wings... </w:t>
            </w:r>
          </w:p>
        </w:tc>
      </w:tr>
      <w:tr w:rsidR="00B87216" w14:paraId="36A03FF7" w14:textId="77777777" w:rsidTr="00491CD7">
        <w:tc>
          <w:tcPr>
            <w:tcW w:w="2880" w:type="dxa"/>
          </w:tcPr>
          <w:p w14:paraId="4711290D" w14:textId="77777777" w:rsidR="00B87216" w:rsidRDefault="00B87216" w:rsidP="00491CD7">
            <w:r>
              <w:t>01:21:29:28</w:t>
            </w:r>
          </w:p>
        </w:tc>
        <w:tc>
          <w:tcPr>
            <w:tcW w:w="2880" w:type="dxa"/>
          </w:tcPr>
          <w:p w14:paraId="7860AE1D" w14:textId="77777777" w:rsidR="00B87216" w:rsidRDefault="00B87216" w:rsidP="00491CD7"/>
        </w:tc>
        <w:tc>
          <w:tcPr>
            <w:tcW w:w="2880" w:type="dxa"/>
          </w:tcPr>
          <w:p w14:paraId="300478EF" w14:textId="77777777" w:rsidR="00B87216" w:rsidRDefault="00B87216" w:rsidP="00491CD7">
            <w:r>
              <w:t xml:space="preserve">that don't make any sound. </w:t>
            </w:r>
          </w:p>
        </w:tc>
      </w:tr>
      <w:tr w:rsidR="00B87216" w14:paraId="5F9ED834" w14:textId="77777777" w:rsidTr="00491CD7">
        <w:tc>
          <w:tcPr>
            <w:tcW w:w="2880" w:type="dxa"/>
          </w:tcPr>
          <w:p w14:paraId="3CC2CA16" w14:textId="77777777" w:rsidR="00B87216" w:rsidRDefault="00B87216" w:rsidP="00491CD7">
            <w:r>
              <w:t>01:21:33:24</w:t>
            </w:r>
          </w:p>
        </w:tc>
        <w:tc>
          <w:tcPr>
            <w:tcW w:w="2880" w:type="dxa"/>
          </w:tcPr>
          <w:p w14:paraId="17CF824A" w14:textId="77777777" w:rsidR="00B87216" w:rsidRDefault="00B87216" w:rsidP="00491CD7"/>
        </w:tc>
        <w:tc>
          <w:tcPr>
            <w:tcW w:w="2880" w:type="dxa"/>
          </w:tcPr>
          <w:p w14:paraId="0EC611A0" w14:textId="77777777" w:rsidR="00B87216" w:rsidRDefault="00B87216" w:rsidP="00491CD7">
            <w:r>
              <w:rPr>
                <w:b/>
              </w:rPr>
              <w:t xml:space="preserve">ELINOR: </w:t>
            </w:r>
            <w:proofErr w:type="spellStart"/>
            <w:r>
              <w:t>Oooh</w:t>
            </w:r>
            <w:proofErr w:type="spellEnd"/>
            <w:r>
              <w:t xml:space="preserve">... </w:t>
            </w:r>
          </w:p>
        </w:tc>
      </w:tr>
      <w:tr w:rsidR="00B87216" w14:paraId="5720B07D" w14:textId="77777777" w:rsidTr="00491CD7">
        <w:tc>
          <w:tcPr>
            <w:tcW w:w="2880" w:type="dxa"/>
          </w:tcPr>
          <w:p w14:paraId="6BD91BC1" w14:textId="77777777" w:rsidR="00B87216" w:rsidRDefault="00B87216" w:rsidP="00491CD7">
            <w:r>
              <w:t>01:21:36:04</w:t>
            </w:r>
          </w:p>
        </w:tc>
        <w:tc>
          <w:tcPr>
            <w:tcW w:w="2880" w:type="dxa"/>
          </w:tcPr>
          <w:p w14:paraId="030AA54A" w14:textId="77777777" w:rsidR="00B87216" w:rsidRDefault="00B87216" w:rsidP="00491CD7"/>
        </w:tc>
        <w:tc>
          <w:tcPr>
            <w:tcW w:w="2880" w:type="dxa"/>
          </w:tcPr>
          <w:p w14:paraId="4A73CA32" w14:textId="77777777" w:rsidR="00B87216" w:rsidRDefault="00B87216" w:rsidP="00491CD7">
            <w:r>
              <w:t xml:space="preserve">[owl hoots] </w:t>
            </w:r>
          </w:p>
        </w:tc>
      </w:tr>
      <w:tr w:rsidR="00B87216" w14:paraId="703BE6E7" w14:textId="77777777" w:rsidTr="00491CD7">
        <w:tc>
          <w:tcPr>
            <w:tcW w:w="2880" w:type="dxa"/>
          </w:tcPr>
          <w:p w14:paraId="1C1F9177" w14:textId="77777777" w:rsidR="00B87216" w:rsidRDefault="00B87216" w:rsidP="00491CD7">
            <w:r>
              <w:t>01:21:37:12</w:t>
            </w:r>
          </w:p>
        </w:tc>
        <w:tc>
          <w:tcPr>
            <w:tcW w:w="2880" w:type="dxa"/>
          </w:tcPr>
          <w:p w14:paraId="021C44D9" w14:textId="77777777" w:rsidR="00B87216" w:rsidRDefault="00B87216" w:rsidP="00491CD7"/>
        </w:tc>
        <w:tc>
          <w:tcPr>
            <w:tcW w:w="2880" w:type="dxa"/>
          </w:tcPr>
          <w:p w14:paraId="1189D84E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Wait a minute. </w:t>
            </w:r>
          </w:p>
        </w:tc>
      </w:tr>
      <w:tr w:rsidR="00B87216" w14:paraId="706A8E42" w14:textId="77777777" w:rsidTr="00491CD7">
        <w:tc>
          <w:tcPr>
            <w:tcW w:w="2880" w:type="dxa"/>
          </w:tcPr>
          <w:p w14:paraId="45161019" w14:textId="77777777" w:rsidR="00B87216" w:rsidRDefault="00B87216" w:rsidP="00491CD7">
            <w:r>
              <w:t>01:21:38:23</w:t>
            </w:r>
          </w:p>
        </w:tc>
        <w:tc>
          <w:tcPr>
            <w:tcW w:w="2880" w:type="dxa"/>
          </w:tcPr>
          <w:p w14:paraId="7A746360" w14:textId="77777777" w:rsidR="00B87216" w:rsidRDefault="00B87216" w:rsidP="00491CD7"/>
        </w:tc>
        <w:tc>
          <w:tcPr>
            <w:tcW w:w="2880" w:type="dxa"/>
          </w:tcPr>
          <w:p w14:paraId="5E1540FA" w14:textId="77777777" w:rsidR="00B87216" w:rsidRDefault="00B87216" w:rsidP="00491CD7">
            <w:r>
              <w:t>That's who's been saying "</w:t>
            </w:r>
            <w:proofErr w:type="spellStart"/>
            <w:r>
              <w:t>whoo</w:t>
            </w:r>
            <w:proofErr w:type="spellEnd"/>
            <w:r>
              <w:t xml:space="preserve">!" </w:t>
            </w:r>
          </w:p>
        </w:tc>
      </w:tr>
      <w:tr w:rsidR="00B87216" w14:paraId="119A4FA6" w14:textId="77777777" w:rsidTr="00491CD7">
        <w:tc>
          <w:tcPr>
            <w:tcW w:w="2880" w:type="dxa"/>
          </w:tcPr>
          <w:p w14:paraId="42E07934" w14:textId="77777777" w:rsidR="00B87216" w:rsidRDefault="00B87216" w:rsidP="00491CD7">
            <w:r>
              <w:t>01:21:41:09</w:t>
            </w:r>
          </w:p>
        </w:tc>
        <w:tc>
          <w:tcPr>
            <w:tcW w:w="2880" w:type="dxa"/>
          </w:tcPr>
          <w:p w14:paraId="3896AA37" w14:textId="77777777" w:rsidR="00B87216" w:rsidRDefault="00B87216" w:rsidP="00491CD7"/>
        </w:tc>
        <w:tc>
          <w:tcPr>
            <w:tcW w:w="2880" w:type="dxa"/>
          </w:tcPr>
          <w:p w14:paraId="070CD028" w14:textId="77777777" w:rsidR="00B87216" w:rsidRDefault="00B87216" w:rsidP="00491CD7">
            <w:r>
              <w:t xml:space="preserve">It's the Owl!! </w:t>
            </w:r>
          </w:p>
        </w:tc>
      </w:tr>
      <w:tr w:rsidR="00B87216" w14:paraId="376C1D7D" w14:textId="77777777" w:rsidTr="00491CD7">
        <w:tc>
          <w:tcPr>
            <w:tcW w:w="2880" w:type="dxa"/>
          </w:tcPr>
          <w:p w14:paraId="67EE40DC" w14:textId="77777777" w:rsidR="00B87216" w:rsidRDefault="00B87216" w:rsidP="00491CD7">
            <w:r>
              <w:t>01:21:42:25</w:t>
            </w:r>
          </w:p>
        </w:tc>
        <w:tc>
          <w:tcPr>
            <w:tcW w:w="2880" w:type="dxa"/>
          </w:tcPr>
          <w:p w14:paraId="3A3B228C" w14:textId="77777777" w:rsidR="00B87216" w:rsidRDefault="00B87216" w:rsidP="00491CD7"/>
        </w:tc>
        <w:tc>
          <w:tcPr>
            <w:tcW w:w="2880" w:type="dxa"/>
          </w:tcPr>
          <w:p w14:paraId="09A91A8C" w14:textId="77777777" w:rsidR="00B87216" w:rsidRDefault="00B87216" w:rsidP="00491CD7">
            <w:r>
              <w:t xml:space="preserve">He's up late, just like Mr. Raccoon! </w:t>
            </w:r>
          </w:p>
        </w:tc>
      </w:tr>
      <w:tr w:rsidR="00B87216" w14:paraId="2A7D56E3" w14:textId="77777777" w:rsidTr="00491CD7">
        <w:tc>
          <w:tcPr>
            <w:tcW w:w="2880" w:type="dxa"/>
          </w:tcPr>
          <w:p w14:paraId="49B419D4" w14:textId="77777777" w:rsidR="00B87216" w:rsidRDefault="00B87216" w:rsidP="00491CD7">
            <w:r>
              <w:t>01:21:45:14</w:t>
            </w:r>
          </w:p>
        </w:tc>
        <w:tc>
          <w:tcPr>
            <w:tcW w:w="2880" w:type="dxa"/>
          </w:tcPr>
          <w:p w14:paraId="1D4FB68E" w14:textId="77777777" w:rsidR="00B87216" w:rsidRDefault="00B87216" w:rsidP="00491CD7"/>
        </w:tc>
        <w:tc>
          <w:tcPr>
            <w:tcW w:w="2880" w:type="dxa"/>
          </w:tcPr>
          <w:p w14:paraId="161B2594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Yep, owls are nocturnal. </w:t>
            </w:r>
          </w:p>
        </w:tc>
      </w:tr>
      <w:tr w:rsidR="00B87216" w14:paraId="0E6F8E59" w14:textId="77777777" w:rsidTr="00491CD7">
        <w:tc>
          <w:tcPr>
            <w:tcW w:w="2880" w:type="dxa"/>
          </w:tcPr>
          <w:p w14:paraId="257B1E2E" w14:textId="77777777" w:rsidR="00B87216" w:rsidRDefault="00B87216" w:rsidP="00491CD7">
            <w:r>
              <w:lastRenderedPageBreak/>
              <w:t>01:21:47:23</w:t>
            </w:r>
          </w:p>
        </w:tc>
        <w:tc>
          <w:tcPr>
            <w:tcW w:w="2880" w:type="dxa"/>
          </w:tcPr>
          <w:p w14:paraId="7F418AC5" w14:textId="77777777" w:rsidR="00B87216" w:rsidRDefault="00B87216" w:rsidP="00491CD7"/>
        </w:tc>
        <w:tc>
          <w:tcPr>
            <w:tcW w:w="2880" w:type="dxa"/>
          </w:tcPr>
          <w:p w14:paraId="1075B363" w14:textId="77777777" w:rsidR="00B87216" w:rsidRDefault="00B87216" w:rsidP="00491CD7">
            <w:r>
              <w:t xml:space="preserve">That means they stay awake at night. </w:t>
            </w:r>
          </w:p>
        </w:tc>
      </w:tr>
      <w:tr w:rsidR="00B87216" w14:paraId="718F239E" w14:textId="77777777" w:rsidTr="00491CD7">
        <w:tc>
          <w:tcPr>
            <w:tcW w:w="2880" w:type="dxa"/>
          </w:tcPr>
          <w:p w14:paraId="68B49457" w14:textId="77777777" w:rsidR="00B87216" w:rsidRDefault="00B87216" w:rsidP="00491CD7">
            <w:r>
              <w:t>01:21:49:20</w:t>
            </w:r>
          </w:p>
        </w:tc>
        <w:tc>
          <w:tcPr>
            <w:tcW w:w="2880" w:type="dxa"/>
          </w:tcPr>
          <w:p w14:paraId="72ABCDA8" w14:textId="77777777" w:rsidR="00B87216" w:rsidRDefault="00B87216" w:rsidP="00491CD7"/>
        </w:tc>
        <w:tc>
          <w:tcPr>
            <w:tcW w:w="2880" w:type="dxa"/>
          </w:tcPr>
          <w:p w14:paraId="43FD9021" w14:textId="77777777" w:rsidR="00B87216" w:rsidRDefault="00B87216" w:rsidP="00491CD7">
            <w:r>
              <w:t xml:space="preserve">[owl hoots] </w:t>
            </w:r>
          </w:p>
        </w:tc>
      </w:tr>
      <w:tr w:rsidR="00B87216" w14:paraId="3CC0A4EF" w14:textId="77777777" w:rsidTr="00491CD7">
        <w:tc>
          <w:tcPr>
            <w:tcW w:w="2880" w:type="dxa"/>
          </w:tcPr>
          <w:p w14:paraId="1B56583D" w14:textId="77777777" w:rsidR="00B87216" w:rsidRDefault="00B87216" w:rsidP="00491CD7">
            <w:r>
              <w:t>01:21:51:04</w:t>
            </w:r>
          </w:p>
        </w:tc>
        <w:tc>
          <w:tcPr>
            <w:tcW w:w="2880" w:type="dxa"/>
          </w:tcPr>
          <w:p w14:paraId="5A83EF1B" w14:textId="77777777" w:rsidR="00B87216" w:rsidRDefault="00B87216" w:rsidP="00491CD7"/>
        </w:tc>
        <w:tc>
          <w:tcPr>
            <w:tcW w:w="2880" w:type="dxa"/>
          </w:tcPr>
          <w:p w14:paraId="1278BB93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But why? </w:t>
            </w:r>
          </w:p>
        </w:tc>
      </w:tr>
      <w:tr w:rsidR="00B87216" w14:paraId="4D21002F" w14:textId="77777777" w:rsidTr="00491CD7">
        <w:tc>
          <w:tcPr>
            <w:tcW w:w="2880" w:type="dxa"/>
          </w:tcPr>
          <w:p w14:paraId="458436F2" w14:textId="77777777" w:rsidR="00B87216" w:rsidRDefault="00B87216" w:rsidP="00491CD7">
            <w:r>
              <w:t>01:21:52:25</w:t>
            </w:r>
          </w:p>
        </w:tc>
        <w:tc>
          <w:tcPr>
            <w:tcW w:w="2880" w:type="dxa"/>
          </w:tcPr>
          <w:p w14:paraId="7C3CBEBF" w14:textId="77777777" w:rsidR="00B87216" w:rsidRDefault="00B87216" w:rsidP="00491CD7"/>
        </w:tc>
        <w:tc>
          <w:tcPr>
            <w:tcW w:w="2880" w:type="dxa"/>
          </w:tcPr>
          <w:p w14:paraId="416EA79D" w14:textId="77777777" w:rsidR="00B87216" w:rsidRDefault="00B87216" w:rsidP="00491CD7">
            <w:r>
              <w:t xml:space="preserve">Does the Owl work at a bakery too? </w:t>
            </w:r>
          </w:p>
        </w:tc>
      </w:tr>
      <w:tr w:rsidR="00B87216" w14:paraId="4612E302" w14:textId="77777777" w:rsidTr="00491CD7">
        <w:tc>
          <w:tcPr>
            <w:tcW w:w="2880" w:type="dxa"/>
          </w:tcPr>
          <w:p w14:paraId="0610F63A" w14:textId="77777777" w:rsidR="00B87216" w:rsidRDefault="00B87216" w:rsidP="00491CD7">
            <w:r>
              <w:t>01:21:55:11</w:t>
            </w:r>
          </w:p>
        </w:tc>
        <w:tc>
          <w:tcPr>
            <w:tcW w:w="2880" w:type="dxa"/>
          </w:tcPr>
          <w:p w14:paraId="53C2B8CE" w14:textId="77777777" w:rsidR="00B87216" w:rsidRDefault="00B87216" w:rsidP="00491CD7"/>
        </w:tc>
        <w:tc>
          <w:tcPr>
            <w:tcW w:w="2880" w:type="dxa"/>
          </w:tcPr>
          <w:p w14:paraId="70389757" w14:textId="77777777" w:rsidR="00B87216" w:rsidRDefault="00B87216" w:rsidP="00491CD7">
            <w:r>
              <w:t xml:space="preserve">I didn't even know there were Owl bakeries. </w:t>
            </w:r>
          </w:p>
        </w:tc>
      </w:tr>
      <w:tr w:rsidR="00B87216" w14:paraId="3D68840B" w14:textId="77777777" w:rsidTr="00491CD7">
        <w:tc>
          <w:tcPr>
            <w:tcW w:w="2880" w:type="dxa"/>
          </w:tcPr>
          <w:p w14:paraId="5D9BAE0C" w14:textId="77777777" w:rsidR="00B87216" w:rsidRDefault="00B87216" w:rsidP="00491CD7">
            <w:r>
              <w:t>01:21:58:21</w:t>
            </w:r>
          </w:p>
        </w:tc>
        <w:tc>
          <w:tcPr>
            <w:tcW w:w="2880" w:type="dxa"/>
          </w:tcPr>
          <w:p w14:paraId="3870F8E6" w14:textId="77777777" w:rsidR="00B87216" w:rsidRDefault="00B87216" w:rsidP="00491CD7"/>
        </w:tc>
        <w:tc>
          <w:tcPr>
            <w:tcW w:w="2880" w:type="dxa"/>
          </w:tcPr>
          <w:p w14:paraId="610950AA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[chuckle] I don't think so! </w:t>
            </w:r>
          </w:p>
        </w:tc>
      </w:tr>
      <w:tr w:rsidR="00B87216" w14:paraId="10523434" w14:textId="77777777" w:rsidTr="00491CD7">
        <w:tc>
          <w:tcPr>
            <w:tcW w:w="2880" w:type="dxa"/>
          </w:tcPr>
          <w:p w14:paraId="6D9E5E41" w14:textId="77777777" w:rsidR="00B87216" w:rsidRDefault="00B87216" w:rsidP="00491CD7">
            <w:r>
              <w:t>01:22:00:10</w:t>
            </w:r>
          </w:p>
        </w:tc>
        <w:tc>
          <w:tcPr>
            <w:tcW w:w="2880" w:type="dxa"/>
          </w:tcPr>
          <w:p w14:paraId="6F92CFA8" w14:textId="77777777" w:rsidR="00B87216" w:rsidRDefault="00B87216" w:rsidP="00491CD7"/>
        </w:tc>
        <w:tc>
          <w:tcPr>
            <w:tcW w:w="2880" w:type="dxa"/>
          </w:tcPr>
          <w:p w14:paraId="6E355D89" w14:textId="77777777" w:rsidR="00B87216" w:rsidRDefault="00B87216" w:rsidP="00491CD7">
            <w:r>
              <w:t xml:space="preserve">Owls are awake at night because they eat things like bugs... </w:t>
            </w:r>
          </w:p>
        </w:tc>
      </w:tr>
      <w:tr w:rsidR="00B87216" w14:paraId="17C5DB7F" w14:textId="77777777" w:rsidTr="00491CD7">
        <w:tc>
          <w:tcPr>
            <w:tcW w:w="2880" w:type="dxa"/>
          </w:tcPr>
          <w:p w14:paraId="3CA963DE" w14:textId="77777777" w:rsidR="00B87216" w:rsidRDefault="00B87216" w:rsidP="00491CD7">
            <w:r>
              <w:t>01:22:03:22</w:t>
            </w:r>
          </w:p>
        </w:tc>
        <w:tc>
          <w:tcPr>
            <w:tcW w:w="2880" w:type="dxa"/>
          </w:tcPr>
          <w:p w14:paraId="4968FF3C" w14:textId="77777777" w:rsidR="00B87216" w:rsidRDefault="00B87216" w:rsidP="00491CD7"/>
        </w:tc>
        <w:tc>
          <w:tcPr>
            <w:tcW w:w="2880" w:type="dxa"/>
          </w:tcPr>
          <w:p w14:paraId="5C14747E" w14:textId="77777777" w:rsidR="00B87216" w:rsidRDefault="00B87216" w:rsidP="00491CD7">
            <w:r>
              <w:t xml:space="preserve">and worms that come out at night. </w:t>
            </w:r>
          </w:p>
        </w:tc>
      </w:tr>
      <w:tr w:rsidR="00B87216" w14:paraId="3369C394" w14:textId="77777777" w:rsidTr="00491CD7">
        <w:tc>
          <w:tcPr>
            <w:tcW w:w="2880" w:type="dxa"/>
          </w:tcPr>
          <w:p w14:paraId="1C8242D3" w14:textId="77777777" w:rsidR="00B87216" w:rsidRDefault="00B87216" w:rsidP="00491CD7">
            <w:r>
              <w:t>01:22:05:27</w:t>
            </w:r>
          </w:p>
        </w:tc>
        <w:tc>
          <w:tcPr>
            <w:tcW w:w="2880" w:type="dxa"/>
          </w:tcPr>
          <w:p w14:paraId="4C4A4828" w14:textId="77777777" w:rsidR="00B87216" w:rsidRDefault="00B87216" w:rsidP="00491CD7"/>
        </w:tc>
        <w:tc>
          <w:tcPr>
            <w:tcW w:w="2880" w:type="dxa"/>
          </w:tcPr>
          <w:p w14:paraId="58BF0683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They have super special eyes... </w:t>
            </w:r>
          </w:p>
        </w:tc>
      </w:tr>
      <w:tr w:rsidR="00B87216" w14:paraId="5ACE3F06" w14:textId="77777777" w:rsidTr="00491CD7">
        <w:tc>
          <w:tcPr>
            <w:tcW w:w="2880" w:type="dxa"/>
          </w:tcPr>
          <w:p w14:paraId="7B80E57F" w14:textId="77777777" w:rsidR="00B87216" w:rsidRDefault="00B87216" w:rsidP="00491CD7">
            <w:r>
              <w:t>01:22:07:13</w:t>
            </w:r>
          </w:p>
        </w:tc>
        <w:tc>
          <w:tcPr>
            <w:tcW w:w="2880" w:type="dxa"/>
          </w:tcPr>
          <w:p w14:paraId="1AF12616" w14:textId="77777777" w:rsidR="00B87216" w:rsidRDefault="00B87216" w:rsidP="00491CD7"/>
        </w:tc>
        <w:tc>
          <w:tcPr>
            <w:tcW w:w="2880" w:type="dxa"/>
          </w:tcPr>
          <w:p w14:paraId="304ED1AA" w14:textId="77777777" w:rsidR="00B87216" w:rsidRDefault="00B87216" w:rsidP="00491CD7">
            <w:r>
              <w:t xml:space="preserve">that are </w:t>
            </w:r>
            <w:proofErr w:type="gramStart"/>
            <w:r>
              <w:t>really good</w:t>
            </w:r>
            <w:proofErr w:type="gramEnd"/>
            <w:r>
              <w:t xml:space="preserve"> at seeing things in the dark. </w:t>
            </w:r>
          </w:p>
        </w:tc>
      </w:tr>
      <w:tr w:rsidR="00B87216" w14:paraId="6B22EFDB" w14:textId="77777777" w:rsidTr="00491CD7">
        <w:tc>
          <w:tcPr>
            <w:tcW w:w="2880" w:type="dxa"/>
          </w:tcPr>
          <w:p w14:paraId="3554A1F8" w14:textId="77777777" w:rsidR="00B87216" w:rsidRDefault="00B87216" w:rsidP="00491CD7">
            <w:r>
              <w:t>01:22:10:20</w:t>
            </w:r>
          </w:p>
        </w:tc>
        <w:tc>
          <w:tcPr>
            <w:tcW w:w="2880" w:type="dxa"/>
          </w:tcPr>
          <w:p w14:paraId="0AD68A4D" w14:textId="77777777" w:rsidR="00B87216" w:rsidRDefault="00B87216" w:rsidP="00491CD7"/>
        </w:tc>
        <w:tc>
          <w:tcPr>
            <w:tcW w:w="2880" w:type="dxa"/>
          </w:tcPr>
          <w:p w14:paraId="63847254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Wow! </w:t>
            </w:r>
          </w:p>
        </w:tc>
      </w:tr>
      <w:tr w:rsidR="00B87216" w14:paraId="7B1B0CC8" w14:textId="77777777" w:rsidTr="00491CD7">
        <w:tc>
          <w:tcPr>
            <w:tcW w:w="2880" w:type="dxa"/>
          </w:tcPr>
          <w:p w14:paraId="3658A19D" w14:textId="77777777" w:rsidR="00B87216" w:rsidRDefault="00B87216" w:rsidP="00491CD7">
            <w:r>
              <w:t>01:22:11:23</w:t>
            </w:r>
          </w:p>
        </w:tc>
        <w:tc>
          <w:tcPr>
            <w:tcW w:w="2880" w:type="dxa"/>
          </w:tcPr>
          <w:p w14:paraId="013CE406" w14:textId="77777777" w:rsidR="00B87216" w:rsidRDefault="00B87216" w:rsidP="00491CD7"/>
        </w:tc>
        <w:tc>
          <w:tcPr>
            <w:tcW w:w="2880" w:type="dxa"/>
          </w:tcPr>
          <w:p w14:paraId="18046172" w14:textId="77777777" w:rsidR="00B87216" w:rsidRDefault="00B87216" w:rsidP="00491CD7">
            <w:r>
              <w:t xml:space="preserve">I didn't know that owls were so interesting!! </w:t>
            </w:r>
          </w:p>
        </w:tc>
      </w:tr>
      <w:tr w:rsidR="00B87216" w14:paraId="62758BDB" w14:textId="77777777" w:rsidTr="00491CD7">
        <w:tc>
          <w:tcPr>
            <w:tcW w:w="2880" w:type="dxa"/>
          </w:tcPr>
          <w:p w14:paraId="57C64D1A" w14:textId="77777777" w:rsidR="00B87216" w:rsidRDefault="00B87216" w:rsidP="00491CD7">
            <w:r>
              <w:t>01:22:15:25</w:t>
            </w:r>
          </w:p>
        </w:tc>
        <w:tc>
          <w:tcPr>
            <w:tcW w:w="2880" w:type="dxa"/>
          </w:tcPr>
          <w:p w14:paraId="6D88CB04" w14:textId="77777777" w:rsidR="00B87216" w:rsidRDefault="00B87216" w:rsidP="00491CD7"/>
        </w:tc>
        <w:tc>
          <w:tcPr>
            <w:tcW w:w="2880" w:type="dxa"/>
          </w:tcPr>
          <w:p w14:paraId="33E139DC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Mom!! I just had a great idea! </w:t>
            </w:r>
          </w:p>
        </w:tc>
      </w:tr>
      <w:tr w:rsidR="00B87216" w14:paraId="1018FDFE" w14:textId="77777777" w:rsidTr="00491CD7">
        <w:tc>
          <w:tcPr>
            <w:tcW w:w="2880" w:type="dxa"/>
          </w:tcPr>
          <w:p w14:paraId="52832FB7" w14:textId="77777777" w:rsidR="00B87216" w:rsidRDefault="00B87216" w:rsidP="00491CD7">
            <w:r>
              <w:t>01:22:18:00</w:t>
            </w:r>
          </w:p>
        </w:tc>
        <w:tc>
          <w:tcPr>
            <w:tcW w:w="2880" w:type="dxa"/>
          </w:tcPr>
          <w:p w14:paraId="0DCA738C" w14:textId="77777777" w:rsidR="00B87216" w:rsidRDefault="00B87216" w:rsidP="00491CD7"/>
        </w:tc>
        <w:tc>
          <w:tcPr>
            <w:tcW w:w="2880" w:type="dxa"/>
          </w:tcPr>
          <w:p w14:paraId="2ABF8333" w14:textId="77777777" w:rsidR="00B87216" w:rsidRDefault="00B87216" w:rsidP="00491CD7">
            <w:r>
              <w:t xml:space="preserve">Come on! </w:t>
            </w:r>
          </w:p>
        </w:tc>
      </w:tr>
      <w:tr w:rsidR="00B87216" w14:paraId="73211750" w14:textId="77777777" w:rsidTr="00491CD7">
        <w:tc>
          <w:tcPr>
            <w:tcW w:w="2880" w:type="dxa"/>
          </w:tcPr>
          <w:p w14:paraId="29D4B12C" w14:textId="77777777" w:rsidR="00B87216" w:rsidRDefault="00B87216" w:rsidP="00491CD7">
            <w:r>
              <w:t>01:22:19:08</w:t>
            </w:r>
          </w:p>
        </w:tc>
        <w:tc>
          <w:tcPr>
            <w:tcW w:w="2880" w:type="dxa"/>
          </w:tcPr>
          <w:p w14:paraId="5F9DABCA" w14:textId="77777777" w:rsidR="00B87216" w:rsidRDefault="00B87216" w:rsidP="00491CD7"/>
        </w:tc>
        <w:tc>
          <w:tcPr>
            <w:tcW w:w="2880" w:type="dxa"/>
          </w:tcPr>
          <w:p w14:paraId="3ED4572C" w14:textId="77777777" w:rsidR="00B87216" w:rsidRDefault="00B87216" w:rsidP="00491CD7">
            <w:r>
              <w:rPr>
                <w:b/>
              </w:rPr>
              <w:t xml:space="preserve">RANGER RABBIT: </w:t>
            </w:r>
            <w:r>
              <w:t xml:space="preserve">Oh, good night owl. </w:t>
            </w:r>
          </w:p>
        </w:tc>
      </w:tr>
      <w:tr w:rsidR="00B87216" w14:paraId="32DB4767" w14:textId="77777777" w:rsidTr="00491CD7">
        <w:tc>
          <w:tcPr>
            <w:tcW w:w="2880" w:type="dxa"/>
          </w:tcPr>
          <w:p w14:paraId="57883A38" w14:textId="77777777" w:rsidR="00B87216" w:rsidRDefault="00B87216" w:rsidP="00491CD7">
            <w:r>
              <w:t>01:22:21:19</w:t>
            </w:r>
          </w:p>
        </w:tc>
        <w:tc>
          <w:tcPr>
            <w:tcW w:w="2880" w:type="dxa"/>
          </w:tcPr>
          <w:p w14:paraId="202E4E63" w14:textId="77777777" w:rsidR="00B87216" w:rsidRDefault="00B87216" w:rsidP="00491CD7"/>
        </w:tc>
        <w:tc>
          <w:tcPr>
            <w:tcW w:w="2880" w:type="dxa"/>
          </w:tcPr>
          <w:p w14:paraId="2B81EFDA" w14:textId="77777777" w:rsidR="00B87216" w:rsidRDefault="00B87216" w:rsidP="00491CD7">
            <w:r>
              <w:t xml:space="preserve">[owl hoots] </w:t>
            </w:r>
          </w:p>
        </w:tc>
      </w:tr>
      <w:tr w:rsidR="00B87216" w14:paraId="03F80948" w14:textId="77777777" w:rsidTr="00491CD7">
        <w:tc>
          <w:tcPr>
            <w:tcW w:w="2880" w:type="dxa"/>
          </w:tcPr>
          <w:p w14:paraId="214EFFA7" w14:textId="77777777" w:rsidR="00B87216" w:rsidRDefault="00B87216" w:rsidP="00491CD7">
            <w:r>
              <w:t>01:22:23:03</w:t>
            </w:r>
          </w:p>
        </w:tc>
        <w:tc>
          <w:tcPr>
            <w:tcW w:w="2880" w:type="dxa"/>
          </w:tcPr>
          <w:p w14:paraId="6EB27D36" w14:textId="77777777" w:rsidR="00B87216" w:rsidRDefault="00B87216" w:rsidP="00491CD7"/>
        </w:tc>
        <w:tc>
          <w:tcPr>
            <w:tcW w:w="2880" w:type="dxa"/>
          </w:tcPr>
          <w:p w14:paraId="507A6EC3" w14:textId="77777777" w:rsidR="00B87216" w:rsidRDefault="00B87216" w:rsidP="00491CD7">
            <w:r>
              <w:t xml:space="preserve">[birds chirping] </w:t>
            </w:r>
          </w:p>
        </w:tc>
      </w:tr>
      <w:tr w:rsidR="00B87216" w14:paraId="1B1821B5" w14:textId="77777777" w:rsidTr="00491CD7">
        <w:tc>
          <w:tcPr>
            <w:tcW w:w="2880" w:type="dxa"/>
          </w:tcPr>
          <w:p w14:paraId="5D88CBD9" w14:textId="77777777" w:rsidR="00B87216" w:rsidRDefault="00B87216" w:rsidP="00491CD7">
            <w:r>
              <w:lastRenderedPageBreak/>
              <w:t>01:22:25:13</w:t>
            </w:r>
          </w:p>
        </w:tc>
        <w:tc>
          <w:tcPr>
            <w:tcW w:w="2880" w:type="dxa"/>
          </w:tcPr>
          <w:p w14:paraId="6401229D" w14:textId="77777777" w:rsidR="00B87216" w:rsidRDefault="00B87216" w:rsidP="00491CD7"/>
        </w:tc>
        <w:tc>
          <w:tcPr>
            <w:tcW w:w="2880" w:type="dxa"/>
          </w:tcPr>
          <w:p w14:paraId="1A99D8A0" w14:textId="77777777" w:rsidR="00B87216" w:rsidRDefault="00B87216" w:rsidP="00491CD7">
            <w:r>
              <w:rPr>
                <w:b/>
              </w:rPr>
              <w:t xml:space="preserve">KIDS: </w:t>
            </w:r>
            <w:r>
              <w:t xml:space="preserve">[laughs] </w:t>
            </w:r>
          </w:p>
        </w:tc>
      </w:tr>
      <w:tr w:rsidR="00B87216" w14:paraId="0DC0383D" w14:textId="77777777" w:rsidTr="00491CD7">
        <w:tc>
          <w:tcPr>
            <w:tcW w:w="2880" w:type="dxa"/>
          </w:tcPr>
          <w:p w14:paraId="07D1DD59" w14:textId="77777777" w:rsidR="00B87216" w:rsidRDefault="00B87216" w:rsidP="00491CD7">
            <w:r>
              <w:t>01:22:28:26</w:t>
            </w:r>
          </w:p>
        </w:tc>
        <w:tc>
          <w:tcPr>
            <w:tcW w:w="2880" w:type="dxa"/>
          </w:tcPr>
          <w:p w14:paraId="1925427A" w14:textId="77777777" w:rsidR="00B87216" w:rsidRDefault="00B87216" w:rsidP="00491CD7"/>
        </w:tc>
        <w:tc>
          <w:tcPr>
            <w:tcW w:w="2880" w:type="dxa"/>
          </w:tcPr>
          <w:p w14:paraId="4573FD10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Wow, nice costume, Olive! </w:t>
            </w:r>
          </w:p>
        </w:tc>
      </w:tr>
      <w:tr w:rsidR="00B87216" w14:paraId="1D9FACCB" w14:textId="77777777" w:rsidTr="00491CD7">
        <w:tc>
          <w:tcPr>
            <w:tcW w:w="2880" w:type="dxa"/>
          </w:tcPr>
          <w:p w14:paraId="223A4571" w14:textId="77777777" w:rsidR="00B87216" w:rsidRDefault="00B87216" w:rsidP="00491CD7">
            <w:r>
              <w:t>01:22:31:15</w:t>
            </w:r>
          </w:p>
        </w:tc>
        <w:tc>
          <w:tcPr>
            <w:tcW w:w="2880" w:type="dxa"/>
          </w:tcPr>
          <w:p w14:paraId="3086CC41" w14:textId="77777777" w:rsidR="00B87216" w:rsidRDefault="00B87216" w:rsidP="00491CD7"/>
        </w:tc>
        <w:tc>
          <w:tcPr>
            <w:tcW w:w="2880" w:type="dxa"/>
          </w:tcPr>
          <w:p w14:paraId="3E56A90A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Thanks, Ari! </w:t>
            </w:r>
          </w:p>
        </w:tc>
      </w:tr>
      <w:tr w:rsidR="00B87216" w14:paraId="5CBAF366" w14:textId="77777777" w:rsidTr="00491CD7">
        <w:tc>
          <w:tcPr>
            <w:tcW w:w="2880" w:type="dxa"/>
          </w:tcPr>
          <w:p w14:paraId="11B49827" w14:textId="77777777" w:rsidR="00B87216" w:rsidRDefault="00B87216" w:rsidP="00491CD7">
            <w:r>
              <w:t>01:22:32:27</w:t>
            </w:r>
          </w:p>
        </w:tc>
        <w:tc>
          <w:tcPr>
            <w:tcW w:w="2880" w:type="dxa"/>
          </w:tcPr>
          <w:p w14:paraId="583DD0AE" w14:textId="77777777" w:rsidR="00B87216" w:rsidRDefault="00B87216" w:rsidP="00491CD7"/>
        </w:tc>
        <w:tc>
          <w:tcPr>
            <w:tcW w:w="2880" w:type="dxa"/>
          </w:tcPr>
          <w:p w14:paraId="567B8C1C" w14:textId="77777777" w:rsidR="00B87216" w:rsidRDefault="00B87216" w:rsidP="00491CD7">
            <w:r>
              <w:t xml:space="preserve">You know I love books, and I always wished I had one that </w:t>
            </w:r>
          </w:p>
        </w:tc>
      </w:tr>
      <w:tr w:rsidR="00B87216" w14:paraId="41A4CE3C" w14:textId="77777777" w:rsidTr="00491CD7">
        <w:tc>
          <w:tcPr>
            <w:tcW w:w="2880" w:type="dxa"/>
          </w:tcPr>
          <w:p w14:paraId="0B18791C" w14:textId="77777777" w:rsidR="00B87216" w:rsidRDefault="00B87216" w:rsidP="00491CD7">
            <w:r>
              <w:t>01:22:35:24</w:t>
            </w:r>
          </w:p>
        </w:tc>
        <w:tc>
          <w:tcPr>
            <w:tcW w:w="2880" w:type="dxa"/>
          </w:tcPr>
          <w:p w14:paraId="44EACD9C" w14:textId="77777777" w:rsidR="00B87216" w:rsidRDefault="00B87216" w:rsidP="00491CD7"/>
        </w:tc>
        <w:tc>
          <w:tcPr>
            <w:tcW w:w="2880" w:type="dxa"/>
          </w:tcPr>
          <w:p w14:paraId="7EDEBA7A" w14:textId="77777777" w:rsidR="00B87216" w:rsidRDefault="00B87216" w:rsidP="00491CD7">
            <w:r>
              <w:t xml:space="preserve">turned its own pages, so check this out. </w:t>
            </w:r>
          </w:p>
        </w:tc>
      </w:tr>
      <w:tr w:rsidR="00B87216" w14:paraId="73D8F7C8" w14:textId="77777777" w:rsidTr="00491CD7">
        <w:tc>
          <w:tcPr>
            <w:tcW w:w="2880" w:type="dxa"/>
          </w:tcPr>
          <w:p w14:paraId="6A88ADA2" w14:textId="77777777" w:rsidR="00B87216" w:rsidRDefault="00B87216" w:rsidP="00491CD7">
            <w:r>
              <w:t>01:22:39:23</w:t>
            </w:r>
          </w:p>
        </w:tc>
        <w:tc>
          <w:tcPr>
            <w:tcW w:w="2880" w:type="dxa"/>
          </w:tcPr>
          <w:p w14:paraId="187A17E4" w14:textId="77777777" w:rsidR="00B87216" w:rsidRDefault="00B87216" w:rsidP="00491CD7"/>
        </w:tc>
        <w:tc>
          <w:tcPr>
            <w:tcW w:w="2880" w:type="dxa"/>
          </w:tcPr>
          <w:p w14:paraId="1EF338DB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Awesome! </w:t>
            </w:r>
          </w:p>
        </w:tc>
      </w:tr>
      <w:tr w:rsidR="00B87216" w14:paraId="1F8222AB" w14:textId="77777777" w:rsidTr="00491CD7">
        <w:tc>
          <w:tcPr>
            <w:tcW w:w="2880" w:type="dxa"/>
          </w:tcPr>
          <w:p w14:paraId="65A6A5C5" w14:textId="77777777" w:rsidR="00B87216" w:rsidRDefault="00B87216" w:rsidP="00491CD7">
            <w:r>
              <w:t>01:22:41:01</w:t>
            </w:r>
          </w:p>
        </w:tc>
        <w:tc>
          <w:tcPr>
            <w:tcW w:w="2880" w:type="dxa"/>
          </w:tcPr>
          <w:p w14:paraId="453268FB" w14:textId="77777777" w:rsidR="00B87216" w:rsidRDefault="00B87216" w:rsidP="00491CD7"/>
        </w:tc>
        <w:tc>
          <w:tcPr>
            <w:tcW w:w="2880" w:type="dxa"/>
          </w:tcPr>
          <w:p w14:paraId="39F24D09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Wait a second... </w:t>
            </w:r>
          </w:p>
        </w:tc>
      </w:tr>
      <w:tr w:rsidR="00B87216" w14:paraId="27AF9511" w14:textId="77777777" w:rsidTr="00491CD7">
        <w:tc>
          <w:tcPr>
            <w:tcW w:w="2880" w:type="dxa"/>
          </w:tcPr>
          <w:p w14:paraId="5E78D023" w14:textId="77777777" w:rsidR="00B87216" w:rsidRDefault="00B87216" w:rsidP="00491CD7">
            <w:r>
              <w:t>01:22:43:17</w:t>
            </w:r>
          </w:p>
        </w:tc>
        <w:tc>
          <w:tcPr>
            <w:tcW w:w="2880" w:type="dxa"/>
          </w:tcPr>
          <w:p w14:paraId="5BD5BCA2" w14:textId="77777777" w:rsidR="00B87216" w:rsidRDefault="00B87216" w:rsidP="00491CD7"/>
        </w:tc>
        <w:tc>
          <w:tcPr>
            <w:tcW w:w="2880" w:type="dxa"/>
          </w:tcPr>
          <w:p w14:paraId="31B27E9A" w14:textId="77777777" w:rsidR="00B87216" w:rsidRDefault="00B87216" w:rsidP="00491CD7">
            <w:r>
              <w:t xml:space="preserve">Is this a book about bananas? </w:t>
            </w:r>
          </w:p>
        </w:tc>
      </w:tr>
      <w:tr w:rsidR="00B87216" w14:paraId="50230782" w14:textId="77777777" w:rsidTr="00491CD7">
        <w:tc>
          <w:tcPr>
            <w:tcW w:w="2880" w:type="dxa"/>
          </w:tcPr>
          <w:p w14:paraId="15F66CB8" w14:textId="77777777" w:rsidR="00B87216" w:rsidRDefault="00B87216" w:rsidP="00491CD7">
            <w:r>
              <w:t>01:22:45:02</w:t>
            </w:r>
          </w:p>
        </w:tc>
        <w:tc>
          <w:tcPr>
            <w:tcW w:w="2880" w:type="dxa"/>
          </w:tcPr>
          <w:p w14:paraId="29B58385" w14:textId="77777777" w:rsidR="00B87216" w:rsidRDefault="00B87216" w:rsidP="00491CD7"/>
        </w:tc>
        <w:tc>
          <w:tcPr>
            <w:tcW w:w="2880" w:type="dxa"/>
          </w:tcPr>
          <w:p w14:paraId="33835365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[giggles] I really do love bananas! </w:t>
            </w:r>
          </w:p>
        </w:tc>
      </w:tr>
      <w:tr w:rsidR="00B87216" w14:paraId="76584498" w14:textId="77777777" w:rsidTr="00491CD7">
        <w:tc>
          <w:tcPr>
            <w:tcW w:w="2880" w:type="dxa"/>
          </w:tcPr>
          <w:p w14:paraId="6AE3DA72" w14:textId="77777777" w:rsidR="00B87216" w:rsidRDefault="00B87216" w:rsidP="00491CD7">
            <w:r>
              <w:t>01:22:47:26</w:t>
            </w:r>
          </w:p>
        </w:tc>
        <w:tc>
          <w:tcPr>
            <w:tcW w:w="2880" w:type="dxa"/>
          </w:tcPr>
          <w:p w14:paraId="4240278C" w14:textId="77777777" w:rsidR="00B87216" w:rsidRDefault="00B87216" w:rsidP="00491CD7"/>
        </w:tc>
        <w:tc>
          <w:tcPr>
            <w:tcW w:w="2880" w:type="dxa"/>
          </w:tcPr>
          <w:p w14:paraId="323A017F" w14:textId="77777777" w:rsidR="00B87216" w:rsidRDefault="00B87216" w:rsidP="00491CD7">
            <w:r>
              <w:t xml:space="preserve">So, what are you, Ari? </w:t>
            </w:r>
          </w:p>
        </w:tc>
      </w:tr>
      <w:tr w:rsidR="00B87216" w14:paraId="6B5BD15D" w14:textId="77777777" w:rsidTr="00491CD7">
        <w:tc>
          <w:tcPr>
            <w:tcW w:w="2880" w:type="dxa"/>
          </w:tcPr>
          <w:p w14:paraId="334C64CB" w14:textId="77777777" w:rsidR="00B87216" w:rsidRDefault="00B87216" w:rsidP="00491CD7">
            <w:r>
              <w:t>01:22:49:28</w:t>
            </w:r>
          </w:p>
        </w:tc>
        <w:tc>
          <w:tcPr>
            <w:tcW w:w="2880" w:type="dxa"/>
          </w:tcPr>
          <w:p w14:paraId="14C3970A" w14:textId="77777777" w:rsidR="00B87216" w:rsidRDefault="00B87216" w:rsidP="00491CD7"/>
        </w:tc>
        <w:tc>
          <w:tcPr>
            <w:tcW w:w="2880" w:type="dxa"/>
          </w:tcPr>
          <w:p w14:paraId="2E862590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The Mysterious </w:t>
            </w:r>
            <w:proofErr w:type="spellStart"/>
            <w:r>
              <w:t>Mysterioso</w:t>
            </w:r>
            <w:proofErr w:type="spellEnd"/>
            <w:r>
              <w:t xml:space="preserve">! </w:t>
            </w:r>
          </w:p>
        </w:tc>
      </w:tr>
      <w:tr w:rsidR="00B87216" w14:paraId="76703692" w14:textId="77777777" w:rsidTr="00491CD7">
        <w:tc>
          <w:tcPr>
            <w:tcW w:w="2880" w:type="dxa"/>
          </w:tcPr>
          <w:p w14:paraId="3C7BC4A3" w14:textId="77777777" w:rsidR="00B87216" w:rsidRDefault="00B87216" w:rsidP="00491CD7">
            <w:r>
              <w:t>01:22:53:16</w:t>
            </w:r>
          </w:p>
        </w:tc>
        <w:tc>
          <w:tcPr>
            <w:tcW w:w="2880" w:type="dxa"/>
          </w:tcPr>
          <w:p w14:paraId="733371C3" w14:textId="77777777" w:rsidR="00B87216" w:rsidRDefault="00B87216" w:rsidP="00491CD7"/>
        </w:tc>
        <w:tc>
          <w:tcPr>
            <w:tcW w:w="2880" w:type="dxa"/>
          </w:tcPr>
          <w:p w14:paraId="17A029CC" w14:textId="77777777" w:rsidR="00B87216" w:rsidRDefault="00B87216" w:rsidP="00491CD7">
            <w:r>
              <w:t xml:space="preserve">Super magician, at your service! </w:t>
            </w:r>
          </w:p>
        </w:tc>
      </w:tr>
      <w:tr w:rsidR="00B87216" w14:paraId="21DCDBFB" w14:textId="77777777" w:rsidTr="00491CD7">
        <w:tc>
          <w:tcPr>
            <w:tcW w:w="2880" w:type="dxa"/>
          </w:tcPr>
          <w:p w14:paraId="49EA7979" w14:textId="77777777" w:rsidR="00B87216" w:rsidRDefault="00B87216" w:rsidP="00491CD7">
            <w:r>
              <w:t>01:22:56:07</w:t>
            </w:r>
          </w:p>
        </w:tc>
        <w:tc>
          <w:tcPr>
            <w:tcW w:w="2880" w:type="dxa"/>
          </w:tcPr>
          <w:p w14:paraId="4342E94E" w14:textId="77777777" w:rsidR="00B87216" w:rsidRDefault="00B87216" w:rsidP="00491CD7"/>
        </w:tc>
        <w:tc>
          <w:tcPr>
            <w:tcW w:w="2880" w:type="dxa"/>
          </w:tcPr>
          <w:p w14:paraId="78FD20B6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Cool! </w:t>
            </w:r>
          </w:p>
        </w:tc>
      </w:tr>
      <w:tr w:rsidR="00B87216" w14:paraId="3A2F8CED" w14:textId="77777777" w:rsidTr="00491CD7">
        <w:tc>
          <w:tcPr>
            <w:tcW w:w="2880" w:type="dxa"/>
          </w:tcPr>
          <w:p w14:paraId="30EFFB62" w14:textId="77777777" w:rsidR="00B87216" w:rsidRDefault="00B87216" w:rsidP="00491CD7">
            <w:r>
              <w:t>01:22:57:12</w:t>
            </w:r>
          </w:p>
        </w:tc>
        <w:tc>
          <w:tcPr>
            <w:tcW w:w="2880" w:type="dxa"/>
          </w:tcPr>
          <w:p w14:paraId="018BB838" w14:textId="77777777" w:rsidR="00B87216" w:rsidRDefault="00B87216" w:rsidP="00491CD7"/>
        </w:tc>
        <w:tc>
          <w:tcPr>
            <w:tcW w:w="2880" w:type="dxa"/>
          </w:tcPr>
          <w:p w14:paraId="6826F91C" w14:textId="77777777" w:rsidR="00B87216" w:rsidRDefault="00B87216" w:rsidP="00491CD7">
            <w:r>
              <w:t xml:space="preserve">Are you going to do some magic? </w:t>
            </w:r>
          </w:p>
        </w:tc>
      </w:tr>
      <w:tr w:rsidR="00B87216" w14:paraId="3E6689D7" w14:textId="77777777" w:rsidTr="00491CD7">
        <w:tc>
          <w:tcPr>
            <w:tcW w:w="2880" w:type="dxa"/>
          </w:tcPr>
          <w:p w14:paraId="4D3E38AA" w14:textId="77777777" w:rsidR="00B87216" w:rsidRDefault="00B87216" w:rsidP="00491CD7">
            <w:r>
              <w:t>01:22:58:27</w:t>
            </w:r>
          </w:p>
        </w:tc>
        <w:tc>
          <w:tcPr>
            <w:tcW w:w="2880" w:type="dxa"/>
          </w:tcPr>
          <w:p w14:paraId="6710A00E" w14:textId="77777777" w:rsidR="00B87216" w:rsidRDefault="00B87216" w:rsidP="00491CD7"/>
        </w:tc>
        <w:tc>
          <w:tcPr>
            <w:tcW w:w="2880" w:type="dxa"/>
          </w:tcPr>
          <w:p w14:paraId="03D9322D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Yes, I'm going to make my lunch... </w:t>
            </w:r>
          </w:p>
        </w:tc>
      </w:tr>
      <w:tr w:rsidR="00B87216" w14:paraId="4FE46245" w14:textId="77777777" w:rsidTr="00491CD7">
        <w:tc>
          <w:tcPr>
            <w:tcW w:w="2880" w:type="dxa"/>
          </w:tcPr>
          <w:p w14:paraId="7EC2DE5C" w14:textId="77777777" w:rsidR="00B87216" w:rsidRDefault="00B87216" w:rsidP="00491CD7">
            <w:r>
              <w:t>01:23:01:12</w:t>
            </w:r>
          </w:p>
        </w:tc>
        <w:tc>
          <w:tcPr>
            <w:tcW w:w="2880" w:type="dxa"/>
          </w:tcPr>
          <w:p w14:paraId="14D966C9" w14:textId="77777777" w:rsidR="00B87216" w:rsidRDefault="00B87216" w:rsidP="00491CD7"/>
        </w:tc>
        <w:tc>
          <w:tcPr>
            <w:tcW w:w="2880" w:type="dxa"/>
          </w:tcPr>
          <w:p w14:paraId="7348EE21" w14:textId="77777777" w:rsidR="00B87216" w:rsidRDefault="00B87216" w:rsidP="00491CD7">
            <w:r>
              <w:t xml:space="preserve">disappear!! </w:t>
            </w:r>
          </w:p>
        </w:tc>
      </w:tr>
      <w:tr w:rsidR="00B87216" w14:paraId="6AB69F8C" w14:textId="77777777" w:rsidTr="00491CD7">
        <w:tc>
          <w:tcPr>
            <w:tcW w:w="2880" w:type="dxa"/>
          </w:tcPr>
          <w:p w14:paraId="079ADBB1" w14:textId="77777777" w:rsidR="00B87216" w:rsidRDefault="00B87216" w:rsidP="00491CD7">
            <w:r>
              <w:t>01:23:03:05</w:t>
            </w:r>
          </w:p>
        </w:tc>
        <w:tc>
          <w:tcPr>
            <w:tcW w:w="2880" w:type="dxa"/>
          </w:tcPr>
          <w:p w14:paraId="5AEADAFC" w14:textId="77777777" w:rsidR="00B87216" w:rsidRDefault="00B87216" w:rsidP="00491CD7"/>
        </w:tc>
        <w:tc>
          <w:tcPr>
            <w:tcW w:w="2880" w:type="dxa"/>
          </w:tcPr>
          <w:p w14:paraId="7EDFCC89" w14:textId="77777777" w:rsidR="00B87216" w:rsidRDefault="00B87216" w:rsidP="00491CD7">
            <w:r>
              <w:t xml:space="preserve">Later. </w:t>
            </w:r>
          </w:p>
        </w:tc>
      </w:tr>
      <w:tr w:rsidR="00B87216" w14:paraId="07FD78F5" w14:textId="77777777" w:rsidTr="00491CD7">
        <w:tc>
          <w:tcPr>
            <w:tcW w:w="2880" w:type="dxa"/>
          </w:tcPr>
          <w:p w14:paraId="7B13C0C1" w14:textId="77777777" w:rsidR="00B87216" w:rsidRDefault="00B87216" w:rsidP="00491CD7">
            <w:r>
              <w:t>01:23:04:05</w:t>
            </w:r>
          </w:p>
        </w:tc>
        <w:tc>
          <w:tcPr>
            <w:tcW w:w="2880" w:type="dxa"/>
          </w:tcPr>
          <w:p w14:paraId="3FD6B8D4" w14:textId="77777777" w:rsidR="00B87216" w:rsidRDefault="00B87216" w:rsidP="00491CD7"/>
        </w:tc>
        <w:tc>
          <w:tcPr>
            <w:tcW w:w="2880" w:type="dxa"/>
          </w:tcPr>
          <w:p w14:paraId="2B7D7BA7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[giggling] Very impressive, </w:t>
            </w:r>
          </w:p>
        </w:tc>
      </w:tr>
      <w:tr w:rsidR="00B87216" w14:paraId="41368BC3" w14:textId="77777777" w:rsidTr="00491CD7">
        <w:tc>
          <w:tcPr>
            <w:tcW w:w="2880" w:type="dxa"/>
          </w:tcPr>
          <w:p w14:paraId="221606D4" w14:textId="77777777" w:rsidR="00B87216" w:rsidRDefault="00B87216" w:rsidP="00491CD7">
            <w:r>
              <w:t>01:23:06:19</w:t>
            </w:r>
          </w:p>
        </w:tc>
        <w:tc>
          <w:tcPr>
            <w:tcW w:w="2880" w:type="dxa"/>
          </w:tcPr>
          <w:p w14:paraId="4210B2DB" w14:textId="77777777" w:rsidR="00B87216" w:rsidRDefault="00B87216" w:rsidP="00491CD7"/>
        </w:tc>
        <w:tc>
          <w:tcPr>
            <w:tcW w:w="2880" w:type="dxa"/>
          </w:tcPr>
          <w:p w14:paraId="15AA4C1C" w14:textId="77777777" w:rsidR="00B87216" w:rsidRDefault="00B87216" w:rsidP="00491CD7">
            <w:r>
              <w:t xml:space="preserve">Mysterious </w:t>
            </w:r>
            <w:proofErr w:type="spellStart"/>
            <w:r>
              <w:t>Mysterioso</w:t>
            </w:r>
            <w:proofErr w:type="spellEnd"/>
            <w:r>
              <w:t xml:space="preserve">. </w:t>
            </w:r>
          </w:p>
        </w:tc>
      </w:tr>
      <w:tr w:rsidR="00B87216" w14:paraId="628F8409" w14:textId="77777777" w:rsidTr="00491CD7">
        <w:tc>
          <w:tcPr>
            <w:tcW w:w="2880" w:type="dxa"/>
          </w:tcPr>
          <w:p w14:paraId="649C9D84" w14:textId="77777777" w:rsidR="00B87216" w:rsidRDefault="00B87216" w:rsidP="00491CD7">
            <w:r>
              <w:lastRenderedPageBreak/>
              <w:t>01:23:08:25</w:t>
            </w:r>
          </w:p>
        </w:tc>
        <w:tc>
          <w:tcPr>
            <w:tcW w:w="2880" w:type="dxa"/>
          </w:tcPr>
          <w:p w14:paraId="6753BD72" w14:textId="77777777" w:rsidR="00B87216" w:rsidRDefault="00B87216" w:rsidP="00491CD7"/>
        </w:tc>
        <w:tc>
          <w:tcPr>
            <w:tcW w:w="2880" w:type="dxa"/>
          </w:tcPr>
          <w:p w14:paraId="1297BF38" w14:textId="77777777" w:rsidR="00B87216" w:rsidRDefault="00B87216" w:rsidP="00491CD7">
            <w:r>
              <w:rPr>
                <w:b/>
              </w:rPr>
              <w:t xml:space="preserve">ELINOR: </w:t>
            </w:r>
            <w:proofErr w:type="spellStart"/>
            <w:r>
              <w:t>Whoo</w:t>
            </w:r>
            <w:proofErr w:type="spellEnd"/>
            <w:r>
              <w:t xml:space="preserve">! </w:t>
            </w:r>
            <w:proofErr w:type="spellStart"/>
            <w:r>
              <w:t>Whoo</w:t>
            </w:r>
            <w:proofErr w:type="spellEnd"/>
            <w:r>
              <w:t xml:space="preserve">!! </w:t>
            </w:r>
            <w:r>
              <w:rPr>
                <w:b/>
              </w:rPr>
              <w:t xml:space="preserve">OLIVE: </w:t>
            </w:r>
            <w:r>
              <w:t xml:space="preserve">[gasp] </w:t>
            </w:r>
          </w:p>
        </w:tc>
      </w:tr>
      <w:tr w:rsidR="00B87216" w14:paraId="74698C87" w14:textId="77777777" w:rsidTr="00491CD7">
        <w:tc>
          <w:tcPr>
            <w:tcW w:w="2880" w:type="dxa"/>
          </w:tcPr>
          <w:p w14:paraId="36C92C0E" w14:textId="77777777" w:rsidR="00B87216" w:rsidRDefault="00B87216" w:rsidP="00491CD7">
            <w:r>
              <w:t>01:23:10:06</w:t>
            </w:r>
          </w:p>
        </w:tc>
        <w:tc>
          <w:tcPr>
            <w:tcW w:w="2880" w:type="dxa"/>
          </w:tcPr>
          <w:p w14:paraId="5EABE64F" w14:textId="77777777" w:rsidR="00B87216" w:rsidRDefault="00B87216" w:rsidP="00491CD7"/>
        </w:tc>
        <w:tc>
          <w:tcPr>
            <w:tcW w:w="2880" w:type="dxa"/>
          </w:tcPr>
          <w:p w14:paraId="03AF3AA5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Hi Ari, hi Olive. </w:t>
            </w:r>
          </w:p>
        </w:tc>
      </w:tr>
      <w:tr w:rsidR="00B87216" w14:paraId="3DD30585" w14:textId="77777777" w:rsidTr="00491CD7">
        <w:tc>
          <w:tcPr>
            <w:tcW w:w="2880" w:type="dxa"/>
          </w:tcPr>
          <w:p w14:paraId="104106EA" w14:textId="77777777" w:rsidR="00B87216" w:rsidRDefault="00B87216" w:rsidP="00491CD7">
            <w:r>
              <w:t>01:23:12:12</w:t>
            </w:r>
          </w:p>
        </w:tc>
        <w:tc>
          <w:tcPr>
            <w:tcW w:w="2880" w:type="dxa"/>
          </w:tcPr>
          <w:p w14:paraId="29B2F9D4" w14:textId="77777777" w:rsidR="00B87216" w:rsidRDefault="00B87216" w:rsidP="00491CD7"/>
        </w:tc>
        <w:tc>
          <w:tcPr>
            <w:tcW w:w="2880" w:type="dxa"/>
          </w:tcPr>
          <w:p w14:paraId="5227040B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Elinor, you look just like the owl we saw yesterday! </w:t>
            </w:r>
          </w:p>
        </w:tc>
      </w:tr>
      <w:tr w:rsidR="00B87216" w14:paraId="0BAF057F" w14:textId="77777777" w:rsidTr="00491CD7">
        <w:tc>
          <w:tcPr>
            <w:tcW w:w="2880" w:type="dxa"/>
          </w:tcPr>
          <w:p w14:paraId="63878BE4" w14:textId="77777777" w:rsidR="00B87216" w:rsidRDefault="00B87216" w:rsidP="00491CD7">
            <w:r>
              <w:t>01:23:15:27</w:t>
            </w:r>
          </w:p>
        </w:tc>
        <w:tc>
          <w:tcPr>
            <w:tcW w:w="2880" w:type="dxa"/>
          </w:tcPr>
          <w:p w14:paraId="620E9C18" w14:textId="77777777" w:rsidR="00B87216" w:rsidRDefault="00B87216" w:rsidP="00491CD7"/>
        </w:tc>
        <w:tc>
          <w:tcPr>
            <w:tcW w:w="2880" w:type="dxa"/>
          </w:tcPr>
          <w:p w14:paraId="65871EA1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That's right! </w:t>
            </w:r>
          </w:p>
        </w:tc>
      </w:tr>
      <w:tr w:rsidR="00B87216" w14:paraId="727C864C" w14:textId="77777777" w:rsidTr="00491CD7">
        <w:tc>
          <w:tcPr>
            <w:tcW w:w="2880" w:type="dxa"/>
          </w:tcPr>
          <w:p w14:paraId="5472880A" w14:textId="77777777" w:rsidR="00B87216" w:rsidRDefault="00B87216" w:rsidP="00491CD7">
            <w:r>
              <w:t>01:23:17:02</w:t>
            </w:r>
          </w:p>
        </w:tc>
        <w:tc>
          <w:tcPr>
            <w:tcW w:w="2880" w:type="dxa"/>
          </w:tcPr>
          <w:p w14:paraId="48D9DC98" w14:textId="77777777" w:rsidR="00B87216" w:rsidRDefault="00B87216" w:rsidP="00491CD7"/>
        </w:tc>
        <w:tc>
          <w:tcPr>
            <w:tcW w:w="2880" w:type="dxa"/>
          </w:tcPr>
          <w:p w14:paraId="68F0A1D0" w14:textId="77777777" w:rsidR="00B87216" w:rsidRDefault="00B87216" w:rsidP="00491CD7">
            <w:r>
              <w:t xml:space="preserve">My mom and I stayed up all night making my costume. </w:t>
            </w:r>
          </w:p>
        </w:tc>
      </w:tr>
      <w:tr w:rsidR="00B87216" w14:paraId="0E0AC8C3" w14:textId="77777777" w:rsidTr="00491CD7">
        <w:tc>
          <w:tcPr>
            <w:tcW w:w="2880" w:type="dxa"/>
          </w:tcPr>
          <w:p w14:paraId="2E38F45E" w14:textId="77777777" w:rsidR="00B87216" w:rsidRDefault="00B87216" w:rsidP="00491CD7">
            <w:r>
              <w:t>01:23:21:04</w:t>
            </w:r>
          </w:p>
        </w:tc>
        <w:tc>
          <w:tcPr>
            <w:tcW w:w="2880" w:type="dxa"/>
          </w:tcPr>
          <w:p w14:paraId="5A037D35" w14:textId="77777777" w:rsidR="00B87216" w:rsidRDefault="00B87216" w:rsidP="00491CD7"/>
        </w:tc>
        <w:tc>
          <w:tcPr>
            <w:tcW w:w="2880" w:type="dxa"/>
          </w:tcPr>
          <w:p w14:paraId="52E749E5" w14:textId="77777777" w:rsidR="00B87216" w:rsidRDefault="00B87216" w:rsidP="00491CD7">
            <w:r>
              <w:t xml:space="preserve">Isn't it interesting? </w:t>
            </w:r>
          </w:p>
        </w:tc>
      </w:tr>
      <w:tr w:rsidR="00B87216" w14:paraId="3436DD00" w14:textId="77777777" w:rsidTr="00491CD7">
        <w:tc>
          <w:tcPr>
            <w:tcW w:w="2880" w:type="dxa"/>
          </w:tcPr>
          <w:p w14:paraId="4EC489E6" w14:textId="77777777" w:rsidR="00B87216" w:rsidRDefault="00B87216" w:rsidP="00491CD7">
            <w:r>
              <w:t>01:23:23:04</w:t>
            </w:r>
          </w:p>
        </w:tc>
        <w:tc>
          <w:tcPr>
            <w:tcW w:w="2880" w:type="dxa"/>
          </w:tcPr>
          <w:p w14:paraId="64EB2B12" w14:textId="77777777" w:rsidR="00B87216" w:rsidRDefault="00B87216" w:rsidP="00491CD7"/>
        </w:tc>
        <w:tc>
          <w:tcPr>
            <w:tcW w:w="2880" w:type="dxa"/>
          </w:tcPr>
          <w:p w14:paraId="2CE04EAC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Wow! But I thought owls slept all the time? </w:t>
            </w:r>
          </w:p>
        </w:tc>
      </w:tr>
      <w:tr w:rsidR="00B87216" w14:paraId="59D272BD" w14:textId="77777777" w:rsidTr="00491CD7">
        <w:tc>
          <w:tcPr>
            <w:tcW w:w="2880" w:type="dxa"/>
          </w:tcPr>
          <w:p w14:paraId="37C90B8A" w14:textId="77777777" w:rsidR="00B87216" w:rsidRDefault="00B87216" w:rsidP="00491CD7">
            <w:r>
              <w:t>01:23:26:08</w:t>
            </w:r>
          </w:p>
        </w:tc>
        <w:tc>
          <w:tcPr>
            <w:tcW w:w="2880" w:type="dxa"/>
          </w:tcPr>
          <w:p w14:paraId="36CC6C00" w14:textId="77777777" w:rsidR="00B87216" w:rsidRDefault="00B87216" w:rsidP="00491CD7"/>
        </w:tc>
        <w:tc>
          <w:tcPr>
            <w:tcW w:w="2880" w:type="dxa"/>
          </w:tcPr>
          <w:p w14:paraId="5B57FEAF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Nope, owls only sleep during the day, </w:t>
            </w:r>
          </w:p>
        </w:tc>
      </w:tr>
      <w:tr w:rsidR="00B87216" w14:paraId="29A82ED4" w14:textId="77777777" w:rsidTr="00491CD7">
        <w:tc>
          <w:tcPr>
            <w:tcW w:w="2880" w:type="dxa"/>
          </w:tcPr>
          <w:p w14:paraId="79889D77" w14:textId="77777777" w:rsidR="00B87216" w:rsidRDefault="00B87216" w:rsidP="00491CD7">
            <w:r>
              <w:t>01:23:29:00</w:t>
            </w:r>
          </w:p>
        </w:tc>
        <w:tc>
          <w:tcPr>
            <w:tcW w:w="2880" w:type="dxa"/>
          </w:tcPr>
          <w:p w14:paraId="090DD226" w14:textId="77777777" w:rsidR="00B87216" w:rsidRDefault="00B87216" w:rsidP="00491CD7"/>
        </w:tc>
        <w:tc>
          <w:tcPr>
            <w:tcW w:w="2880" w:type="dxa"/>
          </w:tcPr>
          <w:p w14:paraId="7243AF47" w14:textId="77777777" w:rsidR="00B87216" w:rsidRDefault="00B87216" w:rsidP="00491CD7">
            <w:r>
              <w:t xml:space="preserve">but they're awake at night! </w:t>
            </w:r>
          </w:p>
        </w:tc>
      </w:tr>
      <w:tr w:rsidR="00B87216" w14:paraId="4C46BB11" w14:textId="77777777" w:rsidTr="00491CD7">
        <w:tc>
          <w:tcPr>
            <w:tcW w:w="2880" w:type="dxa"/>
          </w:tcPr>
          <w:p w14:paraId="3419548E" w14:textId="77777777" w:rsidR="00B87216" w:rsidRDefault="00B87216" w:rsidP="00491CD7">
            <w:r>
              <w:t>01:23:30:25</w:t>
            </w:r>
          </w:p>
        </w:tc>
        <w:tc>
          <w:tcPr>
            <w:tcW w:w="2880" w:type="dxa"/>
          </w:tcPr>
          <w:p w14:paraId="4ACDA7BF" w14:textId="77777777" w:rsidR="00B87216" w:rsidRDefault="00B87216" w:rsidP="00491CD7"/>
        </w:tc>
        <w:tc>
          <w:tcPr>
            <w:tcW w:w="2880" w:type="dxa"/>
          </w:tcPr>
          <w:p w14:paraId="4EA93443" w14:textId="77777777" w:rsidR="00B87216" w:rsidRDefault="00B87216" w:rsidP="00491CD7">
            <w:r>
              <w:t xml:space="preserve">That's called being nocturnal! </w:t>
            </w:r>
          </w:p>
        </w:tc>
      </w:tr>
      <w:tr w:rsidR="00B87216" w14:paraId="457504AE" w14:textId="77777777" w:rsidTr="00491CD7">
        <w:tc>
          <w:tcPr>
            <w:tcW w:w="2880" w:type="dxa"/>
          </w:tcPr>
          <w:p w14:paraId="50835504" w14:textId="77777777" w:rsidR="00B87216" w:rsidRDefault="00B87216" w:rsidP="00491CD7">
            <w:r>
              <w:t>01:23:33:10</w:t>
            </w:r>
          </w:p>
        </w:tc>
        <w:tc>
          <w:tcPr>
            <w:tcW w:w="2880" w:type="dxa"/>
          </w:tcPr>
          <w:p w14:paraId="59614C20" w14:textId="77777777" w:rsidR="00B87216" w:rsidRDefault="00B87216" w:rsidP="00491CD7"/>
        </w:tc>
        <w:tc>
          <w:tcPr>
            <w:tcW w:w="2880" w:type="dxa"/>
          </w:tcPr>
          <w:p w14:paraId="04B24105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Nocturnal! </w:t>
            </w:r>
          </w:p>
        </w:tc>
      </w:tr>
      <w:tr w:rsidR="00B87216" w14:paraId="21F262BC" w14:textId="77777777" w:rsidTr="00491CD7">
        <w:tc>
          <w:tcPr>
            <w:tcW w:w="2880" w:type="dxa"/>
          </w:tcPr>
          <w:p w14:paraId="354152F7" w14:textId="77777777" w:rsidR="00B87216" w:rsidRDefault="00B87216" w:rsidP="00491CD7">
            <w:r>
              <w:t>01:23:34:10</w:t>
            </w:r>
          </w:p>
        </w:tc>
        <w:tc>
          <w:tcPr>
            <w:tcW w:w="2880" w:type="dxa"/>
          </w:tcPr>
          <w:p w14:paraId="261899B6" w14:textId="77777777" w:rsidR="00B87216" w:rsidRDefault="00B87216" w:rsidP="00491CD7"/>
        </w:tc>
        <w:tc>
          <w:tcPr>
            <w:tcW w:w="2880" w:type="dxa"/>
          </w:tcPr>
          <w:p w14:paraId="18CD95A4" w14:textId="77777777" w:rsidR="00B87216" w:rsidRDefault="00B87216" w:rsidP="00491CD7">
            <w:r>
              <w:t xml:space="preserve">I like that word! </w:t>
            </w:r>
          </w:p>
        </w:tc>
      </w:tr>
      <w:tr w:rsidR="00B87216" w14:paraId="613D28ED" w14:textId="77777777" w:rsidTr="00491CD7">
        <w:tc>
          <w:tcPr>
            <w:tcW w:w="2880" w:type="dxa"/>
          </w:tcPr>
          <w:p w14:paraId="6AC29BF0" w14:textId="77777777" w:rsidR="00B87216" w:rsidRDefault="00B87216" w:rsidP="00491CD7">
            <w:r>
              <w:t>01:23:35:16</w:t>
            </w:r>
          </w:p>
        </w:tc>
        <w:tc>
          <w:tcPr>
            <w:tcW w:w="2880" w:type="dxa"/>
          </w:tcPr>
          <w:p w14:paraId="46E537A1" w14:textId="77777777" w:rsidR="00B87216" w:rsidRDefault="00B87216" w:rsidP="00491CD7"/>
        </w:tc>
        <w:tc>
          <w:tcPr>
            <w:tcW w:w="2880" w:type="dxa"/>
          </w:tcPr>
          <w:p w14:paraId="6293F57A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They have super good eyes for seeing in the dark. </w:t>
            </w:r>
          </w:p>
        </w:tc>
      </w:tr>
      <w:tr w:rsidR="00B87216" w14:paraId="6C646093" w14:textId="77777777" w:rsidTr="00491CD7">
        <w:tc>
          <w:tcPr>
            <w:tcW w:w="2880" w:type="dxa"/>
          </w:tcPr>
          <w:p w14:paraId="0258039D" w14:textId="77777777" w:rsidR="00B87216" w:rsidRDefault="00B87216" w:rsidP="00491CD7">
            <w:r>
              <w:t>01:23:37:27</w:t>
            </w:r>
          </w:p>
        </w:tc>
        <w:tc>
          <w:tcPr>
            <w:tcW w:w="2880" w:type="dxa"/>
          </w:tcPr>
          <w:p w14:paraId="058F46A6" w14:textId="77777777" w:rsidR="00B87216" w:rsidRDefault="00B87216" w:rsidP="00491CD7"/>
        </w:tc>
        <w:tc>
          <w:tcPr>
            <w:tcW w:w="2880" w:type="dxa"/>
          </w:tcPr>
          <w:p w14:paraId="64961304" w14:textId="77777777" w:rsidR="00B87216" w:rsidRDefault="00B87216" w:rsidP="00491CD7">
            <w:r>
              <w:t xml:space="preserve">That's when they eat their food. </w:t>
            </w:r>
          </w:p>
        </w:tc>
      </w:tr>
      <w:tr w:rsidR="00B87216" w14:paraId="2CB8F8DC" w14:textId="77777777" w:rsidTr="00491CD7">
        <w:tc>
          <w:tcPr>
            <w:tcW w:w="2880" w:type="dxa"/>
          </w:tcPr>
          <w:p w14:paraId="61D9DA0A" w14:textId="77777777" w:rsidR="00B87216" w:rsidRDefault="00B87216" w:rsidP="00491CD7">
            <w:r>
              <w:t>01:23:39:27</w:t>
            </w:r>
          </w:p>
        </w:tc>
        <w:tc>
          <w:tcPr>
            <w:tcW w:w="2880" w:type="dxa"/>
          </w:tcPr>
          <w:p w14:paraId="7D8EAE89" w14:textId="77777777" w:rsidR="00B87216" w:rsidRDefault="00B87216" w:rsidP="00491CD7"/>
        </w:tc>
        <w:tc>
          <w:tcPr>
            <w:tcW w:w="2880" w:type="dxa"/>
          </w:tcPr>
          <w:p w14:paraId="65CAB61A" w14:textId="77777777" w:rsidR="00B87216" w:rsidRDefault="00B87216" w:rsidP="00491CD7">
            <w:r>
              <w:rPr>
                <w:b/>
              </w:rPr>
              <w:t xml:space="preserve">ARI: </w:t>
            </w:r>
            <w:proofErr w:type="spellStart"/>
            <w:r>
              <w:t>Oohh</w:t>
            </w:r>
            <w:proofErr w:type="spellEnd"/>
            <w:r>
              <w:t xml:space="preserve">. </w:t>
            </w:r>
          </w:p>
        </w:tc>
      </w:tr>
      <w:tr w:rsidR="00B87216" w14:paraId="311EEE16" w14:textId="77777777" w:rsidTr="00491CD7">
        <w:tc>
          <w:tcPr>
            <w:tcW w:w="2880" w:type="dxa"/>
          </w:tcPr>
          <w:p w14:paraId="4F2FDB99" w14:textId="77777777" w:rsidR="00B87216" w:rsidRDefault="00B87216" w:rsidP="00491CD7">
            <w:r>
              <w:t>01:23:41:20</w:t>
            </w:r>
          </w:p>
        </w:tc>
        <w:tc>
          <w:tcPr>
            <w:tcW w:w="2880" w:type="dxa"/>
          </w:tcPr>
          <w:p w14:paraId="7A0867F3" w14:textId="77777777" w:rsidR="00B87216" w:rsidRDefault="00B87216" w:rsidP="00491CD7"/>
        </w:tc>
        <w:tc>
          <w:tcPr>
            <w:tcW w:w="2880" w:type="dxa"/>
          </w:tcPr>
          <w:p w14:paraId="2F88E0A5" w14:textId="77777777" w:rsidR="00B87216" w:rsidRDefault="00B87216" w:rsidP="00491CD7">
            <w:proofErr w:type="gramStart"/>
            <w:r>
              <w:rPr>
                <w:b/>
              </w:rPr>
              <w:t xml:space="preserve">ELINOR </w:t>
            </w:r>
            <w:r>
              <w:t>:</w:t>
            </w:r>
            <w:proofErr w:type="gramEnd"/>
            <w:r>
              <w:t xml:space="preserve"> And they have special feathers... </w:t>
            </w:r>
          </w:p>
        </w:tc>
      </w:tr>
      <w:tr w:rsidR="00B87216" w14:paraId="53EEDCEF" w14:textId="77777777" w:rsidTr="00491CD7">
        <w:tc>
          <w:tcPr>
            <w:tcW w:w="2880" w:type="dxa"/>
          </w:tcPr>
          <w:p w14:paraId="0AA09B29" w14:textId="77777777" w:rsidR="00B87216" w:rsidRDefault="00B87216" w:rsidP="00491CD7">
            <w:r>
              <w:t>01:23:43:28</w:t>
            </w:r>
          </w:p>
        </w:tc>
        <w:tc>
          <w:tcPr>
            <w:tcW w:w="2880" w:type="dxa"/>
          </w:tcPr>
          <w:p w14:paraId="4E6D2D37" w14:textId="77777777" w:rsidR="00B87216" w:rsidRDefault="00B87216" w:rsidP="00491CD7"/>
        </w:tc>
        <w:tc>
          <w:tcPr>
            <w:tcW w:w="2880" w:type="dxa"/>
          </w:tcPr>
          <w:p w14:paraId="4D6C6F18" w14:textId="77777777" w:rsidR="00B87216" w:rsidRDefault="00B87216" w:rsidP="00491CD7">
            <w:r>
              <w:t xml:space="preserve">that help them fly </w:t>
            </w:r>
            <w:proofErr w:type="gramStart"/>
            <w:r>
              <w:t>really quietly</w:t>
            </w:r>
            <w:proofErr w:type="gramEnd"/>
            <w:r>
              <w:t xml:space="preserve">. </w:t>
            </w:r>
          </w:p>
        </w:tc>
      </w:tr>
      <w:tr w:rsidR="00B87216" w14:paraId="2D269C92" w14:textId="77777777" w:rsidTr="00491CD7">
        <w:tc>
          <w:tcPr>
            <w:tcW w:w="2880" w:type="dxa"/>
          </w:tcPr>
          <w:p w14:paraId="0D9EA846" w14:textId="77777777" w:rsidR="00B87216" w:rsidRDefault="00B87216" w:rsidP="00491CD7">
            <w:r>
              <w:lastRenderedPageBreak/>
              <w:t>01:23:47:04</w:t>
            </w:r>
          </w:p>
        </w:tc>
        <w:tc>
          <w:tcPr>
            <w:tcW w:w="2880" w:type="dxa"/>
          </w:tcPr>
          <w:p w14:paraId="1AAA4B0A" w14:textId="77777777" w:rsidR="00B87216" w:rsidRDefault="00B87216" w:rsidP="00491CD7"/>
        </w:tc>
        <w:tc>
          <w:tcPr>
            <w:tcW w:w="2880" w:type="dxa"/>
          </w:tcPr>
          <w:p w14:paraId="120D8EA9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So that's why the Owl we saw wouldn't open its eyes! </w:t>
            </w:r>
          </w:p>
        </w:tc>
      </w:tr>
      <w:tr w:rsidR="00B87216" w14:paraId="5ED4BC47" w14:textId="77777777" w:rsidTr="00491CD7">
        <w:tc>
          <w:tcPr>
            <w:tcW w:w="2880" w:type="dxa"/>
          </w:tcPr>
          <w:p w14:paraId="3D516934" w14:textId="77777777" w:rsidR="00B87216" w:rsidRDefault="00B87216" w:rsidP="00491CD7">
            <w:r>
              <w:t>01:23:51:02</w:t>
            </w:r>
          </w:p>
        </w:tc>
        <w:tc>
          <w:tcPr>
            <w:tcW w:w="2880" w:type="dxa"/>
          </w:tcPr>
          <w:p w14:paraId="773DB366" w14:textId="77777777" w:rsidR="00B87216" w:rsidRDefault="00B87216" w:rsidP="00491CD7"/>
        </w:tc>
        <w:tc>
          <w:tcPr>
            <w:tcW w:w="2880" w:type="dxa"/>
          </w:tcPr>
          <w:p w14:paraId="15184326" w14:textId="77777777" w:rsidR="00B87216" w:rsidRDefault="00B87216" w:rsidP="00491CD7">
            <w:r>
              <w:t xml:space="preserve">It was sleeping so it could be awake at night! </w:t>
            </w:r>
          </w:p>
        </w:tc>
      </w:tr>
      <w:tr w:rsidR="00B87216" w14:paraId="10C2FD7B" w14:textId="77777777" w:rsidTr="00491CD7">
        <w:tc>
          <w:tcPr>
            <w:tcW w:w="2880" w:type="dxa"/>
          </w:tcPr>
          <w:p w14:paraId="2247E7D5" w14:textId="77777777" w:rsidR="00B87216" w:rsidRDefault="00B87216" w:rsidP="00491CD7">
            <w:r>
              <w:t>01:23:53:12</w:t>
            </w:r>
          </w:p>
        </w:tc>
        <w:tc>
          <w:tcPr>
            <w:tcW w:w="2880" w:type="dxa"/>
          </w:tcPr>
          <w:p w14:paraId="3B958968" w14:textId="77777777" w:rsidR="00B87216" w:rsidRDefault="00B87216" w:rsidP="00491CD7"/>
        </w:tc>
        <w:tc>
          <w:tcPr>
            <w:tcW w:w="2880" w:type="dxa"/>
          </w:tcPr>
          <w:p w14:paraId="72C52901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That's </w:t>
            </w:r>
            <w:proofErr w:type="spellStart"/>
            <w:r>
              <w:t>riiiigghht</w:t>
            </w:r>
            <w:proofErr w:type="spellEnd"/>
            <w:r>
              <w:t xml:space="preserve">... [yawning] </w:t>
            </w:r>
          </w:p>
        </w:tc>
      </w:tr>
      <w:tr w:rsidR="00B87216" w14:paraId="41063DFC" w14:textId="77777777" w:rsidTr="00491CD7">
        <w:tc>
          <w:tcPr>
            <w:tcW w:w="2880" w:type="dxa"/>
          </w:tcPr>
          <w:p w14:paraId="238323BD" w14:textId="77777777" w:rsidR="00B87216" w:rsidRDefault="00B87216" w:rsidP="00491CD7">
            <w:r>
              <w:t>01:23:55:04</w:t>
            </w:r>
          </w:p>
        </w:tc>
        <w:tc>
          <w:tcPr>
            <w:tcW w:w="2880" w:type="dxa"/>
          </w:tcPr>
          <w:p w14:paraId="78FECB25" w14:textId="77777777" w:rsidR="00B87216" w:rsidRDefault="00B87216" w:rsidP="00491CD7"/>
        </w:tc>
        <w:tc>
          <w:tcPr>
            <w:tcW w:w="2880" w:type="dxa"/>
          </w:tcPr>
          <w:p w14:paraId="61C44133" w14:textId="77777777" w:rsidR="00B87216" w:rsidRDefault="00B87216" w:rsidP="00491CD7">
            <w:r>
              <w:rPr>
                <w:b/>
              </w:rPr>
              <w:t xml:space="preserve">MZ. MOLE: </w:t>
            </w:r>
            <w:r>
              <w:t xml:space="preserve">Alright class, </w:t>
            </w:r>
          </w:p>
        </w:tc>
      </w:tr>
      <w:tr w:rsidR="00B87216" w14:paraId="0C5824EB" w14:textId="77777777" w:rsidTr="00491CD7">
        <w:tc>
          <w:tcPr>
            <w:tcW w:w="2880" w:type="dxa"/>
          </w:tcPr>
          <w:p w14:paraId="2784BB13" w14:textId="77777777" w:rsidR="00B87216" w:rsidRDefault="00B87216" w:rsidP="00491CD7">
            <w:r>
              <w:t>01:23:56:14</w:t>
            </w:r>
          </w:p>
        </w:tc>
        <w:tc>
          <w:tcPr>
            <w:tcW w:w="2880" w:type="dxa"/>
          </w:tcPr>
          <w:p w14:paraId="2A09892B" w14:textId="77777777" w:rsidR="00B87216" w:rsidRDefault="00B87216" w:rsidP="00491CD7"/>
        </w:tc>
        <w:tc>
          <w:tcPr>
            <w:tcW w:w="2880" w:type="dxa"/>
          </w:tcPr>
          <w:p w14:paraId="4ADFF21D" w14:textId="77777777" w:rsidR="00B87216" w:rsidRDefault="00B87216" w:rsidP="00491CD7">
            <w:r>
              <w:t xml:space="preserve">time to find our places! </w:t>
            </w:r>
          </w:p>
        </w:tc>
      </w:tr>
      <w:tr w:rsidR="00B87216" w14:paraId="574E0123" w14:textId="77777777" w:rsidTr="00491CD7">
        <w:tc>
          <w:tcPr>
            <w:tcW w:w="2880" w:type="dxa"/>
          </w:tcPr>
          <w:p w14:paraId="2C8D11CE" w14:textId="77777777" w:rsidR="00B87216" w:rsidRDefault="00B87216" w:rsidP="00491CD7">
            <w:r>
              <w:t>01:24:00:10</w:t>
            </w:r>
          </w:p>
        </w:tc>
        <w:tc>
          <w:tcPr>
            <w:tcW w:w="2880" w:type="dxa"/>
          </w:tcPr>
          <w:p w14:paraId="3AF0DBC9" w14:textId="77777777" w:rsidR="00B87216" w:rsidRDefault="00B87216" w:rsidP="00491CD7"/>
        </w:tc>
        <w:tc>
          <w:tcPr>
            <w:tcW w:w="2880" w:type="dxa"/>
          </w:tcPr>
          <w:p w14:paraId="452C8097" w14:textId="77777777" w:rsidR="00B87216" w:rsidRDefault="00B87216" w:rsidP="00491CD7">
            <w:r>
              <w:rPr>
                <w:b/>
              </w:rPr>
              <w:t xml:space="preserve">MZ. MOLE: </w:t>
            </w:r>
            <w:r>
              <w:t xml:space="preserve">Welcome to costume day! </w:t>
            </w:r>
          </w:p>
        </w:tc>
      </w:tr>
      <w:tr w:rsidR="00B87216" w14:paraId="6023F1C0" w14:textId="77777777" w:rsidTr="00491CD7">
        <w:tc>
          <w:tcPr>
            <w:tcW w:w="2880" w:type="dxa"/>
          </w:tcPr>
          <w:p w14:paraId="668E8536" w14:textId="77777777" w:rsidR="00B87216" w:rsidRDefault="00B87216" w:rsidP="00491CD7">
            <w:r>
              <w:t>01:24:03:14</w:t>
            </w:r>
          </w:p>
        </w:tc>
        <w:tc>
          <w:tcPr>
            <w:tcW w:w="2880" w:type="dxa"/>
          </w:tcPr>
          <w:p w14:paraId="04995F3C" w14:textId="77777777" w:rsidR="00B87216" w:rsidRDefault="00B87216" w:rsidP="00491CD7"/>
        </w:tc>
        <w:tc>
          <w:tcPr>
            <w:tcW w:w="2880" w:type="dxa"/>
          </w:tcPr>
          <w:p w14:paraId="0AE72285" w14:textId="77777777" w:rsidR="00B87216" w:rsidRDefault="00B87216" w:rsidP="00491CD7">
            <w:r>
              <w:t xml:space="preserve">Okay, now who wants to talk about... </w:t>
            </w:r>
          </w:p>
        </w:tc>
      </w:tr>
      <w:tr w:rsidR="00B87216" w14:paraId="06B2D123" w14:textId="77777777" w:rsidTr="00491CD7">
        <w:tc>
          <w:tcPr>
            <w:tcW w:w="2880" w:type="dxa"/>
          </w:tcPr>
          <w:p w14:paraId="5DFE3DBF" w14:textId="77777777" w:rsidR="00B87216" w:rsidRDefault="00B87216" w:rsidP="00491CD7">
            <w:r>
              <w:t>01:24:05:25</w:t>
            </w:r>
          </w:p>
        </w:tc>
        <w:tc>
          <w:tcPr>
            <w:tcW w:w="2880" w:type="dxa"/>
          </w:tcPr>
          <w:p w14:paraId="7D93B0E9" w14:textId="77777777" w:rsidR="00B87216" w:rsidRDefault="00B87216" w:rsidP="00491CD7"/>
        </w:tc>
        <w:tc>
          <w:tcPr>
            <w:tcW w:w="2880" w:type="dxa"/>
          </w:tcPr>
          <w:p w14:paraId="25F6C365" w14:textId="77777777" w:rsidR="00B87216" w:rsidRDefault="00B87216" w:rsidP="00491CD7">
            <w:r>
              <w:t xml:space="preserve">the costume they're </w:t>
            </w:r>
            <w:proofErr w:type="gramStart"/>
            <w:r>
              <w:t>wearing?</w:t>
            </w:r>
            <w:proofErr w:type="gramEnd"/>
            <w:r>
              <w:t xml:space="preserve"> </w:t>
            </w:r>
          </w:p>
        </w:tc>
      </w:tr>
      <w:tr w:rsidR="00B87216" w14:paraId="2C53CCEC" w14:textId="77777777" w:rsidTr="00491CD7">
        <w:tc>
          <w:tcPr>
            <w:tcW w:w="2880" w:type="dxa"/>
          </w:tcPr>
          <w:p w14:paraId="150DDE38" w14:textId="77777777" w:rsidR="00B87216" w:rsidRDefault="00B87216" w:rsidP="00491CD7">
            <w:r>
              <w:t>01:24:07:13</w:t>
            </w:r>
          </w:p>
        </w:tc>
        <w:tc>
          <w:tcPr>
            <w:tcW w:w="2880" w:type="dxa"/>
          </w:tcPr>
          <w:p w14:paraId="5012CE27" w14:textId="77777777" w:rsidR="00B87216" w:rsidRDefault="00B87216" w:rsidP="00491CD7"/>
        </w:tc>
        <w:tc>
          <w:tcPr>
            <w:tcW w:w="2880" w:type="dxa"/>
          </w:tcPr>
          <w:p w14:paraId="7C7B96C4" w14:textId="77777777" w:rsidR="00B87216" w:rsidRDefault="00B87216" w:rsidP="00491CD7">
            <w:r>
              <w:rPr>
                <w:b/>
              </w:rPr>
              <w:t xml:space="preserve">MZ. MOLE: </w:t>
            </w:r>
            <w:r>
              <w:t xml:space="preserve">Wait, where's Elinor? </w:t>
            </w:r>
          </w:p>
        </w:tc>
      </w:tr>
      <w:tr w:rsidR="00B87216" w14:paraId="00F423A2" w14:textId="77777777" w:rsidTr="00491CD7">
        <w:tc>
          <w:tcPr>
            <w:tcW w:w="2880" w:type="dxa"/>
          </w:tcPr>
          <w:p w14:paraId="25E94CFB" w14:textId="77777777" w:rsidR="00B87216" w:rsidRDefault="00B87216" w:rsidP="00491CD7">
            <w:r>
              <w:t>01:24:09:17</w:t>
            </w:r>
          </w:p>
        </w:tc>
        <w:tc>
          <w:tcPr>
            <w:tcW w:w="2880" w:type="dxa"/>
          </w:tcPr>
          <w:p w14:paraId="023B0B75" w14:textId="77777777" w:rsidR="00B87216" w:rsidRDefault="00B87216" w:rsidP="00491CD7"/>
        </w:tc>
        <w:tc>
          <w:tcPr>
            <w:tcW w:w="2880" w:type="dxa"/>
          </w:tcPr>
          <w:p w14:paraId="2E334BEA" w14:textId="77777777" w:rsidR="00B87216" w:rsidRDefault="00B87216" w:rsidP="00491CD7">
            <w:r>
              <w:rPr>
                <w:b/>
              </w:rPr>
              <w:t xml:space="preserve">ARI: </w:t>
            </w:r>
            <w:proofErr w:type="spellStart"/>
            <w:r>
              <w:t>Mz</w:t>
            </w:r>
            <w:proofErr w:type="spellEnd"/>
            <w:r>
              <w:t xml:space="preserve">. Mole? </w:t>
            </w:r>
          </w:p>
        </w:tc>
      </w:tr>
      <w:tr w:rsidR="00B87216" w14:paraId="74385EA0" w14:textId="77777777" w:rsidTr="00491CD7">
        <w:tc>
          <w:tcPr>
            <w:tcW w:w="2880" w:type="dxa"/>
          </w:tcPr>
          <w:p w14:paraId="3107BD3E" w14:textId="77777777" w:rsidR="00B87216" w:rsidRDefault="00B87216" w:rsidP="00491CD7">
            <w:r>
              <w:t>01:24:10:17</w:t>
            </w:r>
          </w:p>
        </w:tc>
        <w:tc>
          <w:tcPr>
            <w:tcW w:w="2880" w:type="dxa"/>
          </w:tcPr>
          <w:p w14:paraId="10F3C0A1" w14:textId="77777777" w:rsidR="00B87216" w:rsidRDefault="00B87216" w:rsidP="00491CD7"/>
        </w:tc>
        <w:tc>
          <w:tcPr>
            <w:tcW w:w="2880" w:type="dxa"/>
          </w:tcPr>
          <w:p w14:paraId="72319BF1" w14:textId="77777777" w:rsidR="00B87216" w:rsidRDefault="00B87216" w:rsidP="00491CD7">
            <w:r>
              <w:rPr>
                <w:b/>
              </w:rPr>
              <w:t xml:space="preserve">MZ. MOLE: </w:t>
            </w:r>
            <w:r>
              <w:t xml:space="preserve">Yes, Ari? </w:t>
            </w:r>
          </w:p>
        </w:tc>
      </w:tr>
      <w:tr w:rsidR="00B87216" w14:paraId="18910C68" w14:textId="77777777" w:rsidTr="00491CD7">
        <w:tc>
          <w:tcPr>
            <w:tcW w:w="2880" w:type="dxa"/>
          </w:tcPr>
          <w:p w14:paraId="31932247" w14:textId="77777777" w:rsidR="00B87216" w:rsidRDefault="00B87216" w:rsidP="00491CD7">
            <w:r>
              <w:t>01:24:11:29</w:t>
            </w:r>
          </w:p>
        </w:tc>
        <w:tc>
          <w:tcPr>
            <w:tcW w:w="2880" w:type="dxa"/>
          </w:tcPr>
          <w:p w14:paraId="7496C4E6" w14:textId="77777777" w:rsidR="00B87216" w:rsidRDefault="00B87216" w:rsidP="00491CD7"/>
        </w:tc>
        <w:tc>
          <w:tcPr>
            <w:tcW w:w="2880" w:type="dxa"/>
          </w:tcPr>
          <w:p w14:paraId="570C93DB" w14:textId="77777777" w:rsidR="00B87216" w:rsidRDefault="00B87216" w:rsidP="00491CD7">
            <w:r>
              <w:rPr>
                <w:b/>
              </w:rPr>
              <w:t xml:space="preserve">ARI: </w:t>
            </w:r>
            <w:r>
              <w:t xml:space="preserve">Elinor's an owl and she was awake all night... </w:t>
            </w:r>
          </w:p>
        </w:tc>
      </w:tr>
      <w:tr w:rsidR="00B87216" w14:paraId="0AA81075" w14:textId="77777777" w:rsidTr="00491CD7">
        <w:tc>
          <w:tcPr>
            <w:tcW w:w="2880" w:type="dxa"/>
          </w:tcPr>
          <w:p w14:paraId="0F95AF13" w14:textId="77777777" w:rsidR="00B87216" w:rsidRDefault="00B87216" w:rsidP="00491CD7">
            <w:r>
              <w:t>01:24:14:20</w:t>
            </w:r>
          </w:p>
        </w:tc>
        <w:tc>
          <w:tcPr>
            <w:tcW w:w="2880" w:type="dxa"/>
          </w:tcPr>
          <w:p w14:paraId="7C6A35B4" w14:textId="77777777" w:rsidR="00B87216" w:rsidRDefault="00B87216" w:rsidP="00491CD7"/>
        </w:tc>
        <w:tc>
          <w:tcPr>
            <w:tcW w:w="2880" w:type="dxa"/>
          </w:tcPr>
          <w:p w14:paraId="119B3760" w14:textId="77777777" w:rsidR="00B87216" w:rsidRDefault="00B87216" w:rsidP="00491CD7">
            <w:r>
              <w:t xml:space="preserve">making her costume. </w:t>
            </w:r>
          </w:p>
        </w:tc>
      </w:tr>
      <w:tr w:rsidR="00B87216" w14:paraId="6B3E769D" w14:textId="77777777" w:rsidTr="00491CD7">
        <w:tc>
          <w:tcPr>
            <w:tcW w:w="2880" w:type="dxa"/>
          </w:tcPr>
          <w:p w14:paraId="6C8BFCEB" w14:textId="77777777" w:rsidR="00B87216" w:rsidRDefault="00B87216" w:rsidP="00491CD7">
            <w:r>
              <w:t>01:24:16:01</w:t>
            </w:r>
          </w:p>
        </w:tc>
        <w:tc>
          <w:tcPr>
            <w:tcW w:w="2880" w:type="dxa"/>
          </w:tcPr>
          <w:p w14:paraId="5172A7D9" w14:textId="77777777" w:rsidR="00B87216" w:rsidRDefault="00B87216" w:rsidP="00491CD7"/>
        </w:tc>
        <w:tc>
          <w:tcPr>
            <w:tcW w:w="2880" w:type="dxa"/>
          </w:tcPr>
          <w:p w14:paraId="369E2000" w14:textId="77777777" w:rsidR="00B87216" w:rsidRDefault="00B87216" w:rsidP="00491CD7">
            <w:r>
              <w:t xml:space="preserve">That means just like an owl... </w:t>
            </w:r>
          </w:p>
        </w:tc>
      </w:tr>
      <w:tr w:rsidR="00B87216" w14:paraId="70FD853F" w14:textId="77777777" w:rsidTr="00491CD7">
        <w:tc>
          <w:tcPr>
            <w:tcW w:w="2880" w:type="dxa"/>
          </w:tcPr>
          <w:p w14:paraId="56596456" w14:textId="77777777" w:rsidR="00B87216" w:rsidRDefault="00B87216" w:rsidP="00491CD7">
            <w:r>
              <w:t>01:24:18:01</w:t>
            </w:r>
          </w:p>
        </w:tc>
        <w:tc>
          <w:tcPr>
            <w:tcW w:w="2880" w:type="dxa"/>
          </w:tcPr>
          <w:p w14:paraId="3E6B2876" w14:textId="77777777" w:rsidR="00B87216" w:rsidRDefault="00B87216" w:rsidP="00491CD7"/>
        </w:tc>
        <w:tc>
          <w:tcPr>
            <w:tcW w:w="2880" w:type="dxa"/>
          </w:tcPr>
          <w:p w14:paraId="2FFBFBF4" w14:textId="77777777" w:rsidR="00B87216" w:rsidRDefault="00B87216" w:rsidP="00491CD7">
            <w:r>
              <w:rPr>
                <w:b/>
              </w:rPr>
              <w:t xml:space="preserve">OLIVE: </w:t>
            </w:r>
            <w:r>
              <w:t xml:space="preserve">She'll be sleeping all day! </w:t>
            </w:r>
          </w:p>
        </w:tc>
      </w:tr>
      <w:tr w:rsidR="00B87216" w14:paraId="5F5BF37C" w14:textId="77777777" w:rsidTr="00491CD7">
        <w:tc>
          <w:tcPr>
            <w:tcW w:w="2880" w:type="dxa"/>
          </w:tcPr>
          <w:p w14:paraId="48EDB846" w14:textId="77777777" w:rsidR="00B87216" w:rsidRDefault="00B87216" w:rsidP="00491CD7">
            <w:r>
              <w:t>01:24:20:20</w:t>
            </w:r>
          </w:p>
        </w:tc>
        <w:tc>
          <w:tcPr>
            <w:tcW w:w="2880" w:type="dxa"/>
          </w:tcPr>
          <w:p w14:paraId="62C32EF8" w14:textId="77777777" w:rsidR="00B87216" w:rsidRDefault="00B87216" w:rsidP="00491CD7"/>
        </w:tc>
        <w:tc>
          <w:tcPr>
            <w:tcW w:w="2880" w:type="dxa"/>
          </w:tcPr>
          <w:p w14:paraId="74EDBC41" w14:textId="77777777" w:rsidR="00B87216" w:rsidRDefault="00B87216" w:rsidP="00491CD7">
            <w:r>
              <w:rPr>
                <w:b/>
              </w:rPr>
              <w:t xml:space="preserve">MZ. MOLE: </w:t>
            </w:r>
            <w:r>
              <w:t xml:space="preserve">Oh, Elinor... </w:t>
            </w:r>
          </w:p>
        </w:tc>
      </w:tr>
      <w:tr w:rsidR="00B87216" w14:paraId="091D0593" w14:textId="77777777" w:rsidTr="00491CD7">
        <w:tc>
          <w:tcPr>
            <w:tcW w:w="2880" w:type="dxa"/>
          </w:tcPr>
          <w:p w14:paraId="6598CF36" w14:textId="77777777" w:rsidR="00B87216" w:rsidRDefault="00B87216" w:rsidP="00491CD7">
            <w:r>
              <w:t>01:24:23:16</w:t>
            </w:r>
          </w:p>
        </w:tc>
        <w:tc>
          <w:tcPr>
            <w:tcW w:w="2880" w:type="dxa"/>
          </w:tcPr>
          <w:p w14:paraId="32522B6D" w14:textId="77777777" w:rsidR="00B87216" w:rsidRDefault="00B87216" w:rsidP="00491CD7"/>
        </w:tc>
        <w:tc>
          <w:tcPr>
            <w:tcW w:w="2880" w:type="dxa"/>
          </w:tcPr>
          <w:p w14:paraId="1558C227" w14:textId="77777777" w:rsidR="00B87216" w:rsidRDefault="00B87216" w:rsidP="00491CD7">
            <w:r>
              <w:rPr>
                <w:b/>
              </w:rPr>
              <w:t xml:space="preserve">ELINOR: </w:t>
            </w:r>
            <w:r>
              <w:t xml:space="preserve">[snoring] </w:t>
            </w:r>
            <w:proofErr w:type="spellStart"/>
            <w:r>
              <w:t>Whoooo</w:t>
            </w:r>
            <w:proofErr w:type="spellEnd"/>
            <w:r>
              <w:t xml:space="preserve">.... </w:t>
            </w:r>
          </w:p>
        </w:tc>
      </w:tr>
      <w:tr w:rsidR="00B87216" w14:paraId="36CA761D" w14:textId="77777777" w:rsidTr="00491CD7">
        <w:tc>
          <w:tcPr>
            <w:tcW w:w="2880" w:type="dxa"/>
          </w:tcPr>
          <w:p w14:paraId="396B7CBE" w14:textId="77777777" w:rsidR="00B87216" w:rsidRDefault="00B87216" w:rsidP="00491CD7">
            <w:r>
              <w:t>01:24:30:19</w:t>
            </w:r>
          </w:p>
        </w:tc>
        <w:tc>
          <w:tcPr>
            <w:tcW w:w="2880" w:type="dxa"/>
          </w:tcPr>
          <w:p w14:paraId="6B9D6288" w14:textId="77777777" w:rsidR="00B87216" w:rsidRDefault="00B87216" w:rsidP="00491CD7"/>
        </w:tc>
        <w:tc>
          <w:tcPr>
            <w:tcW w:w="2880" w:type="dxa"/>
          </w:tcPr>
          <w:p w14:paraId="0FD9EFA0" w14:textId="77777777" w:rsidR="00B87216" w:rsidRDefault="00B87216" w:rsidP="00491CD7">
            <w:r>
              <w:t xml:space="preserve">[ººº] </w:t>
            </w:r>
          </w:p>
        </w:tc>
      </w:tr>
    </w:tbl>
    <w:p w14:paraId="16324CDD" w14:textId="1021F7BA" w:rsidR="00292F2F" w:rsidRDefault="00B87216">
      <w:r>
        <w:br w:type="page"/>
      </w:r>
    </w:p>
    <w:sectPr w:rsidR="00292F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45B5E" w14:textId="77777777" w:rsidR="00B87216" w:rsidRDefault="00B87216" w:rsidP="00B87216">
      <w:pPr>
        <w:spacing w:after="0" w:line="240" w:lineRule="auto"/>
      </w:pPr>
      <w:r>
        <w:separator/>
      </w:r>
    </w:p>
  </w:endnote>
  <w:endnote w:type="continuationSeparator" w:id="0">
    <w:p w14:paraId="4FC7D572" w14:textId="77777777" w:rsidR="00B87216" w:rsidRDefault="00B87216" w:rsidP="00B87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CB3B4" w14:textId="77777777" w:rsidR="00B87216" w:rsidRDefault="00B87216" w:rsidP="00B87216">
      <w:pPr>
        <w:spacing w:after="0" w:line="240" w:lineRule="auto"/>
      </w:pPr>
      <w:r>
        <w:separator/>
      </w:r>
    </w:p>
  </w:footnote>
  <w:footnote w:type="continuationSeparator" w:id="0">
    <w:p w14:paraId="5E73AAC5" w14:textId="77777777" w:rsidR="00B87216" w:rsidRDefault="00B87216" w:rsidP="00B87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8E40B" w14:textId="7DAD6304" w:rsidR="00B87216" w:rsidRDefault="00B87216">
    <w:pPr>
      <w:pStyle w:val="Header"/>
    </w:pPr>
    <w:r>
      <w:t>EWW102B_TRANSCRIPT_BROADCAST</w:t>
    </w:r>
  </w:p>
  <w:p w14:paraId="6556E03E" w14:textId="77777777" w:rsidR="00B87216" w:rsidRDefault="00B872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216"/>
    <w:rsid w:val="00070A67"/>
    <w:rsid w:val="00292F2F"/>
    <w:rsid w:val="004F43B2"/>
    <w:rsid w:val="006C4D3C"/>
    <w:rsid w:val="009C708D"/>
    <w:rsid w:val="00B8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C2511"/>
  <w15:chartTrackingRefBased/>
  <w15:docId w15:val="{5BB4A1B1-7FE0-4E8A-AE03-BC5EC6A3B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87216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B87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21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87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216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87216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872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87216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B8721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B87216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B8721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B87216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B87216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B87216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B87216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B87216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B87216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B87216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B87216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B87216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B87216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B8721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B8721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B87216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B87216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B87216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B8721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B87216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B87216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B87216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B87216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B87216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87216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B87216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B872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B872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B872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B872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B872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B872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872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B872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B872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B872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B872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B872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B872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B872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B8721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B87216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B87216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B87216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B87216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B87216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B87216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B87216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B8721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3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1734</Words>
  <Characters>9886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2</cp:revision>
  <dcterms:created xsi:type="dcterms:W3CDTF">2020-02-06T17:00:00Z</dcterms:created>
  <dcterms:modified xsi:type="dcterms:W3CDTF">2020-02-06T17:04:00Z</dcterms:modified>
</cp:coreProperties>
</file>