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06938" w14:paraId="6A160782" w14:textId="77777777" w:rsidTr="00680100">
        <w:tc>
          <w:tcPr>
            <w:tcW w:w="2880" w:type="dxa"/>
          </w:tcPr>
          <w:p w14:paraId="1B53FF99" w14:textId="5BC63CA5" w:rsidR="00F06938" w:rsidRDefault="00F06938" w:rsidP="00680100">
            <w:r>
              <w:t>TC:</w:t>
            </w:r>
          </w:p>
        </w:tc>
        <w:tc>
          <w:tcPr>
            <w:tcW w:w="2880" w:type="dxa"/>
          </w:tcPr>
          <w:p w14:paraId="008142CA" w14:textId="5F8F6CFD" w:rsidR="00F06938" w:rsidRDefault="00F06938" w:rsidP="00680100">
            <w:r>
              <w:t>VIDEO:</w:t>
            </w:r>
          </w:p>
        </w:tc>
        <w:tc>
          <w:tcPr>
            <w:tcW w:w="2880" w:type="dxa"/>
          </w:tcPr>
          <w:p w14:paraId="79EBE751" w14:textId="0764D602" w:rsidR="00F06938" w:rsidRPr="00F06938" w:rsidRDefault="00F06938" w:rsidP="00680100">
            <w:pPr>
              <w:rPr>
                <w:bCs/>
              </w:rPr>
            </w:pPr>
            <w:r w:rsidRPr="00F06938">
              <w:rPr>
                <w:bCs/>
              </w:rPr>
              <w:t>AUDIO:</w:t>
            </w:r>
          </w:p>
        </w:tc>
      </w:tr>
      <w:tr w:rsidR="00F06938" w14:paraId="5124A7F4" w14:textId="77777777" w:rsidTr="00680100">
        <w:tc>
          <w:tcPr>
            <w:tcW w:w="2880" w:type="dxa"/>
          </w:tcPr>
          <w:p w14:paraId="4A51D0A3" w14:textId="77777777" w:rsidR="00F06938" w:rsidRDefault="00F06938" w:rsidP="00680100">
            <w:r>
              <w:t>01:13:31:21</w:t>
            </w:r>
          </w:p>
        </w:tc>
        <w:tc>
          <w:tcPr>
            <w:tcW w:w="2880" w:type="dxa"/>
          </w:tcPr>
          <w:p w14:paraId="3FBDCCB7" w14:textId="77777777" w:rsidR="00F06938" w:rsidRDefault="00F06938" w:rsidP="00680100"/>
        </w:tc>
        <w:tc>
          <w:tcPr>
            <w:tcW w:w="2880" w:type="dxa"/>
          </w:tcPr>
          <w:p w14:paraId="6F63579A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"One of these Goats" </w:t>
            </w:r>
          </w:p>
        </w:tc>
      </w:tr>
      <w:tr w:rsidR="00F06938" w14:paraId="307B2380" w14:textId="77777777" w:rsidTr="00680100">
        <w:tc>
          <w:tcPr>
            <w:tcW w:w="2880" w:type="dxa"/>
          </w:tcPr>
          <w:p w14:paraId="064C22F8" w14:textId="77777777" w:rsidR="00F06938" w:rsidRDefault="00F06938" w:rsidP="00680100">
            <w:r>
              <w:t>01:13:32:23</w:t>
            </w:r>
          </w:p>
        </w:tc>
        <w:tc>
          <w:tcPr>
            <w:tcW w:w="2880" w:type="dxa"/>
          </w:tcPr>
          <w:p w14:paraId="31E64A14" w14:textId="77777777" w:rsidR="00F06938" w:rsidRDefault="00F06938" w:rsidP="00680100"/>
        </w:tc>
        <w:tc>
          <w:tcPr>
            <w:tcW w:w="2880" w:type="dxa"/>
          </w:tcPr>
          <w:p w14:paraId="6AB4ADC4" w14:textId="77777777" w:rsidR="00F06938" w:rsidRDefault="00F06938" w:rsidP="00680100">
            <w:r>
              <w:rPr>
                <w:b/>
              </w:rPr>
              <w:t xml:space="preserve">KIDS: </w:t>
            </w:r>
            <w:r>
              <w:t xml:space="preserve">[playful giggles] </w:t>
            </w:r>
          </w:p>
        </w:tc>
      </w:tr>
      <w:tr w:rsidR="00F06938" w14:paraId="105A3B66" w14:textId="77777777" w:rsidTr="00680100">
        <w:tc>
          <w:tcPr>
            <w:tcW w:w="2880" w:type="dxa"/>
          </w:tcPr>
          <w:p w14:paraId="7F0DC388" w14:textId="77777777" w:rsidR="00F06938" w:rsidRDefault="00F06938" w:rsidP="00680100">
            <w:r>
              <w:t>01:13:42:17</w:t>
            </w:r>
          </w:p>
        </w:tc>
        <w:tc>
          <w:tcPr>
            <w:tcW w:w="2880" w:type="dxa"/>
          </w:tcPr>
          <w:p w14:paraId="4E133709" w14:textId="77777777" w:rsidR="00F06938" w:rsidRDefault="00F06938" w:rsidP="00680100"/>
        </w:tc>
        <w:tc>
          <w:tcPr>
            <w:tcW w:w="2880" w:type="dxa"/>
          </w:tcPr>
          <w:p w14:paraId="52332D35" w14:textId="77777777" w:rsidR="00F06938" w:rsidRDefault="00F06938" w:rsidP="00680100">
            <w:r>
              <w:t xml:space="preserve">[º] </w:t>
            </w:r>
          </w:p>
        </w:tc>
      </w:tr>
      <w:tr w:rsidR="00F06938" w14:paraId="1AD7120D" w14:textId="77777777" w:rsidTr="00680100">
        <w:tc>
          <w:tcPr>
            <w:tcW w:w="2880" w:type="dxa"/>
          </w:tcPr>
          <w:p w14:paraId="70A5762B" w14:textId="77777777" w:rsidR="00F06938" w:rsidRDefault="00F06938" w:rsidP="00680100">
            <w:r>
              <w:t>01:13:58:07</w:t>
            </w:r>
          </w:p>
        </w:tc>
        <w:tc>
          <w:tcPr>
            <w:tcW w:w="2880" w:type="dxa"/>
          </w:tcPr>
          <w:p w14:paraId="16B33FB7" w14:textId="77777777" w:rsidR="00F06938" w:rsidRDefault="00F06938" w:rsidP="00680100"/>
        </w:tc>
        <w:tc>
          <w:tcPr>
            <w:tcW w:w="2880" w:type="dxa"/>
          </w:tcPr>
          <w:p w14:paraId="75A01F20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Do you see him yet? </w:t>
            </w:r>
          </w:p>
        </w:tc>
      </w:tr>
      <w:tr w:rsidR="00F06938" w14:paraId="58FB830C" w14:textId="77777777" w:rsidTr="00680100">
        <w:tc>
          <w:tcPr>
            <w:tcW w:w="2880" w:type="dxa"/>
          </w:tcPr>
          <w:p w14:paraId="47DC4747" w14:textId="77777777" w:rsidR="00F06938" w:rsidRDefault="00F06938" w:rsidP="00680100">
            <w:r>
              <w:t>01:13:59:13</w:t>
            </w:r>
          </w:p>
        </w:tc>
        <w:tc>
          <w:tcPr>
            <w:tcW w:w="2880" w:type="dxa"/>
          </w:tcPr>
          <w:p w14:paraId="68A73E5D" w14:textId="77777777" w:rsidR="00F06938" w:rsidRDefault="00F06938" w:rsidP="00680100"/>
        </w:tc>
        <w:tc>
          <w:tcPr>
            <w:tcW w:w="2880" w:type="dxa"/>
          </w:tcPr>
          <w:p w14:paraId="7310723D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Not sure. </w:t>
            </w:r>
          </w:p>
        </w:tc>
      </w:tr>
      <w:tr w:rsidR="00F06938" w14:paraId="453BEAE8" w14:textId="77777777" w:rsidTr="00680100">
        <w:tc>
          <w:tcPr>
            <w:tcW w:w="2880" w:type="dxa"/>
          </w:tcPr>
          <w:p w14:paraId="43DF4AFC" w14:textId="77777777" w:rsidR="00F06938" w:rsidRDefault="00F06938" w:rsidP="00680100">
            <w:r>
              <w:t>01:14:00:13</w:t>
            </w:r>
          </w:p>
        </w:tc>
        <w:tc>
          <w:tcPr>
            <w:tcW w:w="2880" w:type="dxa"/>
          </w:tcPr>
          <w:p w14:paraId="684C8767" w14:textId="77777777" w:rsidR="00F06938" w:rsidRDefault="00F06938" w:rsidP="00680100">
            <w:bookmarkStart w:id="0" w:name="_GoBack"/>
            <w:bookmarkEnd w:id="0"/>
          </w:p>
        </w:tc>
        <w:tc>
          <w:tcPr>
            <w:tcW w:w="2880" w:type="dxa"/>
          </w:tcPr>
          <w:p w14:paraId="5AF35CCC" w14:textId="77777777" w:rsidR="00F06938" w:rsidRDefault="00F06938" w:rsidP="00680100">
            <w:r>
              <w:t xml:space="preserve">We've never met </w:t>
            </w:r>
            <w:proofErr w:type="gramStart"/>
            <w:r>
              <w:t>him</w:t>
            </w:r>
            <w:proofErr w:type="gramEnd"/>
            <w:r>
              <w:t xml:space="preserve"> so we don't know what he looks like. </w:t>
            </w:r>
          </w:p>
        </w:tc>
      </w:tr>
      <w:tr w:rsidR="00F06938" w14:paraId="06E73972" w14:textId="77777777" w:rsidTr="00680100">
        <w:tc>
          <w:tcPr>
            <w:tcW w:w="2880" w:type="dxa"/>
          </w:tcPr>
          <w:p w14:paraId="26AF963B" w14:textId="77777777" w:rsidR="00F06938" w:rsidRDefault="00F06938" w:rsidP="00680100">
            <w:r>
              <w:t>01:14:05:15</w:t>
            </w:r>
          </w:p>
        </w:tc>
        <w:tc>
          <w:tcPr>
            <w:tcW w:w="2880" w:type="dxa"/>
          </w:tcPr>
          <w:p w14:paraId="39232801" w14:textId="77777777" w:rsidR="00F06938" w:rsidRDefault="00F06938" w:rsidP="00680100"/>
        </w:tc>
        <w:tc>
          <w:tcPr>
            <w:tcW w:w="2880" w:type="dxa"/>
          </w:tcPr>
          <w:p w14:paraId="14C28EA6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Good point. </w:t>
            </w:r>
          </w:p>
        </w:tc>
      </w:tr>
      <w:tr w:rsidR="00F06938" w14:paraId="0B3276D8" w14:textId="77777777" w:rsidTr="00680100">
        <w:tc>
          <w:tcPr>
            <w:tcW w:w="2880" w:type="dxa"/>
          </w:tcPr>
          <w:p w14:paraId="6F93744C" w14:textId="77777777" w:rsidR="00F06938" w:rsidRDefault="00F06938" w:rsidP="00680100">
            <w:r>
              <w:t>01:14:06:15</w:t>
            </w:r>
          </w:p>
        </w:tc>
        <w:tc>
          <w:tcPr>
            <w:tcW w:w="2880" w:type="dxa"/>
          </w:tcPr>
          <w:p w14:paraId="06E1760F" w14:textId="77777777" w:rsidR="00F06938" w:rsidRDefault="00F06938" w:rsidP="00680100"/>
        </w:tc>
        <w:tc>
          <w:tcPr>
            <w:tcW w:w="2880" w:type="dxa"/>
          </w:tcPr>
          <w:p w14:paraId="127AC70A" w14:textId="77777777" w:rsidR="00F06938" w:rsidRDefault="00F06938" w:rsidP="00680100">
            <w:r>
              <w:t xml:space="preserve">What did Ms. Mole say? </w:t>
            </w:r>
          </w:p>
        </w:tc>
      </w:tr>
      <w:tr w:rsidR="00F06938" w14:paraId="03D8ECC5" w14:textId="77777777" w:rsidTr="00680100">
        <w:tc>
          <w:tcPr>
            <w:tcW w:w="2880" w:type="dxa"/>
          </w:tcPr>
          <w:p w14:paraId="2A05F664" w14:textId="77777777" w:rsidR="00F06938" w:rsidRDefault="00F06938" w:rsidP="00680100">
            <w:r>
              <w:t>01:14:08:05</w:t>
            </w:r>
          </w:p>
        </w:tc>
        <w:tc>
          <w:tcPr>
            <w:tcW w:w="2880" w:type="dxa"/>
          </w:tcPr>
          <w:p w14:paraId="41CA1D77" w14:textId="77777777" w:rsidR="00F06938" w:rsidRDefault="00F06938" w:rsidP="00680100"/>
        </w:tc>
        <w:tc>
          <w:tcPr>
            <w:tcW w:w="2880" w:type="dxa"/>
          </w:tcPr>
          <w:p w14:paraId="01D92E7C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She said we're going to have a substitute teacher </w:t>
            </w:r>
          </w:p>
        </w:tc>
      </w:tr>
      <w:tr w:rsidR="00F06938" w14:paraId="44652CF0" w14:textId="77777777" w:rsidTr="00680100">
        <w:tc>
          <w:tcPr>
            <w:tcW w:w="2880" w:type="dxa"/>
          </w:tcPr>
          <w:p w14:paraId="33FFEB01" w14:textId="77777777" w:rsidR="00F06938" w:rsidRDefault="00F06938" w:rsidP="00680100">
            <w:r>
              <w:t>01:14:11:05</w:t>
            </w:r>
          </w:p>
        </w:tc>
        <w:tc>
          <w:tcPr>
            <w:tcW w:w="2880" w:type="dxa"/>
          </w:tcPr>
          <w:p w14:paraId="7BE760FD" w14:textId="77777777" w:rsidR="00F06938" w:rsidRDefault="00F06938" w:rsidP="00680100"/>
        </w:tc>
        <w:tc>
          <w:tcPr>
            <w:tcW w:w="2880" w:type="dxa"/>
          </w:tcPr>
          <w:p w14:paraId="7680C07B" w14:textId="77777777" w:rsidR="00F06938" w:rsidRDefault="00F06938" w:rsidP="00680100">
            <w:r>
              <w:t xml:space="preserve">named Mr. Hamster. </w:t>
            </w:r>
          </w:p>
        </w:tc>
      </w:tr>
      <w:tr w:rsidR="00F06938" w14:paraId="19A35BB5" w14:textId="77777777" w:rsidTr="00680100">
        <w:tc>
          <w:tcPr>
            <w:tcW w:w="2880" w:type="dxa"/>
          </w:tcPr>
          <w:p w14:paraId="7879CF92" w14:textId="77777777" w:rsidR="00F06938" w:rsidRDefault="00F06938" w:rsidP="00680100">
            <w:r>
              <w:t>01:14:15:22</w:t>
            </w:r>
          </w:p>
        </w:tc>
        <w:tc>
          <w:tcPr>
            <w:tcW w:w="2880" w:type="dxa"/>
          </w:tcPr>
          <w:p w14:paraId="741D12D1" w14:textId="77777777" w:rsidR="00F06938" w:rsidRDefault="00F06938" w:rsidP="00680100"/>
        </w:tc>
        <w:tc>
          <w:tcPr>
            <w:tcW w:w="2880" w:type="dxa"/>
          </w:tcPr>
          <w:p w14:paraId="1A67C2A8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Hello there. </w:t>
            </w:r>
          </w:p>
        </w:tc>
      </w:tr>
      <w:tr w:rsidR="00F06938" w14:paraId="7368F6BB" w14:textId="77777777" w:rsidTr="00680100">
        <w:tc>
          <w:tcPr>
            <w:tcW w:w="2880" w:type="dxa"/>
          </w:tcPr>
          <w:p w14:paraId="2B01FCD5" w14:textId="77777777" w:rsidR="00F06938" w:rsidRDefault="00F06938" w:rsidP="00680100">
            <w:r>
              <w:t>01:14:18:01</w:t>
            </w:r>
          </w:p>
        </w:tc>
        <w:tc>
          <w:tcPr>
            <w:tcW w:w="2880" w:type="dxa"/>
          </w:tcPr>
          <w:p w14:paraId="064D3533" w14:textId="77777777" w:rsidR="00F06938" w:rsidRDefault="00F06938" w:rsidP="00680100"/>
        </w:tc>
        <w:tc>
          <w:tcPr>
            <w:tcW w:w="2880" w:type="dxa"/>
          </w:tcPr>
          <w:p w14:paraId="5AFE9362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[gasp] That must be him. </w:t>
            </w:r>
          </w:p>
        </w:tc>
      </w:tr>
      <w:tr w:rsidR="00F06938" w14:paraId="79B190BA" w14:textId="77777777" w:rsidTr="00680100">
        <w:tc>
          <w:tcPr>
            <w:tcW w:w="2880" w:type="dxa"/>
          </w:tcPr>
          <w:p w14:paraId="1CCE65DD" w14:textId="77777777" w:rsidR="00F06938" w:rsidRDefault="00F06938" w:rsidP="00680100">
            <w:r>
              <w:t>01:14:19:17</w:t>
            </w:r>
          </w:p>
        </w:tc>
        <w:tc>
          <w:tcPr>
            <w:tcW w:w="2880" w:type="dxa"/>
          </w:tcPr>
          <w:p w14:paraId="35268190" w14:textId="77777777" w:rsidR="00F06938" w:rsidRDefault="00F06938" w:rsidP="00680100"/>
        </w:tc>
        <w:tc>
          <w:tcPr>
            <w:tcW w:w="2880" w:type="dxa"/>
          </w:tcPr>
          <w:p w14:paraId="21454695" w14:textId="77777777" w:rsidR="00F06938" w:rsidRDefault="00F06938" w:rsidP="00680100">
            <w:r>
              <w:t xml:space="preserve">Let's go meet him. </w:t>
            </w:r>
          </w:p>
        </w:tc>
      </w:tr>
      <w:tr w:rsidR="00F06938" w14:paraId="48D73AD1" w14:textId="77777777" w:rsidTr="00680100">
        <w:tc>
          <w:tcPr>
            <w:tcW w:w="2880" w:type="dxa"/>
          </w:tcPr>
          <w:p w14:paraId="2C0A1E2A" w14:textId="77777777" w:rsidR="00F06938" w:rsidRDefault="00F06938" w:rsidP="00680100">
            <w:r>
              <w:t>01:14:21:17</w:t>
            </w:r>
          </w:p>
        </w:tc>
        <w:tc>
          <w:tcPr>
            <w:tcW w:w="2880" w:type="dxa"/>
          </w:tcPr>
          <w:p w14:paraId="1B340EFF" w14:textId="77777777" w:rsidR="00F06938" w:rsidRDefault="00F06938" w:rsidP="00680100"/>
        </w:tc>
        <w:tc>
          <w:tcPr>
            <w:tcW w:w="2880" w:type="dxa"/>
          </w:tcPr>
          <w:p w14:paraId="37300908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[giggle] </w:t>
            </w:r>
          </w:p>
        </w:tc>
      </w:tr>
      <w:tr w:rsidR="00F06938" w14:paraId="4D2075B8" w14:textId="77777777" w:rsidTr="00680100">
        <w:tc>
          <w:tcPr>
            <w:tcW w:w="2880" w:type="dxa"/>
          </w:tcPr>
          <w:p w14:paraId="03F845A3" w14:textId="77777777" w:rsidR="00F06938" w:rsidRDefault="00F06938" w:rsidP="00680100">
            <w:r>
              <w:t>01:14:25:22</w:t>
            </w:r>
          </w:p>
        </w:tc>
        <w:tc>
          <w:tcPr>
            <w:tcW w:w="2880" w:type="dxa"/>
          </w:tcPr>
          <w:p w14:paraId="66942C4B" w14:textId="77777777" w:rsidR="00F06938" w:rsidRDefault="00F06938" w:rsidP="00680100"/>
        </w:tc>
        <w:tc>
          <w:tcPr>
            <w:tcW w:w="2880" w:type="dxa"/>
          </w:tcPr>
          <w:p w14:paraId="5D742E48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Hi! Are you our substitute teacher? </w:t>
            </w:r>
          </w:p>
        </w:tc>
      </w:tr>
      <w:tr w:rsidR="00F06938" w14:paraId="57CD8748" w14:textId="77777777" w:rsidTr="00680100">
        <w:tc>
          <w:tcPr>
            <w:tcW w:w="2880" w:type="dxa"/>
          </w:tcPr>
          <w:p w14:paraId="7150ED75" w14:textId="77777777" w:rsidR="00F06938" w:rsidRDefault="00F06938" w:rsidP="00680100">
            <w:r>
              <w:t>01:14:28:14</w:t>
            </w:r>
          </w:p>
        </w:tc>
        <w:tc>
          <w:tcPr>
            <w:tcW w:w="2880" w:type="dxa"/>
          </w:tcPr>
          <w:p w14:paraId="48B284A2" w14:textId="77777777" w:rsidR="00F06938" w:rsidRDefault="00F06938" w:rsidP="00680100"/>
        </w:tc>
        <w:tc>
          <w:tcPr>
            <w:tcW w:w="2880" w:type="dxa"/>
          </w:tcPr>
          <w:p w14:paraId="039720AF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That's me! </w:t>
            </w:r>
          </w:p>
        </w:tc>
      </w:tr>
      <w:tr w:rsidR="00F06938" w14:paraId="64A400E6" w14:textId="77777777" w:rsidTr="00680100">
        <w:tc>
          <w:tcPr>
            <w:tcW w:w="2880" w:type="dxa"/>
          </w:tcPr>
          <w:p w14:paraId="02CBA75B" w14:textId="77777777" w:rsidR="00F06938" w:rsidRDefault="00F06938" w:rsidP="00680100">
            <w:r>
              <w:t>01:14:29:17</w:t>
            </w:r>
          </w:p>
        </w:tc>
        <w:tc>
          <w:tcPr>
            <w:tcW w:w="2880" w:type="dxa"/>
          </w:tcPr>
          <w:p w14:paraId="59E00B80" w14:textId="77777777" w:rsidR="00F06938" w:rsidRDefault="00F06938" w:rsidP="00680100"/>
        </w:tc>
        <w:tc>
          <w:tcPr>
            <w:tcW w:w="2880" w:type="dxa"/>
          </w:tcPr>
          <w:p w14:paraId="0326053F" w14:textId="77777777" w:rsidR="00F06938" w:rsidRDefault="00F06938" w:rsidP="00680100">
            <w:r>
              <w:t xml:space="preserve">I'm Mr. Hamster. </w:t>
            </w:r>
          </w:p>
        </w:tc>
      </w:tr>
      <w:tr w:rsidR="00F06938" w14:paraId="0F3AACE4" w14:textId="77777777" w:rsidTr="00680100">
        <w:tc>
          <w:tcPr>
            <w:tcW w:w="2880" w:type="dxa"/>
          </w:tcPr>
          <w:p w14:paraId="02C36E8C" w14:textId="77777777" w:rsidR="00F06938" w:rsidRDefault="00F06938" w:rsidP="00680100">
            <w:r>
              <w:t>01:14:31:18</w:t>
            </w:r>
          </w:p>
        </w:tc>
        <w:tc>
          <w:tcPr>
            <w:tcW w:w="2880" w:type="dxa"/>
          </w:tcPr>
          <w:p w14:paraId="1E74A610" w14:textId="77777777" w:rsidR="00F06938" w:rsidRDefault="00F06938" w:rsidP="00680100"/>
        </w:tc>
        <w:tc>
          <w:tcPr>
            <w:tcW w:w="2880" w:type="dxa"/>
          </w:tcPr>
          <w:p w14:paraId="7C1365F0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We thought so. </w:t>
            </w:r>
          </w:p>
        </w:tc>
      </w:tr>
      <w:tr w:rsidR="00F06938" w14:paraId="5876CEAE" w14:textId="77777777" w:rsidTr="00680100">
        <w:tc>
          <w:tcPr>
            <w:tcW w:w="2880" w:type="dxa"/>
          </w:tcPr>
          <w:p w14:paraId="59074E50" w14:textId="77777777" w:rsidR="00F06938" w:rsidRDefault="00F06938" w:rsidP="00680100">
            <w:r>
              <w:t>01:14:33:09</w:t>
            </w:r>
          </w:p>
        </w:tc>
        <w:tc>
          <w:tcPr>
            <w:tcW w:w="2880" w:type="dxa"/>
          </w:tcPr>
          <w:p w14:paraId="085448B4" w14:textId="77777777" w:rsidR="00F06938" w:rsidRDefault="00F06938" w:rsidP="00680100"/>
        </w:tc>
        <w:tc>
          <w:tcPr>
            <w:tcW w:w="2880" w:type="dxa"/>
          </w:tcPr>
          <w:p w14:paraId="2475DB9D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Well, now that you know who I am, </w:t>
            </w:r>
          </w:p>
        </w:tc>
      </w:tr>
      <w:tr w:rsidR="00F06938" w14:paraId="279C941C" w14:textId="77777777" w:rsidTr="00680100">
        <w:tc>
          <w:tcPr>
            <w:tcW w:w="2880" w:type="dxa"/>
          </w:tcPr>
          <w:p w14:paraId="60E3CF56" w14:textId="77777777" w:rsidR="00F06938" w:rsidRDefault="00F06938" w:rsidP="00680100">
            <w:r>
              <w:lastRenderedPageBreak/>
              <w:t>01:14:35:23</w:t>
            </w:r>
          </w:p>
        </w:tc>
        <w:tc>
          <w:tcPr>
            <w:tcW w:w="2880" w:type="dxa"/>
          </w:tcPr>
          <w:p w14:paraId="1E960630" w14:textId="77777777" w:rsidR="00F06938" w:rsidRDefault="00F06938" w:rsidP="00680100"/>
        </w:tc>
        <w:tc>
          <w:tcPr>
            <w:tcW w:w="2880" w:type="dxa"/>
          </w:tcPr>
          <w:p w14:paraId="7C782125" w14:textId="77777777" w:rsidR="00F06938" w:rsidRDefault="00F06938" w:rsidP="00680100">
            <w:r>
              <w:t xml:space="preserve">I'd like to get to know who you are. </w:t>
            </w:r>
          </w:p>
        </w:tc>
      </w:tr>
      <w:tr w:rsidR="00F06938" w14:paraId="475AF7DC" w14:textId="77777777" w:rsidTr="00680100">
        <w:tc>
          <w:tcPr>
            <w:tcW w:w="2880" w:type="dxa"/>
          </w:tcPr>
          <w:p w14:paraId="3CEABFD4" w14:textId="77777777" w:rsidR="00F06938" w:rsidRDefault="00F06938" w:rsidP="00680100">
            <w:r>
              <w:t>01:14:38:06</w:t>
            </w:r>
          </w:p>
        </w:tc>
        <w:tc>
          <w:tcPr>
            <w:tcW w:w="2880" w:type="dxa"/>
          </w:tcPr>
          <w:p w14:paraId="14CDF0B3" w14:textId="77777777" w:rsidR="00F06938" w:rsidRDefault="00F06938" w:rsidP="00680100"/>
        </w:tc>
        <w:tc>
          <w:tcPr>
            <w:tcW w:w="2880" w:type="dxa"/>
          </w:tcPr>
          <w:p w14:paraId="3B97BDD9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I'm Elinor. </w:t>
            </w:r>
          </w:p>
        </w:tc>
      </w:tr>
      <w:tr w:rsidR="00F06938" w14:paraId="76AA4342" w14:textId="77777777" w:rsidTr="00680100">
        <w:tc>
          <w:tcPr>
            <w:tcW w:w="2880" w:type="dxa"/>
          </w:tcPr>
          <w:p w14:paraId="07E39E73" w14:textId="77777777" w:rsidR="00F06938" w:rsidRDefault="00F06938" w:rsidP="00680100">
            <w:r>
              <w:t>01:14:39:07</w:t>
            </w:r>
          </w:p>
        </w:tc>
        <w:tc>
          <w:tcPr>
            <w:tcW w:w="2880" w:type="dxa"/>
          </w:tcPr>
          <w:p w14:paraId="424247FE" w14:textId="77777777" w:rsidR="00F06938" w:rsidRDefault="00F06938" w:rsidP="00680100"/>
        </w:tc>
        <w:tc>
          <w:tcPr>
            <w:tcW w:w="2880" w:type="dxa"/>
          </w:tcPr>
          <w:p w14:paraId="03D0A72E" w14:textId="77777777" w:rsidR="00F06938" w:rsidRDefault="00F06938" w:rsidP="00680100">
            <w:r>
              <w:t xml:space="preserve">I like to learn all kinds of things. </w:t>
            </w:r>
          </w:p>
        </w:tc>
      </w:tr>
      <w:tr w:rsidR="00F06938" w14:paraId="75479A03" w14:textId="77777777" w:rsidTr="00680100">
        <w:tc>
          <w:tcPr>
            <w:tcW w:w="2880" w:type="dxa"/>
          </w:tcPr>
          <w:p w14:paraId="7CE339FA" w14:textId="77777777" w:rsidR="00F06938" w:rsidRDefault="00F06938" w:rsidP="00680100">
            <w:r>
              <w:t>01:14:41:11</w:t>
            </w:r>
          </w:p>
        </w:tc>
        <w:tc>
          <w:tcPr>
            <w:tcW w:w="2880" w:type="dxa"/>
          </w:tcPr>
          <w:p w14:paraId="34342787" w14:textId="77777777" w:rsidR="00F06938" w:rsidRDefault="00F06938" w:rsidP="00680100"/>
        </w:tc>
        <w:tc>
          <w:tcPr>
            <w:tcW w:w="2880" w:type="dxa"/>
          </w:tcPr>
          <w:p w14:paraId="4FDD3BAF" w14:textId="77777777" w:rsidR="00F06938" w:rsidRDefault="00F06938" w:rsidP="00680100">
            <w:r>
              <w:t xml:space="preserve">I think nature is </w:t>
            </w:r>
            <w:proofErr w:type="spellStart"/>
            <w:r>
              <w:t>sooo</w:t>
            </w:r>
            <w:proofErr w:type="spellEnd"/>
            <w:r>
              <w:t xml:space="preserve"> interesting. </w:t>
            </w:r>
          </w:p>
        </w:tc>
      </w:tr>
      <w:tr w:rsidR="00F06938" w14:paraId="2D9DD85D" w14:textId="77777777" w:rsidTr="00680100">
        <w:tc>
          <w:tcPr>
            <w:tcW w:w="2880" w:type="dxa"/>
          </w:tcPr>
          <w:p w14:paraId="56EC6571" w14:textId="77777777" w:rsidR="00F06938" w:rsidRDefault="00F06938" w:rsidP="00680100">
            <w:r>
              <w:t>01:14:43:12</w:t>
            </w:r>
          </w:p>
        </w:tc>
        <w:tc>
          <w:tcPr>
            <w:tcW w:w="2880" w:type="dxa"/>
          </w:tcPr>
          <w:p w14:paraId="45FC7FBC" w14:textId="77777777" w:rsidR="00F06938" w:rsidRDefault="00F06938" w:rsidP="00680100"/>
        </w:tc>
        <w:tc>
          <w:tcPr>
            <w:tcW w:w="2880" w:type="dxa"/>
          </w:tcPr>
          <w:p w14:paraId="02BD276B" w14:textId="77777777" w:rsidR="00F06938" w:rsidRDefault="00F06938" w:rsidP="00680100">
            <w:r>
              <w:t xml:space="preserve">I ask a lot of questions. </w:t>
            </w:r>
          </w:p>
        </w:tc>
      </w:tr>
      <w:tr w:rsidR="00F06938" w14:paraId="66BBB811" w14:textId="77777777" w:rsidTr="00680100">
        <w:tc>
          <w:tcPr>
            <w:tcW w:w="2880" w:type="dxa"/>
          </w:tcPr>
          <w:p w14:paraId="1B822CE0" w14:textId="77777777" w:rsidR="00F06938" w:rsidRDefault="00F06938" w:rsidP="00680100">
            <w:r>
              <w:t>01:14:45:03</w:t>
            </w:r>
          </w:p>
        </w:tc>
        <w:tc>
          <w:tcPr>
            <w:tcW w:w="2880" w:type="dxa"/>
          </w:tcPr>
          <w:p w14:paraId="6C00439F" w14:textId="77777777" w:rsidR="00F06938" w:rsidRDefault="00F06938" w:rsidP="00680100"/>
        </w:tc>
        <w:tc>
          <w:tcPr>
            <w:tcW w:w="2880" w:type="dxa"/>
          </w:tcPr>
          <w:p w14:paraId="612F1815" w14:textId="77777777" w:rsidR="00F06938" w:rsidRDefault="00F06938" w:rsidP="00680100">
            <w:r>
              <w:t xml:space="preserve">I don't think you can ask too many questions. </w:t>
            </w:r>
          </w:p>
        </w:tc>
      </w:tr>
      <w:tr w:rsidR="00F06938" w14:paraId="266D1A9F" w14:textId="77777777" w:rsidTr="00680100">
        <w:tc>
          <w:tcPr>
            <w:tcW w:w="2880" w:type="dxa"/>
          </w:tcPr>
          <w:p w14:paraId="4A91473B" w14:textId="77777777" w:rsidR="00F06938" w:rsidRDefault="00F06938" w:rsidP="00680100">
            <w:r>
              <w:t>01:14:48:00</w:t>
            </w:r>
          </w:p>
        </w:tc>
        <w:tc>
          <w:tcPr>
            <w:tcW w:w="2880" w:type="dxa"/>
          </w:tcPr>
          <w:p w14:paraId="42668138" w14:textId="77777777" w:rsidR="00F06938" w:rsidRDefault="00F06938" w:rsidP="00680100"/>
        </w:tc>
        <w:tc>
          <w:tcPr>
            <w:tcW w:w="2880" w:type="dxa"/>
          </w:tcPr>
          <w:p w14:paraId="71781290" w14:textId="77777777" w:rsidR="00F06938" w:rsidRDefault="00F06938" w:rsidP="00680100">
            <w:r>
              <w:t xml:space="preserve">What do you think? </w:t>
            </w:r>
          </w:p>
        </w:tc>
      </w:tr>
      <w:tr w:rsidR="00F06938" w14:paraId="03D1E57C" w14:textId="77777777" w:rsidTr="00680100">
        <w:tc>
          <w:tcPr>
            <w:tcW w:w="2880" w:type="dxa"/>
          </w:tcPr>
          <w:p w14:paraId="42A3066D" w14:textId="77777777" w:rsidR="00F06938" w:rsidRDefault="00F06938" w:rsidP="00680100">
            <w:r>
              <w:t>01:14:49:08</w:t>
            </w:r>
          </w:p>
        </w:tc>
        <w:tc>
          <w:tcPr>
            <w:tcW w:w="2880" w:type="dxa"/>
          </w:tcPr>
          <w:p w14:paraId="033A5413" w14:textId="77777777" w:rsidR="00F06938" w:rsidRDefault="00F06938" w:rsidP="00680100"/>
        </w:tc>
        <w:tc>
          <w:tcPr>
            <w:tcW w:w="2880" w:type="dxa"/>
          </w:tcPr>
          <w:p w14:paraId="6FB81386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[chuckle] Well, </w:t>
            </w:r>
          </w:p>
        </w:tc>
      </w:tr>
      <w:tr w:rsidR="00F06938" w14:paraId="124FD368" w14:textId="77777777" w:rsidTr="00680100">
        <w:tc>
          <w:tcPr>
            <w:tcW w:w="2880" w:type="dxa"/>
          </w:tcPr>
          <w:p w14:paraId="265D7C86" w14:textId="77777777" w:rsidR="00F06938" w:rsidRDefault="00F06938" w:rsidP="00680100">
            <w:r>
              <w:t>01:14:50:21</w:t>
            </w:r>
          </w:p>
        </w:tc>
        <w:tc>
          <w:tcPr>
            <w:tcW w:w="2880" w:type="dxa"/>
          </w:tcPr>
          <w:p w14:paraId="6B7ED62D" w14:textId="77777777" w:rsidR="00F06938" w:rsidRDefault="00F06938" w:rsidP="00680100"/>
        </w:tc>
        <w:tc>
          <w:tcPr>
            <w:tcW w:w="2880" w:type="dxa"/>
          </w:tcPr>
          <w:p w14:paraId="7BEB70B5" w14:textId="77777777" w:rsidR="00F06938" w:rsidRDefault="00F06938" w:rsidP="00680100">
            <w:r>
              <w:t xml:space="preserve">I think it's very nice to meet you, Elinor. </w:t>
            </w:r>
          </w:p>
        </w:tc>
      </w:tr>
      <w:tr w:rsidR="00F06938" w14:paraId="557BABE5" w14:textId="77777777" w:rsidTr="00680100">
        <w:tc>
          <w:tcPr>
            <w:tcW w:w="2880" w:type="dxa"/>
          </w:tcPr>
          <w:p w14:paraId="1B6DF5CE" w14:textId="77777777" w:rsidR="00F06938" w:rsidRDefault="00F06938" w:rsidP="00680100">
            <w:r>
              <w:t>01:14:54:07</w:t>
            </w:r>
          </w:p>
        </w:tc>
        <w:tc>
          <w:tcPr>
            <w:tcW w:w="2880" w:type="dxa"/>
          </w:tcPr>
          <w:p w14:paraId="647B9C14" w14:textId="77777777" w:rsidR="00F06938" w:rsidRDefault="00F06938" w:rsidP="00680100"/>
        </w:tc>
        <w:tc>
          <w:tcPr>
            <w:tcW w:w="2880" w:type="dxa"/>
          </w:tcPr>
          <w:p w14:paraId="751F869A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I'm Olive. </w:t>
            </w:r>
          </w:p>
        </w:tc>
      </w:tr>
      <w:tr w:rsidR="00F06938" w14:paraId="7339DD9B" w14:textId="77777777" w:rsidTr="00680100">
        <w:tc>
          <w:tcPr>
            <w:tcW w:w="2880" w:type="dxa"/>
          </w:tcPr>
          <w:p w14:paraId="047E440A" w14:textId="77777777" w:rsidR="00F06938" w:rsidRDefault="00F06938" w:rsidP="00680100">
            <w:r>
              <w:t>01:14:55:07</w:t>
            </w:r>
          </w:p>
        </w:tc>
        <w:tc>
          <w:tcPr>
            <w:tcW w:w="2880" w:type="dxa"/>
          </w:tcPr>
          <w:p w14:paraId="7B04F0EC" w14:textId="77777777" w:rsidR="00F06938" w:rsidRDefault="00F06938" w:rsidP="00680100"/>
        </w:tc>
        <w:tc>
          <w:tcPr>
            <w:tcW w:w="2880" w:type="dxa"/>
          </w:tcPr>
          <w:p w14:paraId="079B7DE8" w14:textId="77777777" w:rsidR="00F06938" w:rsidRDefault="00F06938" w:rsidP="00680100">
            <w:r>
              <w:t xml:space="preserve">I like reading, especially my nature book. </w:t>
            </w:r>
          </w:p>
        </w:tc>
      </w:tr>
      <w:tr w:rsidR="00F06938" w14:paraId="0EDF85BC" w14:textId="77777777" w:rsidTr="00680100">
        <w:tc>
          <w:tcPr>
            <w:tcW w:w="2880" w:type="dxa"/>
          </w:tcPr>
          <w:p w14:paraId="0DF78995" w14:textId="77777777" w:rsidR="00F06938" w:rsidRDefault="00F06938" w:rsidP="00680100">
            <w:r>
              <w:t>01:14:57:16</w:t>
            </w:r>
          </w:p>
        </w:tc>
        <w:tc>
          <w:tcPr>
            <w:tcW w:w="2880" w:type="dxa"/>
          </w:tcPr>
          <w:p w14:paraId="6C65DFC9" w14:textId="77777777" w:rsidR="00F06938" w:rsidRDefault="00F06938" w:rsidP="00680100"/>
        </w:tc>
        <w:tc>
          <w:tcPr>
            <w:tcW w:w="2880" w:type="dxa"/>
          </w:tcPr>
          <w:p w14:paraId="1B4706E0" w14:textId="77777777" w:rsidR="00F06938" w:rsidRDefault="00F06938" w:rsidP="00680100">
            <w:r>
              <w:t xml:space="preserve">See? </w:t>
            </w:r>
          </w:p>
        </w:tc>
      </w:tr>
      <w:tr w:rsidR="00F06938" w14:paraId="6A8AC9A9" w14:textId="77777777" w:rsidTr="00680100">
        <w:tc>
          <w:tcPr>
            <w:tcW w:w="2880" w:type="dxa"/>
          </w:tcPr>
          <w:p w14:paraId="301A4647" w14:textId="77777777" w:rsidR="00F06938" w:rsidRDefault="00F06938" w:rsidP="00680100">
            <w:r>
              <w:t>01:14:58:20</w:t>
            </w:r>
          </w:p>
        </w:tc>
        <w:tc>
          <w:tcPr>
            <w:tcW w:w="2880" w:type="dxa"/>
          </w:tcPr>
          <w:p w14:paraId="7B06E87B" w14:textId="77777777" w:rsidR="00F06938" w:rsidRDefault="00F06938" w:rsidP="00680100"/>
        </w:tc>
        <w:tc>
          <w:tcPr>
            <w:tcW w:w="2880" w:type="dxa"/>
          </w:tcPr>
          <w:p w14:paraId="5311BCF4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[gasp] I have the same book! </w:t>
            </w:r>
          </w:p>
        </w:tc>
      </w:tr>
      <w:tr w:rsidR="00F06938" w14:paraId="20B62495" w14:textId="77777777" w:rsidTr="00680100">
        <w:tc>
          <w:tcPr>
            <w:tcW w:w="2880" w:type="dxa"/>
          </w:tcPr>
          <w:p w14:paraId="69673D3F" w14:textId="77777777" w:rsidR="00F06938" w:rsidRDefault="00F06938" w:rsidP="00680100">
            <w:r>
              <w:t>01:15:01:10</w:t>
            </w:r>
          </w:p>
        </w:tc>
        <w:tc>
          <w:tcPr>
            <w:tcW w:w="2880" w:type="dxa"/>
          </w:tcPr>
          <w:p w14:paraId="38A58675" w14:textId="77777777" w:rsidR="00F06938" w:rsidRDefault="00F06938" w:rsidP="00680100"/>
        </w:tc>
        <w:tc>
          <w:tcPr>
            <w:tcW w:w="2880" w:type="dxa"/>
          </w:tcPr>
          <w:p w14:paraId="412417E9" w14:textId="77777777" w:rsidR="00F06938" w:rsidRDefault="00F06938" w:rsidP="00680100">
            <w:r>
              <w:t xml:space="preserve">It's nice to meet you too, Olive. </w:t>
            </w:r>
          </w:p>
        </w:tc>
      </w:tr>
      <w:tr w:rsidR="00F06938" w14:paraId="2BE81C07" w14:textId="77777777" w:rsidTr="00680100">
        <w:tc>
          <w:tcPr>
            <w:tcW w:w="2880" w:type="dxa"/>
          </w:tcPr>
          <w:p w14:paraId="06A620EE" w14:textId="77777777" w:rsidR="00F06938" w:rsidRDefault="00F06938" w:rsidP="00680100">
            <w:r>
              <w:t>01:15:03:15</w:t>
            </w:r>
          </w:p>
        </w:tc>
        <w:tc>
          <w:tcPr>
            <w:tcW w:w="2880" w:type="dxa"/>
          </w:tcPr>
          <w:p w14:paraId="2E49F1CD" w14:textId="77777777" w:rsidR="00F06938" w:rsidRDefault="00F06938" w:rsidP="00680100"/>
        </w:tc>
        <w:tc>
          <w:tcPr>
            <w:tcW w:w="2880" w:type="dxa"/>
          </w:tcPr>
          <w:p w14:paraId="65CE06CF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And you are... uh... </w:t>
            </w:r>
            <w:proofErr w:type="spellStart"/>
            <w:r>
              <w:t>er</w:t>
            </w:r>
            <w:proofErr w:type="spellEnd"/>
            <w:r>
              <w:t xml:space="preserve">... </w:t>
            </w:r>
          </w:p>
        </w:tc>
      </w:tr>
      <w:tr w:rsidR="00F06938" w14:paraId="19EE52AB" w14:textId="77777777" w:rsidTr="00680100">
        <w:tc>
          <w:tcPr>
            <w:tcW w:w="2880" w:type="dxa"/>
          </w:tcPr>
          <w:p w14:paraId="0287F072" w14:textId="77777777" w:rsidR="00F06938" w:rsidRDefault="00F06938" w:rsidP="00680100">
            <w:r>
              <w:t>01:15:05:12</w:t>
            </w:r>
          </w:p>
        </w:tc>
        <w:tc>
          <w:tcPr>
            <w:tcW w:w="2880" w:type="dxa"/>
          </w:tcPr>
          <w:p w14:paraId="341FE5DC" w14:textId="77777777" w:rsidR="00F06938" w:rsidRDefault="00F06938" w:rsidP="00680100"/>
        </w:tc>
        <w:tc>
          <w:tcPr>
            <w:tcW w:w="2880" w:type="dxa"/>
          </w:tcPr>
          <w:p w14:paraId="46C1F55A" w14:textId="77777777" w:rsidR="00F06938" w:rsidRDefault="00F06938" w:rsidP="00680100">
            <w:r>
              <w:t xml:space="preserve">where did you go? </w:t>
            </w:r>
          </w:p>
        </w:tc>
      </w:tr>
      <w:tr w:rsidR="00F06938" w14:paraId="0FEB3590" w14:textId="77777777" w:rsidTr="00680100">
        <w:tc>
          <w:tcPr>
            <w:tcW w:w="2880" w:type="dxa"/>
          </w:tcPr>
          <w:p w14:paraId="66E61CD8" w14:textId="77777777" w:rsidR="00F06938" w:rsidRDefault="00F06938" w:rsidP="00680100">
            <w:r>
              <w:t>01:15:06:19</w:t>
            </w:r>
          </w:p>
        </w:tc>
        <w:tc>
          <w:tcPr>
            <w:tcW w:w="2880" w:type="dxa"/>
          </w:tcPr>
          <w:p w14:paraId="24ED898D" w14:textId="77777777" w:rsidR="00F06938" w:rsidRDefault="00F06938" w:rsidP="00680100"/>
        </w:tc>
        <w:tc>
          <w:tcPr>
            <w:tcW w:w="2880" w:type="dxa"/>
          </w:tcPr>
          <w:p w14:paraId="47C29C19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Over here! </w:t>
            </w:r>
          </w:p>
        </w:tc>
      </w:tr>
      <w:tr w:rsidR="00F06938" w14:paraId="2CD610BA" w14:textId="77777777" w:rsidTr="00680100">
        <w:tc>
          <w:tcPr>
            <w:tcW w:w="2880" w:type="dxa"/>
          </w:tcPr>
          <w:p w14:paraId="4D729DEB" w14:textId="77777777" w:rsidR="00F06938" w:rsidRDefault="00F06938" w:rsidP="00680100">
            <w:r>
              <w:t>01:15:08:01</w:t>
            </w:r>
          </w:p>
        </w:tc>
        <w:tc>
          <w:tcPr>
            <w:tcW w:w="2880" w:type="dxa"/>
          </w:tcPr>
          <w:p w14:paraId="41211A96" w14:textId="77777777" w:rsidR="00F06938" w:rsidRDefault="00F06938" w:rsidP="00680100"/>
        </w:tc>
        <w:tc>
          <w:tcPr>
            <w:tcW w:w="2880" w:type="dxa"/>
          </w:tcPr>
          <w:p w14:paraId="2E05BAA5" w14:textId="77777777" w:rsidR="00F06938" w:rsidRDefault="00F06938" w:rsidP="00680100">
            <w:r>
              <w:t xml:space="preserve">I'm Ari. And I can hang upside-down! </w:t>
            </w:r>
          </w:p>
        </w:tc>
      </w:tr>
      <w:tr w:rsidR="00F06938" w14:paraId="7AD0384A" w14:textId="77777777" w:rsidTr="00680100">
        <w:tc>
          <w:tcPr>
            <w:tcW w:w="2880" w:type="dxa"/>
          </w:tcPr>
          <w:p w14:paraId="2B4C7FAC" w14:textId="77777777" w:rsidR="00F06938" w:rsidRDefault="00F06938" w:rsidP="00680100">
            <w:r>
              <w:lastRenderedPageBreak/>
              <w:t>01:15:11:04</w:t>
            </w:r>
          </w:p>
        </w:tc>
        <w:tc>
          <w:tcPr>
            <w:tcW w:w="2880" w:type="dxa"/>
          </w:tcPr>
          <w:p w14:paraId="30CAA3A1" w14:textId="77777777" w:rsidR="00F06938" w:rsidRDefault="00F06938" w:rsidP="00680100"/>
        </w:tc>
        <w:tc>
          <w:tcPr>
            <w:tcW w:w="2880" w:type="dxa"/>
          </w:tcPr>
          <w:p w14:paraId="68F42F87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Hi, Ari. </w:t>
            </w:r>
          </w:p>
        </w:tc>
      </w:tr>
      <w:tr w:rsidR="00F06938" w14:paraId="5B6F73E8" w14:textId="77777777" w:rsidTr="00680100">
        <w:tc>
          <w:tcPr>
            <w:tcW w:w="2880" w:type="dxa"/>
          </w:tcPr>
          <w:p w14:paraId="210C5E74" w14:textId="77777777" w:rsidR="00F06938" w:rsidRDefault="00F06938" w:rsidP="00680100">
            <w:r>
              <w:t>01:15:12:20</w:t>
            </w:r>
          </w:p>
        </w:tc>
        <w:tc>
          <w:tcPr>
            <w:tcW w:w="2880" w:type="dxa"/>
          </w:tcPr>
          <w:p w14:paraId="72904D72" w14:textId="77777777" w:rsidR="00F06938" w:rsidRDefault="00F06938" w:rsidP="00680100"/>
        </w:tc>
        <w:tc>
          <w:tcPr>
            <w:tcW w:w="2880" w:type="dxa"/>
          </w:tcPr>
          <w:p w14:paraId="24F80F4B" w14:textId="77777777" w:rsidR="00F06938" w:rsidRDefault="00F06938" w:rsidP="00680100">
            <w:r>
              <w:t xml:space="preserve">[giggle] </w:t>
            </w:r>
          </w:p>
        </w:tc>
      </w:tr>
      <w:tr w:rsidR="00F06938" w14:paraId="5AB9DF6F" w14:textId="77777777" w:rsidTr="00680100">
        <w:tc>
          <w:tcPr>
            <w:tcW w:w="2880" w:type="dxa"/>
          </w:tcPr>
          <w:p w14:paraId="5DBE65F1" w14:textId="77777777" w:rsidR="00F06938" w:rsidRDefault="00F06938" w:rsidP="00680100">
            <w:r>
              <w:t>01:15:13:20</w:t>
            </w:r>
          </w:p>
        </w:tc>
        <w:tc>
          <w:tcPr>
            <w:tcW w:w="2880" w:type="dxa"/>
          </w:tcPr>
          <w:p w14:paraId="6C59C682" w14:textId="77777777" w:rsidR="00F06938" w:rsidRDefault="00F06938" w:rsidP="00680100"/>
        </w:tc>
        <w:tc>
          <w:tcPr>
            <w:tcW w:w="2880" w:type="dxa"/>
          </w:tcPr>
          <w:p w14:paraId="4B216203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F06938" w14:paraId="0BEF781B" w14:textId="77777777" w:rsidTr="00680100">
        <w:tc>
          <w:tcPr>
            <w:tcW w:w="2880" w:type="dxa"/>
          </w:tcPr>
          <w:p w14:paraId="27BD9711" w14:textId="77777777" w:rsidR="00F06938" w:rsidRDefault="00F06938" w:rsidP="00680100">
            <w:r>
              <w:t>01:15:15:12</w:t>
            </w:r>
          </w:p>
        </w:tc>
        <w:tc>
          <w:tcPr>
            <w:tcW w:w="2880" w:type="dxa"/>
          </w:tcPr>
          <w:p w14:paraId="2F5936AD" w14:textId="77777777" w:rsidR="00F06938" w:rsidRDefault="00F06938" w:rsidP="00680100"/>
        </w:tc>
        <w:tc>
          <w:tcPr>
            <w:tcW w:w="2880" w:type="dxa"/>
          </w:tcPr>
          <w:p w14:paraId="0C9359FA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F06938" w14:paraId="6E44EC30" w14:textId="77777777" w:rsidTr="00680100">
        <w:tc>
          <w:tcPr>
            <w:tcW w:w="2880" w:type="dxa"/>
          </w:tcPr>
          <w:p w14:paraId="7CDF64B1" w14:textId="77777777" w:rsidR="00F06938" w:rsidRDefault="00F06938" w:rsidP="00680100">
            <w:r>
              <w:t>01:15:16:18</w:t>
            </w:r>
          </w:p>
        </w:tc>
        <w:tc>
          <w:tcPr>
            <w:tcW w:w="2880" w:type="dxa"/>
          </w:tcPr>
          <w:p w14:paraId="2126E60B" w14:textId="77777777" w:rsidR="00F06938" w:rsidRDefault="00F06938" w:rsidP="00680100"/>
        </w:tc>
        <w:tc>
          <w:tcPr>
            <w:tcW w:w="2880" w:type="dxa"/>
          </w:tcPr>
          <w:p w14:paraId="6C5404B1" w14:textId="77777777" w:rsidR="00F06938" w:rsidRDefault="00F06938" w:rsidP="00680100">
            <w:r>
              <w:t xml:space="preserve">Ta-da! </w:t>
            </w:r>
          </w:p>
        </w:tc>
      </w:tr>
      <w:tr w:rsidR="00F06938" w14:paraId="0C547394" w14:textId="77777777" w:rsidTr="00680100">
        <w:tc>
          <w:tcPr>
            <w:tcW w:w="2880" w:type="dxa"/>
          </w:tcPr>
          <w:p w14:paraId="6525F13C" w14:textId="77777777" w:rsidR="00F06938" w:rsidRDefault="00F06938" w:rsidP="00680100">
            <w:r>
              <w:t>01:15:18:05</w:t>
            </w:r>
          </w:p>
        </w:tc>
        <w:tc>
          <w:tcPr>
            <w:tcW w:w="2880" w:type="dxa"/>
          </w:tcPr>
          <w:p w14:paraId="7BA4781D" w14:textId="77777777" w:rsidR="00F06938" w:rsidRDefault="00F06938" w:rsidP="00680100"/>
        </w:tc>
        <w:tc>
          <w:tcPr>
            <w:tcW w:w="2880" w:type="dxa"/>
          </w:tcPr>
          <w:p w14:paraId="6FA0F142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[giggle] Bravo! Bravo! [giggle] </w:t>
            </w:r>
          </w:p>
        </w:tc>
      </w:tr>
      <w:tr w:rsidR="00F06938" w14:paraId="0EF57357" w14:textId="77777777" w:rsidTr="00680100">
        <w:tc>
          <w:tcPr>
            <w:tcW w:w="2880" w:type="dxa"/>
          </w:tcPr>
          <w:p w14:paraId="1EE2BF52" w14:textId="77777777" w:rsidR="00F06938" w:rsidRDefault="00F06938" w:rsidP="00680100">
            <w:r>
              <w:t>01:15:22:05</w:t>
            </w:r>
          </w:p>
        </w:tc>
        <w:tc>
          <w:tcPr>
            <w:tcW w:w="2880" w:type="dxa"/>
          </w:tcPr>
          <w:p w14:paraId="7BD27C5C" w14:textId="77777777" w:rsidR="00F06938" w:rsidRDefault="00F06938" w:rsidP="00680100"/>
        </w:tc>
        <w:tc>
          <w:tcPr>
            <w:tcW w:w="2880" w:type="dxa"/>
          </w:tcPr>
          <w:p w14:paraId="54F9D1E0" w14:textId="77777777" w:rsidR="00F06938" w:rsidRDefault="00F06938" w:rsidP="00680100">
            <w:r>
              <w:t xml:space="preserve">Well, thanks for introducing yourselves. </w:t>
            </w:r>
          </w:p>
        </w:tc>
      </w:tr>
      <w:tr w:rsidR="00F06938" w14:paraId="36F2E00C" w14:textId="77777777" w:rsidTr="00680100">
        <w:tc>
          <w:tcPr>
            <w:tcW w:w="2880" w:type="dxa"/>
          </w:tcPr>
          <w:p w14:paraId="795698D5" w14:textId="77777777" w:rsidR="00F06938" w:rsidRDefault="00F06938" w:rsidP="00680100">
            <w:r>
              <w:t>01:15:25:21</w:t>
            </w:r>
          </w:p>
        </w:tc>
        <w:tc>
          <w:tcPr>
            <w:tcW w:w="2880" w:type="dxa"/>
          </w:tcPr>
          <w:p w14:paraId="0A32277B" w14:textId="77777777" w:rsidR="00F06938" w:rsidRDefault="00F06938" w:rsidP="00680100"/>
        </w:tc>
        <w:tc>
          <w:tcPr>
            <w:tcW w:w="2880" w:type="dxa"/>
          </w:tcPr>
          <w:p w14:paraId="41215627" w14:textId="77777777" w:rsidR="00F06938" w:rsidRDefault="00F06938" w:rsidP="00680100">
            <w:r>
              <w:t xml:space="preserve">When you're new like me, </w:t>
            </w:r>
          </w:p>
        </w:tc>
      </w:tr>
      <w:tr w:rsidR="00F06938" w14:paraId="68A7DCBB" w14:textId="77777777" w:rsidTr="00680100">
        <w:tc>
          <w:tcPr>
            <w:tcW w:w="2880" w:type="dxa"/>
          </w:tcPr>
          <w:p w14:paraId="1E8A09F2" w14:textId="77777777" w:rsidR="00F06938" w:rsidRDefault="00F06938" w:rsidP="00680100">
            <w:r>
              <w:t>01:15:27:10</w:t>
            </w:r>
          </w:p>
        </w:tc>
        <w:tc>
          <w:tcPr>
            <w:tcW w:w="2880" w:type="dxa"/>
          </w:tcPr>
          <w:p w14:paraId="30AC5DBC" w14:textId="77777777" w:rsidR="00F06938" w:rsidRDefault="00F06938" w:rsidP="00680100"/>
        </w:tc>
        <w:tc>
          <w:tcPr>
            <w:tcW w:w="2880" w:type="dxa"/>
          </w:tcPr>
          <w:p w14:paraId="5F94C073" w14:textId="77777777" w:rsidR="00F06938" w:rsidRDefault="00F06938" w:rsidP="00680100">
            <w:r>
              <w:t xml:space="preserve">it can be hard to get to know everyone... </w:t>
            </w:r>
          </w:p>
        </w:tc>
      </w:tr>
      <w:tr w:rsidR="00F06938" w14:paraId="60BC32BE" w14:textId="77777777" w:rsidTr="00680100">
        <w:tc>
          <w:tcPr>
            <w:tcW w:w="2880" w:type="dxa"/>
          </w:tcPr>
          <w:p w14:paraId="0ACBF3CA" w14:textId="77777777" w:rsidR="00F06938" w:rsidRDefault="00F06938" w:rsidP="00680100">
            <w:r>
              <w:t>01:15:29:20</w:t>
            </w:r>
          </w:p>
        </w:tc>
        <w:tc>
          <w:tcPr>
            <w:tcW w:w="2880" w:type="dxa"/>
          </w:tcPr>
          <w:p w14:paraId="4D54378B" w14:textId="77777777" w:rsidR="00F06938" w:rsidRDefault="00F06938" w:rsidP="00680100"/>
        </w:tc>
        <w:tc>
          <w:tcPr>
            <w:tcW w:w="2880" w:type="dxa"/>
          </w:tcPr>
          <w:p w14:paraId="32E39AF3" w14:textId="77777777" w:rsidR="00F06938" w:rsidRDefault="00F06938" w:rsidP="00680100">
            <w:r>
              <w:t xml:space="preserve">and remember their names! </w:t>
            </w:r>
          </w:p>
        </w:tc>
      </w:tr>
      <w:tr w:rsidR="00F06938" w14:paraId="4C3CB396" w14:textId="77777777" w:rsidTr="00680100">
        <w:tc>
          <w:tcPr>
            <w:tcW w:w="2880" w:type="dxa"/>
          </w:tcPr>
          <w:p w14:paraId="2EF39464" w14:textId="77777777" w:rsidR="00F06938" w:rsidRDefault="00F06938" w:rsidP="00680100">
            <w:r>
              <w:t>01:15:32:07</w:t>
            </w:r>
          </w:p>
        </w:tc>
        <w:tc>
          <w:tcPr>
            <w:tcW w:w="2880" w:type="dxa"/>
          </w:tcPr>
          <w:p w14:paraId="51909359" w14:textId="77777777" w:rsidR="00F06938" w:rsidRDefault="00F06938" w:rsidP="00680100"/>
        </w:tc>
        <w:tc>
          <w:tcPr>
            <w:tcW w:w="2880" w:type="dxa"/>
          </w:tcPr>
          <w:p w14:paraId="3271A110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That's so interesting! </w:t>
            </w:r>
          </w:p>
        </w:tc>
      </w:tr>
      <w:tr w:rsidR="00F06938" w14:paraId="3C2BB877" w14:textId="77777777" w:rsidTr="00680100">
        <w:tc>
          <w:tcPr>
            <w:tcW w:w="2880" w:type="dxa"/>
          </w:tcPr>
          <w:p w14:paraId="4FC253FD" w14:textId="77777777" w:rsidR="00F06938" w:rsidRDefault="00F06938" w:rsidP="00680100">
            <w:r>
              <w:t>01:15:34:17</w:t>
            </w:r>
          </w:p>
        </w:tc>
        <w:tc>
          <w:tcPr>
            <w:tcW w:w="2880" w:type="dxa"/>
          </w:tcPr>
          <w:p w14:paraId="6D1CEA39" w14:textId="77777777" w:rsidR="00F06938" w:rsidRDefault="00F06938" w:rsidP="00680100"/>
        </w:tc>
        <w:tc>
          <w:tcPr>
            <w:tcW w:w="2880" w:type="dxa"/>
          </w:tcPr>
          <w:p w14:paraId="09527A55" w14:textId="77777777" w:rsidR="00F06938" w:rsidRDefault="00F06938" w:rsidP="00680100">
            <w:r>
              <w:t xml:space="preserve">I've never thought about that. </w:t>
            </w:r>
          </w:p>
        </w:tc>
      </w:tr>
      <w:tr w:rsidR="00F06938" w14:paraId="71346B27" w14:textId="77777777" w:rsidTr="00680100">
        <w:tc>
          <w:tcPr>
            <w:tcW w:w="2880" w:type="dxa"/>
          </w:tcPr>
          <w:p w14:paraId="74507FCC" w14:textId="77777777" w:rsidR="00F06938" w:rsidRDefault="00F06938" w:rsidP="00680100">
            <w:r>
              <w:t>01:15:36:14</w:t>
            </w:r>
          </w:p>
        </w:tc>
        <w:tc>
          <w:tcPr>
            <w:tcW w:w="2880" w:type="dxa"/>
          </w:tcPr>
          <w:p w14:paraId="4F43BBC1" w14:textId="77777777" w:rsidR="00F06938" w:rsidRDefault="00F06938" w:rsidP="00680100"/>
        </w:tc>
        <w:tc>
          <w:tcPr>
            <w:tcW w:w="2880" w:type="dxa"/>
          </w:tcPr>
          <w:p w14:paraId="7486C4AF" w14:textId="77777777" w:rsidR="00F06938" w:rsidRDefault="00F06938" w:rsidP="00680100">
            <w:r>
              <w:t xml:space="preserve">How can you remember who's who? </w:t>
            </w:r>
          </w:p>
        </w:tc>
      </w:tr>
      <w:tr w:rsidR="00F06938" w14:paraId="6EF60E24" w14:textId="77777777" w:rsidTr="00680100">
        <w:tc>
          <w:tcPr>
            <w:tcW w:w="2880" w:type="dxa"/>
          </w:tcPr>
          <w:p w14:paraId="02FFA17F" w14:textId="77777777" w:rsidR="00F06938" w:rsidRDefault="00F06938" w:rsidP="00680100">
            <w:r>
              <w:t>01:15:38:21</w:t>
            </w:r>
          </w:p>
        </w:tc>
        <w:tc>
          <w:tcPr>
            <w:tcW w:w="2880" w:type="dxa"/>
          </w:tcPr>
          <w:p w14:paraId="23E32F06" w14:textId="77777777" w:rsidR="00F06938" w:rsidRDefault="00F06938" w:rsidP="00680100"/>
        </w:tc>
        <w:tc>
          <w:tcPr>
            <w:tcW w:w="2880" w:type="dxa"/>
          </w:tcPr>
          <w:p w14:paraId="5D8FC143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Uh well, Uhm... I try to look closely, </w:t>
            </w:r>
          </w:p>
        </w:tc>
      </w:tr>
      <w:tr w:rsidR="00F06938" w14:paraId="275F9BDA" w14:textId="77777777" w:rsidTr="00680100">
        <w:tc>
          <w:tcPr>
            <w:tcW w:w="2880" w:type="dxa"/>
          </w:tcPr>
          <w:p w14:paraId="70895D02" w14:textId="77777777" w:rsidR="00F06938" w:rsidRDefault="00F06938" w:rsidP="00680100">
            <w:r>
              <w:t>01:15:42:08</w:t>
            </w:r>
          </w:p>
        </w:tc>
        <w:tc>
          <w:tcPr>
            <w:tcW w:w="2880" w:type="dxa"/>
          </w:tcPr>
          <w:p w14:paraId="60C1FF26" w14:textId="77777777" w:rsidR="00F06938" w:rsidRDefault="00F06938" w:rsidP="00680100"/>
        </w:tc>
        <w:tc>
          <w:tcPr>
            <w:tcW w:w="2880" w:type="dxa"/>
          </w:tcPr>
          <w:p w14:paraId="0D664487" w14:textId="77777777" w:rsidR="00F06938" w:rsidRDefault="00F06938" w:rsidP="00680100">
            <w:r>
              <w:t xml:space="preserve">and notice what makes each of you different. </w:t>
            </w:r>
          </w:p>
        </w:tc>
      </w:tr>
      <w:tr w:rsidR="00F06938" w14:paraId="7D00A070" w14:textId="77777777" w:rsidTr="00680100">
        <w:tc>
          <w:tcPr>
            <w:tcW w:w="2880" w:type="dxa"/>
          </w:tcPr>
          <w:p w14:paraId="19EAC580" w14:textId="77777777" w:rsidR="00F06938" w:rsidRDefault="00F06938" w:rsidP="00680100">
            <w:r>
              <w:t>01:15:45:13</w:t>
            </w:r>
          </w:p>
        </w:tc>
        <w:tc>
          <w:tcPr>
            <w:tcW w:w="2880" w:type="dxa"/>
          </w:tcPr>
          <w:p w14:paraId="5EA78807" w14:textId="77777777" w:rsidR="00F06938" w:rsidRDefault="00F06938" w:rsidP="00680100"/>
        </w:tc>
        <w:tc>
          <w:tcPr>
            <w:tcW w:w="2880" w:type="dxa"/>
          </w:tcPr>
          <w:p w14:paraId="5C1A6E26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For instance, you, Elinor, </w:t>
            </w:r>
          </w:p>
        </w:tc>
      </w:tr>
      <w:tr w:rsidR="00F06938" w14:paraId="7387B7F3" w14:textId="77777777" w:rsidTr="00680100">
        <w:tc>
          <w:tcPr>
            <w:tcW w:w="2880" w:type="dxa"/>
          </w:tcPr>
          <w:p w14:paraId="1C17D376" w14:textId="77777777" w:rsidR="00F06938" w:rsidRDefault="00F06938" w:rsidP="00680100">
            <w:r>
              <w:t>01:15:47:20</w:t>
            </w:r>
          </w:p>
        </w:tc>
        <w:tc>
          <w:tcPr>
            <w:tcW w:w="2880" w:type="dxa"/>
          </w:tcPr>
          <w:p w14:paraId="59182990" w14:textId="77777777" w:rsidR="00F06938" w:rsidRDefault="00F06938" w:rsidP="00680100"/>
        </w:tc>
        <w:tc>
          <w:tcPr>
            <w:tcW w:w="2880" w:type="dxa"/>
          </w:tcPr>
          <w:p w14:paraId="0EFF4F09" w14:textId="77777777" w:rsidR="00F06938" w:rsidRDefault="00F06938" w:rsidP="00680100">
            <w:r>
              <w:t xml:space="preserve">have long white </w:t>
            </w:r>
            <w:proofErr w:type="gramStart"/>
            <w:r>
              <w:t>ears, and</w:t>
            </w:r>
            <w:proofErr w:type="gramEnd"/>
            <w:r>
              <w:t xml:space="preserve"> like to ask questions. </w:t>
            </w:r>
          </w:p>
        </w:tc>
      </w:tr>
      <w:tr w:rsidR="00F06938" w14:paraId="7AE30809" w14:textId="77777777" w:rsidTr="00680100">
        <w:tc>
          <w:tcPr>
            <w:tcW w:w="2880" w:type="dxa"/>
          </w:tcPr>
          <w:p w14:paraId="38A8E182" w14:textId="77777777" w:rsidR="00F06938" w:rsidRDefault="00F06938" w:rsidP="00680100">
            <w:r>
              <w:t>01:15:51:02</w:t>
            </w:r>
          </w:p>
        </w:tc>
        <w:tc>
          <w:tcPr>
            <w:tcW w:w="2880" w:type="dxa"/>
          </w:tcPr>
          <w:p w14:paraId="41E0185C" w14:textId="77777777" w:rsidR="00F06938" w:rsidRDefault="00F06938" w:rsidP="00680100"/>
        </w:tc>
        <w:tc>
          <w:tcPr>
            <w:tcW w:w="2880" w:type="dxa"/>
          </w:tcPr>
          <w:p w14:paraId="4D135CFC" w14:textId="77777777" w:rsidR="00F06938" w:rsidRDefault="00F06938" w:rsidP="00680100">
            <w:r>
              <w:t xml:space="preserve">And you, Olive, have a lovely long trunk... </w:t>
            </w:r>
          </w:p>
        </w:tc>
      </w:tr>
      <w:tr w:rsidR="00F06938" w14:paraId="7B0988BF" w14:textId="77777777" w:rsidTr="00680100">
        <w:tc>
          <w:tcPr>
            <w:tcW w:w="2880" w:type="dxa"/>
          </w:tcPr>
          <w:p w14:paraId="72B82EF6" w14:textId="77777777" w:rsidR="00F06938" w:rsidRDefault="00F06938" w:rsidP="00680100">
            <w:r>
              <w:lastRenderedPageBreak/>
              <w:t>01:15:54:01</w:t>
            </w:r>
          </w:p>
        </w:tc>
        <w:tc>
          <w:tcPr>
            <w:tcW w:w="2880" w:type="dxa"/>
          </w:tcPr>
          <w:p w14:paraId="1EEE9093" w14:textId="77777777" w:rsidR="00F06938" w:rsidRDefault="00F06938" w:rsidP="00680100"/>
        </w:tc>
        <w:tc>
          <w:tcPr>
            <w:tcW w:w="2880" w:type="dxa"/>
          </w:tcPr>
          <w:p w14:paraId="412D1EF6" w14:textId="77777777" w:rsidR="00F06938" w:rsidRDefault="00F06938" w:rsidP="00680100">
            <w:r>
              <w:t xml:space="preserve">and like to read your nature book. </w:t>
            </w:r>
          </w:p>
        </w:tc>
      </w:tr>
      <w:tr w:rsidR="00F06938" w14:paraId="074EB820" w14:textId="77777777" w:rsidTr="00680100">
        <w:tc>
          <w:tcPr>
            <w:tcW w:w="2880" w:type="dxa"/>
          </w:tcPr>
          <w:p w14:paraId="37D00F3C" w14:textId="77777777" w:rsidR="00F06938" w:rsidRDefault="00F06938" w:rsidP="00680100">
            <w:r>
              <w:t>01:15:55:22</w:t>
            </w:r>
          </w:p>
        </w:tc>
        <w:tc>
          <w:tcPr>
            <w:tcW w:w="2880" w:type="dxa"/>
          </w:tcPr>
          <w:p w14:paraId="43E53069" w14:textId="77777777" w:rsidR="00F06938" w:rsidRDefault="00F06938" w:rsidP="00680100"/>
        </w:tc>
        <w:tc>
          <w:tcPr>
            <w:tcW w:w="2880" w:type="dxa"/>
          </w:tcPr>
          <w:p w14:paraId="4A7F0E27" w14:textId="77777777" w:rsidR="00F06938" w:rsidRDefault="00F06938" w:rsidP="00680100">
            <w:r>
              <w:t xml:space="preserve">And Ari, you have wings and like to hang upside down! </w:t>
            </w:r>
          </w:p>
        </w:tc>
      </w:tr>
      <w:tr w:rsidR="00F06938" w14:paraId="7E2EEBF9" w14:textId="77777777" w:rsidTr="00680100">
        <w:tc>
          <w:tcPr>
            <w:tcW w:w="2880" w:type="dxa"/>
          </w:tcPr>
          <w:p w14:paraId="71FA61D0" w14:textId="77777777" w:rsidR="00F06938" w:rsidRDefault="00F06938" w:rsidP="00680100">
            <w:r>
              <w:t>01:15:59:16</w:t>
            </w:r>
          </w:p>
        </w:tc>
        <w:tc>
          <w:tcPr>
            <w:tcW w:w="2880" w:type="dxa"/>
          </w:tcPr>
          <w:p w14:paraId="2D875FA0" w14:textId="77777777" w:rsidR="00F06938" w:rsidRDefault="00F06938" w:rsidP="00680100"/>
        </w:tc>
        <w:tc>
          <w:tcPr>
            <w:tcW w:w="2880" w:type="dxa"/>
          </w:tcPr>
          <w:p w14:paraId="3D6C48BA" w14:textId="77777777" w:rsidR="00F06938" w:rsidRDefault="00F06938" w:rsidP="00680100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F06938" w14:paraId="4FC89D7D" w14:textId="77777777" w:rsidTr="00680100">
        <w:tc>
          <w:tcPr>
            <w:tcW w:w="2880" w:type="dxa"/>
          </w:tcPr>
          <w:p w14:paraId="691F9894" w14:textId="77777777" w:rsidR="00F06938" w:rsidRDefault="00F06938" w:rsidP="00680100">
            <w:r>
              <w:t>01:16:01:18</w:t>
            </w:r>
          </w:p>
        </w:tc>
        <w:tc>
          <w:tcPr>
            <w:tcW w:w="2880" w:type="dxa"/>
          </w:tcPr>
          <w:p w14:paraId="7C2D5FF8" w14:textId="77777777" w:rsidR="00F06938" w:rsidRDefault="00F06938" w:rsidP="00680100"/>
        </w:tc>
        <w:tc>
          <w:tcPr>
            <w:tcW w:w="2880" w:type="dxa"/>
          </w:tcPr>
          <w:p w14:paraId="73C7B71C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Well, you can ask us if you need any help... </w:t>
            </w:r>
          </w:p>
        </w:tc>
      </w:tr>
      <w:tr w:rsidR="00F06938" w14:paraId="6305700C" w14:textId="77777777" w:rsidTr="00680100">
        <w:tc>
          <w:tcPr>
            <w:tcW w:w="2880" w:type="dxa"/>
          </w:tcPr>
          <w:p w14:paraId="5E4EA90A" w14:textId="77777777" w:rsidR="00F06938" w:rsidRDefault="00F06938" w:rsidP="00680100">
            <w:r>
              <w:t>01:16:04:14</w:t>
            </w:r>
          </w:p>
        </w:tc>
        <w:tc>
          <w:tcPr>
            <w:tcW w:w="2880" w:type="dxa"/>
          </w:tcPr>
          <w:p w14:paraId="0AB7BC4D" w14:textId="77777777" w:rsidR="00F06938" w:rsidRDefault="00F06938" w:rsidP="00680100"/>
        </w:tc>
        <w:tc>
          <w:tcPr>
            <w:tcW w:w="2880" w:type="dxa"/>
          </w:tcPr>
          <w:p w14:paraId="45BF9D61" w14:textId="77777777" w:rsidR="00F06938" w:rsidRDefault="00F06938" w:rsidP="00680100">
            <w:r>
              <w:t xml:space="preserve">remembering the other kids in the class. </w:t>
            </w:r>
          </w:p>
        </w:tc>
      </w:tr>
      <w:tr w:rsidR="00F06938" w14:paraId="720A2DA8" w14:textId="77777777" w:rsidTr="00680100">
        <w:tc>
          <w:tcPr>
            <w:tcW w:w="2880" w:type="dxa"/>
          </w:tcPr>
          <w:p w14:paraId="62A86615" w14:textId="77777777" w:rsidR="00F06938" w:rsidRDefault="00F06938" w:rsidP="00680100">
            <w:r>
              <w:t>01:16:06:19</w:t>
            </w:r>
          </w:p>
        </w:tc>
        <w:tc>
          <w:tcPr>
            <w:tcW w:w="2880" w:type="dxa"/>
          </w:tcPr>
          <w:p w14:paraId="716118C8" w14:textId="77777777" w:rsidR="00F06938" w:rsidRDefault="00F06938" w:rsidP="00680100"/>
        </w:tc>
        <w:tc>
          <w:tcPr>
            <w:tcW w:w="2880" w:type="dxa"/>
          </w:tcPr>
          <w:p w14:paraId="350092BD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Oh, </w:t>
            </w:r>
            <w:proofErr w:type="spellStart"/>
            <w:r>
              <w:t>Mhmm</w:t>
            </w:r>
            <w:proofErr w:type="spellEnd"/>
            <w:r>
              <w:t xml:space="preserve">... yes </w:t>
            </w:r>
            <w:proofErr w:type="spellStart"/>
            <w:r>
              <w:t>yes</w:t>
            </w:r>
            <w:proofErr w:type="spellEnd"/>
            <w:r>
              <w:t xml:space="preserve"> </w:t>
            </w:r>
            <w:proofErr w:type="spellStart"/>
            <w:r>
              <w:t>yes</w:t>
            </w:r>
            <w:proofErr w:type="spellEnd"/>
            <w:r>
              <w:t xml:space="preserve">. </w:t>
            </w:r>
          </w:p>
        </w:tc>
      </w:tr>
      <w:tr w:rsidR="00F06938" w14:paraId="587507A8" w14:textId="77777777" w:rsidTr="00680100">
        <w:tc>
          <w:tcPr>
            <w:tcW w:w="2880" w:type="dxa"/>
          </w:tcPr>
          <w:p w14:paraId="0B866D70" w14:textId="77777777" w:rsidR="00F06938" w:rsidRDefault="00F06938" w:rsidP="00680100">
            <w:r>
              <w:t>01:16:12:04</w:t>
            </w:r>
          </w:p>
        </w:tc>
        <w:tc>
          <w:tcPr>
            <w:tcW w:w="2880" w:type="dxa"/>
          </w:tcPr>
          <w:p w14:paraId="3F210847" w14:textId="77777777" w:rsidR="00F06938" w:rsidRDefault="00F06938" w:rsidP="00680100"/>
        </w:tc>
        <w:tc>
          <w:tcPr>
            <w:tcW w:w="2880" w:type="dxa"/>
          </w:tcPr>
          <w:p w14:paraId="7147542C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Good morning everyone. </w:t>
            </w:r>
          </w:p>
        </w:tc>
      </w:tr>
      <w:tr w:rsidR="00F06938" w14:paraId="7F6D6EFB" w14:textId="77777777" w:rsidTr="00680100">
        <w:tc>
          <w:tcPr>
            <w:tcW w:w="2880" w:type="dxa"/>
          </w:tcPr>
          <w:p w14:paraId="1CB3929F" w14:textId="77777777" w:rsidR="00F06938" w:rsidRDefault="00F06938" w:rsidP="00680100">
            <w:r>
              <w:t>01:16:13:12</w:t>
            </w:r>
          </w:p>
        </w:tc>
        <w:tc>
          <w:tcPr>
            <w:tcW w:w="2880" w:type="dxa"/>
          </w:tcPr>
          <w:p w14:paraId="300CA864" w14:textId="77777777" w:rsidR="00F06938" w:rsidRDefault="00F06938" w:rsidP="00680100"/>
        </w:tc>
        <w:tc>
          <w:tcPr>
            <w:tcW w:w="2880" w:type="dxa"/>
          </w:tcPr>
          <w:p w14:paraId="70A4DADE" w14:textId="77777777" w:rsidR="00F06938" w:rsidRDefault="00F06938" w:rsidP="00680100">
            <w:r>
              <w:t xml:space="preserve">I'll be your substitute teacher while Ms. Mole is away. </w:t>
            </w:r>
          </w:p>
        </w:tc>
      </w:tr>
      <w:tr w:rsidR="00F06938" w14:paraId="28AAC13A" w14:textId="77777777" w:rsidTr="00680100">
        <w:tc>
          <w:tcPr>
            <w:tcW w:w="2880" w:type="dxa"/>
          </w:tcPr>
          <w:p w14:paraId="24478899" w14:textId="77777777" w:rsidR="00F06938" w:rsidRDefault="00F06938" w:rsidP="00680100">
            <w:r>
              <w:t>01:16:17:05</w:t>
            </w:r>
          </w:p>
        </w:tc>
        <w:tc>
          <w:tcPr>
            <w:tcW w:w="2880" w:type="dxa"/>
          </w:tcPr>
          <w:p w14:paraId="67502155" w14:textId="77777777" w:rsidR="00F06938" w:rsidRDefault="00F06938" w:rsidP="00680100"/>
        </w:tc>
        <w:tc>
          <w:tcPr>
            <w:tcW w:w="2880" w:type="dxa"/>
          </w:tcPr>
          <w:p w14:paraId="081BAC39" w14:textId="77777777" w:rsidR="00F06938" w:rsidRDefault="00F06938" w:rsidP="00680100">
            <w:r>
              <w:t xml:space="preserve">My name is Mr. Hamster </w:t>
            </w:r>
          </w:p>
        </w:tc>
      </w:tr>
      <w:tr w:rsidR="00F06938" w14:paraId="390E4CC1" w14:textId="77777777" w:rsidTr="00680100">
        <w:tc>
          <w:tcPr>
            <w:tcW w:w="2880" w:type="dxa"/>
          </w:tcPr>
          <w:p w14:paraId="39C3A297" w14:textId="77777777" w:rsidR="00F06938" w:rsidRDefault="00F06938" w:rsidP="00680100">
            <w:r>
              <w:t>01:16:19:04</w:t>
            </w:r>
          </w:p>
        </w:tc>
        <w:tc>
          <w:tcPr>
            <w:tcW w:w="2880" w:type="dxa"/>
          </w:tcPr>
          <w:p w14:paraId="21415080" w14:textId="77777777" w:rsidR="00F06938" w:rsidRDefault="00F06938" w:rsidP="00680100"/>
        </w:tc>
        <w:tc>
          <w:tcPr>
            <w:tcW w:w="2880" w:type="dxa"/>
          </w:tcPr>
          <w:p w14:paraId="61BA0994" w14:textId="77777777" w:rsidR="00F06938" w:rsidRDefault="00F06938" w:rsidP="00680100">
            <w:r>
              <w:t xml:space="preserve">and I hope to get to know each of you... </w:t>
            </w:r>
          </w:p>
        </w:tc>
      </w:tr>
      <w:tr w:rsidR="00F06938" w14:paraId="6BF7C4D9" w14:textId="77777777" w:rsidTr="00680100">
        <w:tc>
          <w:tcPr>
            <w:tcW w:w="2880" w:type="dxa"/>
          </w:tcPr>
          <w:p w14:paraId="74A367B8" w14:textId="77777777" w:rsidR="00F06938" w:rsidRDefault="00F06938" w:rsidP="00680100">
            <w:r>
              <w:t>01:16:21:08</w:t>
            </w:r>
          </w:p>
        </w:tc>
        <w:tc>
          <w:tcPr>
            <w:tcW w:w="2880" w:type="dxa"/>
          </w:tcPr>
          <w:p w14:paraId="3BCEF55B" w14:textId="77777777" w:rsidR="00F06938" w:rsidRDefault="00F06938" w:rsidP="00680100"/>
        </w:tc>
        <w:tc>
          <w:tcPr>
            <w:tcW w:w="2880" w:type="dxa"/>
          </w:tcPr>
          <w:p w14:paraId="0DA7731D" w14:textId="77777777" w:rsidR="00F06938" w:rsidRDefault="00F06938" w:rsidP="00680100">
            <w:r>
              <w:t xml:space="preserve">by the end of the day. </w:t>
            </w:r>
          </w:p>
        </w:tc>
      </w:tr>
      <w:tr w:rsidR="00F06938" w14:paraId="2EF5324D" w14:textId="77777777" w:rsidTr="00680100">
        <w:tc>
          <w:tcPr>
            <w:tcW w:w="2880" w:type="dxa"/>
          </w:tcPr>
          <w:p w14:paraId="1B47A435" w14:textId="77777777" w:rsidR="00F06938" w:rsidRDefault="00F06938" w:rsidP="00680100">
            <w:r>
              <w:t>01:16:25:21</w:t>
            </w:r>
          </w:p>
        </w:tc>
        <w:tc>
          <w:tcPr>
            <w:tcW w:w="2880" w:type="dxa"/>
          </w:tcPr>
          <w:p w14:paraId="267343F9" w14:textId="77777777" w:rsidR="00F06938" w:rsidRDefault="00F06938" w:rsidP="00680100"/>
        </w:tc>
        <w:tc>
          <w:tcPr>
            <w:tcW w:w="2880" w:type="dxa"/>
          </w:tcPr>
          <w:p w14:paraId="2F035C35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Hello there. </w:t>
            </w:r>
          </w:p>
        </w:tc>
      </w:tr>
      <w:tr w:rsidR="00F06938" w14:paraId="267B19AD" w14:textId="77777777" w:rsidTr="00680100">
        <w:tc>
          <w:tcPr>
            <w:tcW w:w="2880" w:type="dxa"/>
          </w:tcPr>
          <w:p w14:paraId="0F976DAC" w14:textId="77777777" w:rsidR="00F06938" w:rsidRDefault="00F06938" w:rsidP="00680100">
            <w:r>
              <w:t>01:16:26:22</w:t>
            </w:r>
          </w:p>
        </w:tc>
        <w:tc>
          <w:tcPr>
            <w:tcW w:w="2880" w:type="dxa"/>
          </w:tcPr>
          <w:p w14:paraId="3F570DB7" w14:textId="77777777" w:rsidR="00F06938" w:rsidRDefault="00F06938" w:rsidP="00680100"/>
        </w:tc>
        <w:tc>
          <w:tcPr>
            <w:tcW w:w="2880" w:type="dxa"/>
          </w:tcPr>
          <w:p w14:paraId="09B60218" w14:textId="77777777" w:rsidR="00F06938" w:rsidRDefault="00F06938" w:rsidP="00680100">
            <w:r>
              <w:t xml:space="preserve">Oh, umm... </w:t>
            </w:r>
          </w:p>
        </w:tc>
      </w:tr>
      <w:tr w:rsidR="00F06938" w14:paraId="54DD3775" w14:textId="77777777" w:rsidTr="00680100">
        <w:tc>
          <w:tcPr>
            <w:tcW w:w="2880" w:type="dxa"/>
          </w:tcPr>
          <w:p w14:paraId="5B94DC36" w14:textId="77777777" w:rsidR="00F06938" w:rsidRDefault="00F06938" w:rsidP="00680100">
            <w:r>
              <w:t>01:16:27:22</w:t>
            </w:r>
          </w:p>
        </w:tc>
        <w:tc>
          <w:tcPr>
            <w:tcW w:w="2880" w:type="dxa"/>
          </w:tcPr>
          <w:p w14:paraId="78D0DFB3" w14:textId="77777777" w:rsidR="00F06938" w:rsidRDefault="00F06938" w:rsidP="00680100"/>
        </w:tc>
        <w:tc>
          <w:tcPr>
            <w:tcW w:w="2880" w:type="dxa"/>
          </w:tcPr>
          <w:p w14:paraId="0022DF4D" w14:textId="77777777" w:rsidR="00F06938" w:rsidRDefault="00F06938" w:rsidP="00680100">
            <w:r>
              <w:t xml:space="preserve">Why don't I start with you </w:t>
            </w:r>
            <w:proofErr w:type="gramStart"/>
            <w:r>
              <w:t>two.</w:t>
            </w:r>
            <w:proofErr w:type="gramEnd"/>
            <w:r>
              <w:t xml:space="preserve"> </w:t>
            </w:r>
          </w:p>
        </w:tc>
      </w:tr>
      <w:tr w:rsidR="00F06938" w14:paraId="172EA851" w14:textId="77777777" w:rsidTr="00680100">
        <w:tc>
          <w:tcPr>
            <w:tcW w:w="2880" w:type="dxa"/>
          </w:tcPr>
          <w:p w14:paraId="45A55CF8" w14:textId="77777777" w:rsidR="00F06938" w:rsidRDefault="00F06938" w:rsidP="00680100">
            <w:r>
              <w:t>01:16:30:02</w:t>
            </w:r>
          </w:p>
        </w:tc>
        <w:tc>
          <w:tcPr>
            <w:tcW w:w="2880" w:type="dxa"/>
          </w:tcPr>
          <w:p w14:paraId="73EC79AC" w14:textId="77777777" w:rsidR="00F06938" w:rsidRDefault="00F06938" w:rsidP="00680100"/>
        </w:tc>
        <w:tc>
          <w:tcPr>
            <w:tcW w:w="2880" w:type="dxa"/>
          </w:tcPr>
          <w:p w14:paraId="5204A4AF" w14:textId="77777777" w:rsidR="00F06938" w:rsidRDefault="00F06938" w:rsidP="00680100">
            <w:r>
              <w:rPr>
                <w:b/>
              </w:rPr>
              <w:t xml:space="preserve">MARY: </w:t>
            </w:r>
            <w:r>
              <w:t xml:space="preserve">Hi, I'm Mary. </w:t>
            </w:r>
          </w:p>
        </w:tc>
      </w:tr>
      <w:tr w:rsidR="00F06938" w14:paraId="34939A89" w14:textId="77777777" w:rsidTr="00680100">
        <w:tc>
          <w:tcPr>
            <w:tcW w:w="2880" w:type="dxa"/>
          </w:tcPr>
          <w:p w14:paraId="73FBDDA0" w14:textId="77777777" w:rsidR="00F06938" w:rsidRDefault="00F06938" w:rsidP="00680100">
            <w:r>
              <w:t>01:16:31:08</w:t>
            </w:r>
          </w:p>
        </w:tc>
        <w:tc>
          <w:tcPr>
            <w:tcW w:w="2880" w:type="dxa"/>
          </w:tcPr>
          <w:p w14:paraId="207237CA" w14:textId="77777777" w:rsidR="00F06938" w:rsidRDefault="00F06938" w:rsidP="00680100"/>
        </w:tc>
        <w:tc>
          <w:tcPr>
            <w:tcW w:w="2880" w:type="dxa"/>
          </w:tcPr>
          <w:p w14:paraId="58D3132D" w14:textId="77777777" w:rsidR="00F06938" w:rsidRDefault="00F06938" w:rsidP="00680100">
            <w:r>
              <w:rPr>
                <w:b/>
              </w:rPr>
              <w:t xml:space="preserve">LIZZIE: </w:t>
            </w:r>
            <w:r>
              <w:t xml:space="preserve">And I'm Lizzie. </w:t>
            </w:r>
          </w:p>
        </w:tc>
      </w:tr>
      <w:tr w:rsidR="00F06938" w14:paraId="563E8691" w14:textId="77777777" w:rsidTr="00680100">
        <w:tc>
          <w:tcPr>
            <w:tcW w:w="2880" w:type="dxa"/>
          </w:tcPr>
          <w:p w14:paraId="1D9C56E8" w14:textId="77777777" w:rsidR="00F06938" w:rsidRDefault="00F06938" w:rsidP="00680100">
            <w:r>
              <w:t>01:16:32:08</w:t>
            </w:r>
          </w:p>
        </w:tc>
        <w:tc>
          <w:tcPr>
            <w:tcW w:w="2880" w:type="dxa"/>
          </w:tcPr>
          <w:p w14:paraId="11BED3A8" w14:textId="77777777" w:rsidR="00F06938" w:rsidRDefault="00F06938" w:rsidP="00680100"/>
        </w:tc>
        <w:tc>
          <w:tcPr>
            <w:tcW w:w="2880" w:type="dxa"/>
          </w:tcPr>
          <w:p w14:paraId="60CA918C" w14:textId="77777777" w:rsidR="00F06938" w:rsidRDefault="00F06938" w:rsidP="00680100">
            <w:r>
              <w:rPr>
                <w:b/>
              </w:rPr>
              <w:t xml:space="preserve">MARY AND LIZZIE: </w:t>
            </w:r>
            <w:r>
              <w:t xml:space="preserve">We're the Goat Twins. </w:t>
            </w:r>
          </w:p>
        </w:tc>
      </w:tr>
      <w:tr w:rsidR="00F06938" w14:paraId="3641E5E5" w14:textId="77777777" w:rsidTr="00680100">
        <w:tc>
          <w:tcPr>
            <w:tcW w:w="2880" w:type="dxa"/>
          </w:tcPr>
          <w:p w14:paraId="37BD594B" w14:textId="77777777" w:rsidR="00F06938" w:rsidRDefault="00F06938" w:rsidP="00680100">
            <w:r>
              <w:t>01:16:36:03</w:t>
            </w:r>
          </w:p>
        </w:tc>
        <w:tc>
          <w:tcPr>
            <w:tcW w:w="2880" w:type="dxa"/>
          </w:tcPr>
          <w:p w14:paraId="76176C4F" w14:textId="77777777" w:rsidR="00F06938" w:rsidRDefault="00F06938" w:rsidP="00680100"/>
        </w:tc>
        <w:tc>
          <w:tcPr>
            <w:tcW w:w="2880" w:type="dxa"/>
          </w:tcPr>
          <w:p w14:paraId="7BA2F946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Oh, well! </w:t>
            </w:r>
          </w:p>
        </w:tc>
      </w:tr>
      <w:tr w:rsidR="00F06938" w14:paraId="6687DE6D" w14:textId="77777777" w:rsidTr="00680100">
        <w:tc>
          <w:tcPr>
            <w:tcW w:w="2880" w:type="dxa"/>
          </w:tcPr>
          <w:p w14:paraId="191D5896" w14:textId="77777777" w:rsidR="00F06938" w:rsidRDefault="00F06938" w:rsidP="00680100">
            <w:r>
              <w:t>01:16:37:19</w:t>
            </w:r>
          </w:p>
        </w:tc>
        <w:tc>
          <w:tcPr>
            <w:tcW w:w="2880" w:type="dxa"/>
          </w:tcPr>
          <w:p w14:paraId="15DC3688" w14:textId="77777777" w:rsidR="00F06938" w:rsidRDefault="00F06938" w:rsidP="00680100"/>
        </w:tc>
        <w:tc>
          <w:tcPr>
            <w:tcW w:w="2880" w:type="dxa"/>
          </w:tcPr>
          <w:p w14:paraId="3C24B02F" w14:textId="77777777" w:rsidR="00F06938" w:rsidRDefault="00F06938" w:rsidP="00680100">
            <w:r>
              <w:t xml:space="preserve">It's twice as nice to meet you. </w:t>
            </w:r>
          </w:p>
        </w:tc>
      </w:tr>
      <w:tr w:rsidR="00F06938" w14:paraId="47EE1F99" w14:textId="77777777" w:rsidTr="00680100">
        <w:tc>
          <w:tcPr>
            <w:tcW w:w="2880" w:type="dxa"/>
          </w:tcPr>
          <w:p w14:paraId="056CF642" w14:textId="77777777" w:rsidR="00F06938" w:rsidRDefault="00F06938" w:rsidP="00680100">
            <w:r>
              <w:lastRenderedPageBreak/>
              <w:t>01:16:40:01</w:t>
            </w:r>
          </w:p>
        </w:tc>
        <w:tc>
          <w:tcPr>
            <w:tcW w:w="2880" w:type="dxa"/>
          </w:tcPr>
          <w:p w14:paraId="403002B7" w14:textId="77777777" w:rsidR="00F06938" w:rsidRDefault="00F06938" w:rsidP="00680100"/>
        </w:tc>
        <w:tc>
          <w:tcPr>
            <w:tcW w:w="2880" w:type="dxa"/>
          </w:tcPr>
          <w:p w14:paraId="0CE4FDED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They're identical twins. </w:t>
            </w:r>
          </w:p>
        </w:tc>
      </w:tr>
      <w:tr w:rsidR="00F06938" w14:paraId="768D1BE9" w14:textId="77777777" w:rsidTr="00680100">
        <w:tc>
          <w:tcPr>
            <w:tcW w:w="2880" w:type="dxa"/>
          </w:tcPr>
          <w:p w14:paraId="153F1AC2" w14:textId="77777777" w:rsidR="00F06938" w:rsidRDefault="00F06938" w:rsidP="00680100">
            <w:r>
              <w:t>01:16:41:22</w:t>
            </w:r>
          </w:p>
        </w:tc>
        <w:tc>
          <w:tcPr>
            <w:tcW w:w="2880" w:type="dxa"/>
          </w:tcPr>
          <w:p w14:paraId="30F246B7" w14:textId="77777777" w:rsidR="00F06938" w:rsidRDefault="00F06938" w:rsidP="00680100"/>
        </w:tc>
        <w:tc>
          <w:tcPr>
            <w:tcW w:w="2880" w:type="dxa"/>
          </w:tcPr>
          <w:p w14:paraId="598FA3D6" w14:textId="77777777" w:rsidR="00F06938" w:rsidRDefault="00F06938" w:rsidP="00680100">
            <w:r>
              <w:t xml:space="preserve">That means they look </w:t>
            </w:r>
            <w:proofErr w:type="gramStart"/>
            <w:r>
              <w:t>exactly the same</w:t>
            </w:r>
            <w:proofErr w:type="gramEnd"/>
            <w:r>
              <w:t xml:space="preserve">. </w:t>
            </w:r>
          </w:p>
        </w:tc>
      </w:tr>
      <w:tr w:rsidR="00F06938" w14:paraId="67F30764" w14:textId="77777777" w:rsidTr="00680100">
        <w:tc>
          <w:tcPr>
            <w:tcW w:w="2880" w:type="dxa"/>
          </w:tcPr>
          <w:p w14:paraId="1E74AB50" w14:textId="77777777" w:rsidR="00F06938" w:rsidRDefault="00F06938" w:rsidP="00680100">
            <w:r>
              <w:t>01:16:45:03</w:t>
            </w:r>
          </w:p>
        </w:tc>
        <w:tc>
          <w:tcPr>
            <w:tcW w:w="2880" w:type="dxa"/>
          </w:tcPr>
          <w:p w14:paraId="7CDCE4AA" w14:textId="77777777" w:rsidR="00F06938" w:rsidRDefault="00F06938" w:rsidP="00680100"/>
        </w:tc>
        <w:tc>
          <w:tcPr>
            <w:tcW w:w="2880" w:type="dxa"/>
          </w:tcPr>
          <w:p w14:paraId="413D4E56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But even though they're identical, </w:t>
            </w:r>
          </w:p>
        </w:tc>
      </w:tr>
      <w:tr w:rsidR="00F06938" w14:paraId="2593F827" w14:textId="77777777" w:rsidTr="00680100">
        <w:tc>
          <w:tcPr>
            <w:tcW w:w="2880" w:type="dxa"/>
          </w:tcPr>
          <w:p w14:paraId="716F7279" w14:textId="77777777" w:rsidR="00F06938" w:rsidRDefault="00F06938" w:rsidP="00680100">
            <w:r>
              <w:t>01:16:46:20</w:t>
            </w:r>
          </w:p>
        </w:tc>
        <w:tc>
          <w:tcPr>
            <w:tcW w:w="2880" w:type="dxa"/>
          </w:tcPr>
          <w:p w14:paraId="5B87826B" w14:textId="77777777" w:rsidR="00F06938" w:rsidRDefault="00F06938" w:rsidP="00680100"/>
        </w:tc>
        <w:tc>
          <w:tcPr>
            <w:tcW w:w="2880" w:type="dxa"/>
          </w:tcPr>
          <w:p w14:paraId="78A32373" w14:textId="77777777" w:rsidR="00F06938" w:rsidRDefault="00F06938" w:rsidP="00680100">
            <w:r>
              <w:t xml:space="preserve">it's easy to tell them apart. </w:t>
            </w:r>
          </w:p>
        </w:tc>
      </w:tr>
      <w:tr w:rsidR="00F06938" w14:paraId="031AB728" w14:textId="77777777" w:rsidTr="00680100">
        <w:tc>
          <w:tcPr>
            <w:tcW w:w="2880" w:type="dxa"/>
          </w:tcPr>
          <w:p w14:paraId="38A3AFEF" w14:textId="77777777" w:rsidR="00F06938" w:rsidRDefault="00F06938" w:rsidP="00680100">
            <w:r>
              <w:t>01:16:49:06</w:t>
            </w:r>
          </w:p>
        </w:tc>
        <w:tc>
          <w:tcPr>
            <w:tcW w:w="2880" w:type="dxa"/>
          </w:tcPr>
          <w:p w14:paraId="7AA12D67" w14:textId="77777777" w:rsidR="00F06938" w:rsidRDefault="00F06938" w:rsidP="00680100"/>
        </w:tc>
        <w:tc>
          <w:tcPr>
            <w:tcW w:w="2880" w:type="dxa"/>
          </w:tcPr>
          <w:p w14:paraId="1457B07F" w14:textId="77777777" w:rsidR="00F06938" w:rsidRDefault="00F06938" w:rsidP="00680100">
            <w:r>
              <w:t xml:space="preserve">Mary always wears a green dress. </w:t>
            </w:r>
          </w:p>
        </w:tc>
      </w:tr>
      <w:tr w:rsidR="00F06938" w14:paraId="5E7A9BFF" w14:textId="77777777" w:rsidTr="00680100">
        <w:tc>
          <w:tcPr>
            <w:tcW w:w="2880" w:type="dxa"/>
          </w:tcPr>
          <w:p w14:paraId="32F123CB" w14:textId="77777777" w:rsidR="00F06938" w:rsidRDefault="00F06938" w:rsidP="00680100">
            <w:r>
              <w:t>01:16:51:15</w:t>
            </w:r>
          </w:p>
        </w:tc>
        <w:tc>
          <w:tcPr>
            <w:tcW w:w="2880" w:type="dxa"/>
          </w:tcPr>
          <w:p w14:paraId="67F6E74E" w14:textId="77777777" w:rsidR="00F06938" w:rsidRDefault="00F06938" w:rsidP="00680100"/>
        </w:tc>
        <w:tc>
          <w:tcPr>
            <w:tcW w:w="2880" w:type="dxa"/>
          </w:tcPr>
          <w:p w14:paraId="061493E6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And Lizzie always wears a blue dress. </w:t>
            </w:r>
          </w:p>
        </w:tc>
      </w:tr>
      <w:tr w:rsidR="00F06938" w14:paraId="09B6A34F" w14:textId="77777777" w:rsidTr="00680100">
        <w:tc>
          <w:tcPr>
            <w:tcW w:w="2880" w:type="dxa"/>
          </w:tcPr>
          <w:p w14:paraId="20BF5D61" w14:textId="77777777" w:rsidR="00F06938" w:rsidRDefault="00F06938" w:rsidP="00680100">
            <w:r>
              <w:t>01:16:55:10</w:t>
            </w:r>
          </w:p>
        </w:tc>
        <w:tc>
          <w:tcPr>
            <w:tcW w:w="2880" w:type="dxa"/>
          </w:tcPr>
          <w:p w14:paraId="686E209C" w14:textId="77777777" w:rsidR="00F06938" w:rsidRDefault="00F06938" w:rsidP="00680100"/>
        </w:tc>
        <w:tc>
          <w:tcPr>
            <w:tcW w:w="2880" w:type="dxa"/>
          </w:tcPr>
          <w:p w14:paraId="63E600B9" w14:textId="77777777" w:rsidR="00F06938" w:rsidRDefault="00F06938" w:rsidP="00680100">
            <w:r>
              <w:rPr>
                <w:b/>
              </w:rPr>
              <w:t xml:space="preserve">KIDS: </w:t>
            </w:r>
            <w:r>
              <w:t xml:space="preserve">[gasp] </w:t>
            </w:r>
          </w:p>
        </w:tc>
      </w:tr>
      <w:tr w:rsidR="00F06938" w14:paraId="2962BE92" w14:textId="77777777" w:rsidTr="00680100">
        <w:tc>
          <w:tcPr>
            <w:tcW w:w="2880" w:type="dxa"/>
          </w:tcPr>
          <w:p w14:paraId="3EA3C8F8" w14:textId="77777777" w:rsidR="00F06938" w:rsidRDefault="00F06938" w:rsidP="00680100">
            <w:r>
              <w:t>01:16:56:10</w:t>
            </w:r>
          </w:p>
        </w:tc>
        <w:tc>
          <w:tcPr>
            <w:tcW w:w="2880" w:type="dxa"/>
          </w:tcPr>
          <w:p w14:paraId="2C619F92" w14:textId="77777777" w:rsidR="00F06938" w:rsidRDefault="00F06938" w:rsidP="00680100"/>
        </w:tc>
        <w:tc>
          <w:tcPr>
            <w:tcW w:w="2880" w:type="dxa"/>
          </w:tcPr>
          <w:p w14:paraId="383376D6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Not today!! </w:t>
            </w:r>
          </w:p>
        </w:tc>
      </w:tr>
      <w:tr w:rsidR="00F06938" w14:paraId="4FDA2919" w14:textId="77777777" w:rsidTr="00680100">
        <w:tc>
          <w:tcPr>
            <w:tcW w:w="2880" w:type="dxa"/>
          </w:tcPr>
          <w:p w14:paraId="4C359DD0" w14:textId="77777777" w:rsidR="00F06938" w:rsidRDefault="00F06938" w:rsidP="00680100">
            <w:r>
              <w:t>01:16:58:00</w:t>
            </w:r>
          </w:p>
        </w:tc>
        <w:tc>
          <w:tcPr>
            <w:tcW w:w="2880" w:type="dxa"/>
          </w:tcPr>
          <w:p w14:paraId="3FF405EF" w14:textId="77777777" w:rsidR="00F06938" w:rsidRDefault="00F06938" w:rsidP="00680100"/>
        </w:tc>
        <w:tc>
          <w:tcPr>
            <w:tcW w:w="2880" w:type="dxa"/>
          </w:tcPr>
          <w:p w14:paraId="0F9485B5" w14:textId="77777777" w:rsidR="00F06938" w:rsidRDefault="00F06938" w:rsidP="00680100">
            <w:r>
              <w:rPr>
                <w:b/>
              </w:rPr>
              <w:t xml:space="preserve">MARY: </w:t>
            </w:r>
            <w:r>
              <w:t xml:space="preserve">I got my green dress dirty. </w:t>
            </w:r>
          </w:p>
        </w:tc>
      </w:tr>
      <w:tr w:rsidR="00F06938" w14:paraId="71BC0E97" w14:textId="77777777" w:rsidTr="00680100">
        <w:tc>
          <w:tcPr>
            <w:tcW w:w="2880" w:type="dxa"/>
          </w:tcPr>
          <w:p w14:paraId="7F6794B2" w14:textId="77777777" w:rsidR="00F06938" w:rsidRDefault="00F06938" w:rsidP="00680100">
            <w:r>
              <w:t>01:17:00:12</w:t>
            </w:r>
          </w:p>
        </w:tc>
        <w:tc>
          <w:tcPr>
            <w:tcW w:w="2880" w:type="dxa"/>
          </w:tcPr>
          <w:p w14:paraId="43C07117" w14:textId="77777777" w:rsidR="00F06938" w:rsidRDefault="00F06938" w:rsidP="00680100"/>
        </w:tc>
        <w:tc>
          <w:tcPr>
            <w:tcW w:w="2880" w:type="dxa"/>
          </w:tcPr>
          <w:p w14:paraId="48BF6615" w14:textId="77777777" w:rsidR="00F06938" w:rsidRDefault="00F06938" w:rsidP="00680100">
            <w:r>
              <w:rPr>
                <w:b/>
              </w:rPr>
              <w:t xml:space="preserve">LIZZIE: </w:t>
            </w:r>
            <w:proofErr w:type="gramStart"/>
            <w:r>
              <w:t>So</w:t>
            </w:r>
            <w:proofErr w:type="gramEnd"/>
            <w:r>
              <w:t xml:space="preserve"> she had to wear a blue one. </w:t>
            </w:r>
          </w:p>
        </w:tc>
      </w:tr>
      <w:tr w:rsidR="00F06938" w14:paraId="20F99E18" w14:textId="77777777" w:rsidTr="00680100">
        <w:tc>
          <w:tcPr>
            <w:tcW w:w="2880" w:type="dxa"/>
          </w:tcPr>
          <w:p w14:paraId="5688A453" w14:textId="77777777" w:rsidR="00F06938" w:rsidRDefault="00F06938" w:rsidP="00680100">
            <w:r>
              <w:t>01:17:02:09</w:t>
            </w:r>
          </w:p>
        </w:tc>
        <w:tc>
          <w:tcPr>
            <w:tcW w:w="2880" w:type="dxa"/>
          </w:tcPr>
          <w:p w14:paraId="5314EC87" w14:textId="77777777" w:rsidR="00F06938" w:rsidRDefault="00F06938" w:rsidP="00680100"/>
        </w:tc>
        <w:tc>
          <w:tcPr>
            <w:tcW w:w="2880" w:type="dxa"/>
          </w:tcPr>
          <w:p w14:paraId="64C2D1DB" w14:textId="77777777" w:rsidR="00F06938" w:rsidRDefault="00F06938" w:rsidP="00680100">
            <w:r>
              <w:t xml:space="preserve">So today... </w:t>
            </w:r>
          </w:p>
        </w:tc>
      </w:tr>
      <w:tr w:rsidR="00F06938" w14:paraId="3FEAB404" w14:textId="77777777" w:rsidTr="00680100">
        <w:tc>
          <w:tcPr>
            <w:tcW w:w="2880" w:type="dxa"/>
          </w:tcPr>
          <w:p w14:paraId="2332C8E6" w14:textId="77777777" w:rsidR="00F06938" w:rsidRDefault="00F06938" w:rsidP="00680100">
            <w:r>
              <w:t>01:17:03:15</w:t>
            </w:r>
          </w:p>
        </w:tc>
        <w:tc>
          <w:tcPr>
            <w:tcW w:w="2880" w:type="dxa"/>
          </w:tcPr>
          <w:p w14:paraId="6E51F2A6" w14:textId="77777777" w:rsidR="00F06938" w:rsidRDefault="00F06938" w:rsidP="00680100"/>
        </w:tc>
        <w:tc>
          <w:tcPr>
            <w:tcW w:w="2880" w:type="dxa"/>
          </w:tcPr>
          <w:p w14:paraId="58D6B500" w14:textId="77777777" w:rsidR="00F06938" w:rsidRDefault="00F06938" w:rsidP="00680100">
            <w:r>
              <w:rPr>
                <w:b/>
              </w:rPr>
              <w:t xml:space="preserve">MARY AND LIZZIE: </w:t>
            </w:r>
            <w:r>
              <w:t xml:space="preserve">We're super-duper identical! </w:t>
            </w:r>
          </w:p>
        </w:tc>
      </w:tr>
      <w:tr w:rsidR="00F06938" w14:paraId="54A3E535" w14:textId="77777777" w:rsidTr="00680100">
        <w:tc>
          <w:tcPr>
            <w:tcW w:w="2880" w:type="dxa"/>
          </w:tcPr>
          <w:p w14:paraId="2A08D053" w14:textId="77777777" w:rsidR="00F06938" w:rsidRDefault="00F06938" w:rsidP="00680100">
            <w:r>
              <w:t>01:17:06:09</w:t>
            </w:r>
          </w:p>
        </w:tc>
        <w:tc>
          <w:tcPr>
            <w:tcW w:w="2880" w:type="dxa"/>
          </w:tcPr>
          <w:p w14:paraId="2F2CD5F2" w14:textId="77777777" w:rsidR="00F06938" w:rsidRDefault="00F06938" w:rsidP="00680100"/>
        </w:tc>
        <w:tc>
          <w:tcPr>
            <w:tcW w:w="2880" w:type="dxa"/>
          </w:tcPr>
          <w:p w14:paraId="66187DED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Hmmm... oh dear.... </w:t>
            </w:r>
          </w:p>
        </w:tc>
      </w:tr>
      <w:tr w:rsidR="00F06938" w14:paraId="6AE829B5" w14:textId="77777777" w:rsidTr="00680100">
        <w:tc>
          <w:tcPr>
            <w:tcW w:w="2880" w:type="dxa"/>
          </w:tcPr>
          <w:p w14:paraId="2E9D029D" w14:textId="77777777" w:rsidR="00F06938" w:rsidRDefault="00F06938" w:rsidP="00680100">
            <w:r>
              <w:t>01:17:07:19</w:t>
            </w:r>
          </w:p>
        </w:tc>
        <w:tc>
          <w:tcPr>
            <w:tcW w:w="2880" w:type="dxa"/>
          </w:tcPr>
          <w:p w14:paraId="587A0B23" w14:textId="77777777" w:rsidR="00F06938" w:rsidRDefault="00F06938" w:rsidP="00680100"/>
        </w:tc>
        <w:tc>
          <w:tcPr>
            <w:tcW w:w="2880" w:type="dxa"/>
          </w:tcPr>
          <w:p w14:paraId="5D0A3034" w14:textId="77777777" w:rsidR="00F06938" w:rsidRDefault="00F06938" w:rsidP="00680100">
            <w:r>
              <w:t xml:space="preserve">Oh, well... [chuckle] </w:t>
            </w:r>
          </w:p>
        </w:tc>
      </w:tr>
      <w:tr w:rsidR="00F06938" w14:paraId="617CDB77" w14:textId="77777777" w:rsidTr="00680100">
        <w:tc>
          <w:tcPr>
            <w:tcW w:w="2880" w:type="dxa"/>
          </w:tcPr>
          <w:p w14:paraId="6794F764" w14:textId="77777777" w:rsidR="00F06938" w:rsidRDefault="00F06938" w:rsidP="00680100">
            <w:r>
              <w:t>01:17:09:20</w:t>
            </w:r>
          </w:p>
        </w:tc>
        <w:tc>
          <w:tcPr>
            <w:tcW w:w="2880" w:type="dxa"/>
          </w:tcPr>
          <w:p w14:paraId="58E3B43B" w14:textId="77777777" w:rsidR="00F06938" w:rsidRDefault="00F06938" w:rsidP="00680100"/>
        </w:tc>
        <w:tc>
          <w:tcPr>
            <w:tcW w:w="2880" w:type="dxa"/>
          </w:tcPr>
          <w:p w14:paraId="328633C5" w14:textId="77777777" w:rsidR="00F06938" w:rsidRDefault="00F06938" w:rsidP="00680100">
            <w:r>
              <w:t xml:space="preserve">I'm going to do my best to learn to tell you apart... </w:t>
            </w:r>
          </w:p>
        </w:tc>
      </w:tr>
      <w:tr w:rsidR="00F06938" w14:paraId="71456DBA" w14:textId="77777777" w:rsidTr="00680100">
        <w:tc>
          <w:tcPr>
            <w:tcW w:w="2880" w:type="dxa"/>
          </w:tcPr>
          <w:p w14:paraId="0DFC4857" w14:textId="77777777" w:rsidR="00F06938" w:rsidRDefault="00F06938" w:rsidP="00680100">
            <w:r>
              <w:t>01:17:12:03</w:t>
            </w:r>
          </w:p>
        </w:tc>
        <w:tc>
          <w:tcPr>
            <w:tcW w:w="2880" w:type="dxa"/>
          </w:tcPr>
          <w:p w14:paraId="226FD87F" w14:textId="77777777" w:rsidR="00F06938" w:rsidRDefault="00F06938" w:rsidP="00680100"/>
        </w:tc>
        <w:tc>
          <w:tcPr>
            <w:tcW w:w="2880" w:type="dxa"/>
          </w:tcPr>
          <w:p w14:paraId="37D13E07" w14:textId="77777777" w:rsidR="00F06938" w:rsidRDefault="00F06938" w:rsidP="00680100">
            <w:r>
              <w:t xml:space="preserve">by the end of the day. </w:t>
            </w:r>
          </w:p>
        </w:tc>
      </w:tr>
      <w:tr w:rsidR="00F06938" w14:paraId="6D2C5D58" w14:textId="77777777" w:rsidTr="00680100">
        <w:tc>
          <w:tcPr>
            <w:tcW w:w="2880" w:type="dxa"/>
          </w:tcPr>
          <w:p w14:paraId="0F8F7AF3" w14:textId="77777777" w:rsidR="00F06938" w:rsidRDefault="00F06938" w:rsidP="00680100">
            <w:r>
              <w:t>01:17:14:06</w:t>
            </w:r>
          </w:p>
        </w:tc>
        <w:tc>
          <w:tcPr>
            <w:tcW w:w="2880" w:type="dxa"/>
          </w:tcPr>
          <w:p w14:paraId="0E6C71DB" w14:textId="77777777" w:rsidR="00F06938" w:rsidRDefault="00F06938" w:rsidP="00680100"/>
        </w:tc>
        <w:tc>
          <w:tcPr>
            <w:tcW w:w="2880" w:type="dxa"/>
          </w:tcPr>
          <w:p w14:paraId="71588D29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Uh-oh. </w:t>
            </w:r>
          </w:p>
        </w:tc>
      </w:tr>
      <w:tr w:rsidR="00F06938" w14:paraId="72538082" w14:textId="77777777" w:rsidTr="00680100">
        <w:tc>
          <w:tcPr>
            <w:tcW w:w="2880" w:type="dxa"/>
          </w:tcPr>
          <w:p w14:paraId="5A05F81F" w14:textId="77777777" w:rsidR="00F06938" w:rsidRDefault="00F06938" w:rsidP="00680100">
            <w:r>
              <w:t>01:17:16:03</w:t>
            </w:r>
          </w:p>
        </w:tc>
        <w:tc>
          <w:tcPr>
            <w:tcW w:w="2880" w:type="dxa"/>
          </w:tcPr>
          <w:p w14:paraId="320CA08B" w14:textId="77777777" w:rsidR="00F06938" w:rsidRDefault="00F06938" w:rsidP="00680100"/>
        </w:tc>
        <w:tc>
          <w:tcPr>
            <w:tcW w:w="2880" w:type="dxa"/>
          </w:tcPr>
          <w:p w14:paraId="2977C1D3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Well class, I have an idea. </w:t>
            </w:r>
          </w:p>
        </w:tc>
      </w:tr>
      <w:tr w:rsidR="00F06938" w14:paraId="73185106" w14:textId="77777777" w:rsidTr="00680100">
        <w:tc>
          <w:tcPr>
            <w:tcW w:w="2880" w:type="dxa"/>
          </w:tcPr>
          <w:p w14:paraId="0875F8A9" w14:textId="77777777" w:rsidR="00F06938" w:rsidRDefault="00F06938" w:rsidP="00680100">
            <w:r>
              <w:lastRenderedPageBreak/>
              <w:t>01:17:18:09</w:t>
            </w:r>
          </w:p>
        </w:tc>
        <w:tc>
          <w:tcPr>
            <w:tcW w:w="2880" w:type="dxa"/>
          </w:tcPr>
          <w:p w14:paraId="30D12192" w14:textId="77777777" w:rsidR="00F06938" w:rsidRDefault="00F06938" w:rsidP="00680100"/>
        </w:tc>
        <w:tc>
          <w:tcPr>
            <w:tcW w:w="2880" w:type="dxa"/>
          </w:tcPr>
          <w:p w14:paraId="62019E07" w14:textId="77777777" w:rsidR="00F06938" w:rsidRDefault="00F06938" w:rsidP="00680100">
            <w:r>
              <w:t xml:space="preserve">I know an activity we can do with paper and crayon... </w:t>
            </w:r>
          </w:p>
        </w:tc>
      </w:tr>
      <w:tr w:rsidR="00F06938" w14:paraId="661A4195" w14:textId="77777777" w:rsidTr="00680100">
        <w:tc>
          <w:tcPr>
            <w:tcW w:w="2880" w:type="dxa"/>
          </w:tcPr>
          <w:p w14:paraId="06E95542" w14:textId="77777777" w:rsidR="00F06938" w:rsidRDefault="00F06938" w:rsidP="00680100">
            <w:r>
              <w:t>01:17:21:12</w:t>
            </w:r>
          </w:p>
        </w:tc>
        <w:tc>
          <w:tcPr>
            <w:tcW w:w="2880" w:type="dxa"/>
          </w:tcPr>
          <w:p w14:paraId="4078850A" w14:textId="77777777" w:rsidR="00F06938" w:rsidRDefault="00F06938" w:rsidP="00680100"/>
        </w:tc>
        <w:tc>
          <w:tcPr>
            <w:tcW w:w="2880" w:type="dxa"/>
          </w:tcPr>
          <w:p w14:paraId="6A94B615" w14:textId="77777777" w:rsidR="00F06938" w:rsidRDefault="00F06938" w:rsidP="00680100">
            <w:r>
              <w:t xml:space="preserve">And when we're done, you'll notice one way... </w:t>
            </w:r>
          </w:p>
        </w:tc>
      </w:tr>
      <w:tr w:rsidR="00F06938" w14:paraId="23572586" w14:textId="77777777" w:rsidTr="00680100">
        <w:tc>
          <w:tcPr>
            <w:tcW w:w="2880" w:type="dxa"/>
          </w:tcPr>
          <w:p w14:paraId="1852D7EF" w14:textId="77777777" w:rsidR="00F06938" w:rsidRDefault="00F06938" w:rsidP="00680100">
            <w:r>
              <w:t>01:17:24:07</w:t>
            </w:r>
          </w:p>
        </w:tc>
        <w:tc>
          <w:tcPr>
            <w:tcW w:w="2880" w:type="dxa"/>
          </w:tcPr>
          <w:p w14:paraId="3D32A765" w14:textId="77777777" w:rsidR="00F06938" w:rsidRDefault="00F06938" w:rsidP="00680100"/>
        </w:tc>
        <w:tc>
          <w:tcPr>
            <w:tcW w:w="2880" w:type="dxa"/>
          </w:tcPr>
          <w:p w14:paraId="5B4C90AD" w14:textId="77777777" w:rsidR="00F06938" w:rsidRDefault="00F06938" w:rsidP="00680100">
            <w:r>
              <w:t xml:space="preserve">that everyone is different from each other. </w:t>
            </w:r>
          </w:p>
        </w:tc>
      </w:tr>
      <w:tr w:rsidR="00F06938" w14:paraId="52F53772" w14:textId="77777777" w:rsidTr="00680100">
        <w:tc>
          <w:tcPr>
            <w:tcW w:w="2880" w:type="dxa"/>
          </w:tcPr>
          <w:p w14:paraId="61475600" w14:textId="77777777" w:rsidR="00F06938" w:rsidRDefault="00F06938" w:rsidP="00680100">
            <w:r>
              <w:t>01:17:32:05</w:t>
            </w:r>
          </w:p>
        </w:tc>
        <w:tc>
          <w:tcPr>
            <w:tcW w:w="2880" w:type="dxa"/>
          </w:tcPr>
          <w:p w14:paraId="08BB336B" w14:textId="77777777" w:rsidR="00F06938" w:rsidRDefault="00F06938" w:rsidP="00680100"/>
        </w:tc>
        <w:tc>
          <w:tcPr>
            <w:tcW w:w="2880" w:type="dxa"/>
          </w:tcPr>
          <w:p w14:paraId="10B03530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Okay, done! </w:t>
            </w:r>
          </w:p>
        </w:tc>
      </w:tr>
      <w:tr w:rsidR="00F06938" w14:paraId="2DFE4515" w14:textId="77777777" w:rsidTr="00680100">
        <w:tc>
          <w:tcPr>
            <w:tcW w:w="2880" w:type="dxa"/>
          </w:tcPr>
          <w:p w14:paraId="245CF56B" w14:textId="77777777" w:rsidR="00F06938" w:rsidRDefault="00F06938" w:rsidP="00680100">
            <w:r>
              <w:t>01:17:34:16</w:t>
            </w:r>
          </w:p>
        </w:tc>
        <w:tc>
          <w:tcPr>
            <w:tcW w:w="2880" w:type="dxa"/>
          </w:tcPr>
          <w:p w14:paraId="1D3FDE05" w14:textId="77777777" w:rsidR="00F06938" w:rsidRDefault="00F06938" w:rsidP="00680100"/>
        </w:tc>
        <w:tc>
          <w:tcPr>
            <w:tcW w:w="2880" w:type="dxa"/>
          </w:tcPr>
          <w:p w14:paraId="3635189E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Ha! I drew around you with the crayon, </w:t>
            </w:r>
          </w:p>
        </w:tc>
      </w:tr>
      <w:tr w:rsidR="00F06938" w14:paraId="3B791948" w14:textId="77777777" w:rsidTr="00680100">
        <w:tc>
          <w:tcPr>
            <w:tcW w:w="2880" w:type="dxa"/>
          </w:tcPr>
          <w:p w14:paraId="0EAD0EBF" w14:textId="77777777" w:rsidR="00F06938" w:rsidRDefault="00F06938" w:rsidP="00680100">
            <w:r>
              <w:t>01:17:37:09</w:t>
            </w:r>
          </w:p>
        </w:tc>
        <w:tc>
          <w:tcPr>
            <w:tcW w:w="2880" w:type="dxa"/>
          </w:tcPr>
          <w:p w14:paraId="201B803E" w14:textId="77777777" w:rsidR="00F06938" w:rsidRDefault="00F06938" w:rsidP="00680100"/>
        </w:tc>
        <w:tc>
          <w:tcPr>
            <w:tcW w:w="2880" w:type="dxa"/>
          </w:tcPr>
          <w:p w14:paraId="5A138F9B" w14:textId="77777777" w:rsidR="00F06938" w:rsidRDefault="00F06938" w:rsidP="00680100">
            <w:r>
              <w:t xml:space="preserve">and the shape looks exactly like you, Elinor. </w:t>
            </w:r>
          </w:p>
        </w:tc>
      </w:tr>
      <w:tr w:rsidR="00F06938" w14:paraId="2BCF0605" w14:textId="77777777" w:rsidTr="00680100">
        <w:tc>
          <w:tcPr>
            <w:tcW w:w="2880" w:type="dxa"/>
          </w:tcPr>
          <w:p w14:paraId="2FCBAF2E" w14:textId="77777777" w:rsidR="00F06938" w:rsidRDefault="00F06938" w:rsidP="00680100">
            <w:r>
              <w:t>01:17:40:10</w:t>
            </w:r>
          </w:p>
        </w:tc>
        <w:tc>
          <w:tcPr>
            <w:tcW w:w="2880" w:type="dxa"/>
          </w:tcPr>
          <w:p w14:paraId="340C5140" w14:textId="77777777" w:rsidR="00F06938" w:rsidRDefault="00F06938" w:rsidP="00680100"/>
        </w:tc>
        <w:tc>
          <w:tcPr>
            <w:tcW w:w="2880" w:type="dxa"/>
          </w:tcPr>
          <w:p w14:paraId="5795E069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And this shape looks exactly like you. </w:t>
            </w:r>
          </w:p>
        </w:tc>
      </w:tr>
      <w:tr w:rsidR="00F06938" w14:paraId="11378E67" w14:textId="77777777" w:rsidTr="00680100">
        <w:tc>
          <w:tcPr>
            <w:tcW w:w="2880" w:type="dxa"/>
          </w:tcPr>
          <w:p w14:paraId="4026BA8B" w14:textId="77777777" w:rsidR="00F06938" w:rsidRDefault="00F06938" w:rsidP="00680100">
            <w:r>
              <w:t>01:17:43:20</w:t>
            </w:r>
          </w:p>
        </w:tc>
        <w:tc>
          <w:tcPr>
            <w:tcW w:w="2880" w:type="dxa"/>
          </w:tcPr>
          <w:p w14:paraId="28CF4056" w14:textId="77777777" w:rsidR="00F06938" w:rsidRDefault="00F06938" w:rsidP="00680100"/>
        </w:tc>
        <w:tc>
          <w:tcPr>
            <w:tcW w:w="2880" w:type="dxa"/>
          </w:tcPr>
          <w:p w14:paraId="31E3F4EA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Very nice, Elinor and Olive. </w:t>
            </w:r>
          </w:p>
        </w:tc>
      </w:tr>
      <w:tr w:rsidR="00F06938" w14:paraId="010430A6" w14:textId="77777777" w:rsidTr="00680100">
        <w:tc>
          <w:tcPr>
            <w:tcW w:w="2880" w:type="dxa"/>
          </w:tcPr>
          <w:p w14:paraId="1B5EAD48" w14:textId="77777777" w:rsidR="00F06938" w:rsidRDefault="00F06938" w:rsidP="00680100">
            <w:r>
              <w:t>01:17:46:06</w:t>
            </w:r>
          </w:p>
        </w:tc>
        <w:tc>
          <w:tcPr>
            <w:tcW w:w="2880" w:type="dxa"/>
          </w:tcPr>
          <w:p w14:paraId="1A2A6EE9" w14:textId="77777777" w:rsidR="00F06938" w:rsidRDefault="00F06938" w:rsidP="00680100"/>
        </w:tc>
        <w:tc>
          <w:tcPr>
            <w:tcW w:w="2880" w:type="dxa"/>
          </w:tcPr>
          <w:p w14:paraId="68EDAC9F" w14:textId="77777777" w:rsidR="00F06938" w:rsidRDefault="00F06938" w:rsidP="00680100">
            <w:r>
              <w:t xml:space="preserve">That's called an outline. </w:t>
            </w:r>
          </w:p>
        </w:tc>
      </w:tr>
      <w:tr w:rsidR="00F06938" w14:paraId="027F8C3A" w14:textId="77777777" w:rsidTr="00680100">
        <w:tc>
          <w:tcPr>
            <w:tcW w:w="2880" w:type="dxa"/>
          </w:tcPr>
          <w:p w14:paraId="18CAFE77" w14:textId="77777777" w:rsidR="00F06938" w:rsidRDefault="00F06938" w:rsidP="00680100">
            <w:r>
              <w:t>01:17:48:08</w:t>
            </w:r>
          </w:p>
        </w:tc>
        <w:tc>
          <w:tcPr>
            <w:tcW w:w="2880" w:type="dxa"/>
          </w:tcPr>
          <w:p w14:paraId="3E90CA83" w14:textId="77777777" w:rsidR="00F06938" w:rsidRDefault="00F06938" w:rsidP="00680100"/>
        </w:tc>
        <w:tc>
          <w:tcPr>
            <w:tcW w:w="2880" w:type="dxa"/>
          </w:tcPr>
          <w:p w14:paraId="53B5DA2B" w14:textId="77777777" w:rsidR="00F06938" w:rsidRDefault="00F06938" w:rsidP="00680100">
            <w:r>
              <w:t xml:space="preserve">See, everyone can tell who you are... </w:t>
            </w:r>
          </w:p>
        </w:tc>
      </w:tr>
      <w:tr w:rsidR="00F06938" w14:paraId="0CDF49E6" w14:textId="77777777" w:rsidTr="00680100">
        <w:tc>
          <w:tcPr>
            <w:tcW w:w="2880" w:type="dxa"/>
          </w:tcPr>
          <w:p w14:paraId="7233300F" w14:textId="77777777" w:rsidR="00F06938" w:rsidRDefault="00F06938" w:rsidP="00680100">
            <w:r>
              <w:t>01:17:50:10</w:t>
            </w:r>
          </w:p>
        </w:tc>
        <w:tc>
          <w:tcPr>
            <w:tcW w:w="2880" w:type="dxa"/>
          </w:tcPr>
          <w:p w14:paraId="30C7A8FD" w14:textId="77777777" w:rsidR="00F06938" w:rsidRDefault="00F06938" w:rsidP="00680100"/>
        </w:tc>
        <w:tc>
          <w:tcPr>
            <w:tcW w:w="2880" w:type="dxa"/>
          </w:tcPr>
          <w:p w14:paraId="76AAADED" w14:textId="77777777" w:rsidR="00F06938" w:rsidRDefault="00F06938" w:rsidP="00680100">
            <w:r>
              <w:t xml:space="preserve">because you're all a different shape. </w:t>
            </w:r>
          </w:p>
        </w:tc>
      </w:tr>
      <w:tr w:rsidR="00F06938" w14:paraId="54A550BB" w14:textId="77777777" w:rsidTr="00680100">
        <w:tc>
          <w:tcPr>
            <w:tcW w:w="2880" w:type="dxa"/>
          </w:tcPr>
          <w:p w14:paraId="6D22A623" w14:textId="77777777" w:rsidR="00F06938" w:rsidRDefault="00F06938" w:rsidP="00680100">
            <w:r>
              <w:t>01:17:53:21</w:t>
            </w:r>
          </w:p>
        </w:tc>
        <w:tc>
          <w:tcPr>
            <w:tcW w:w="2880" w:type="dxa"/>
          </w:tcPr>
          <w:p w14:paraId="654C85A6" w14:textId="77777777" w:rsidR="00F06938" w:rsidRDefault="00F06938" w:rsidP="00680100"/>
        </w:tc>
        <w:tc>
          <w:tcPr>
            <w:tcW w:w="2880" w:type="dxa"/>
          </w:tcPr>
          <w:p w14:paraId="43B011BD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Uh oh. </w:t>
            </w:r>
          </w:p>
        </w:tc>
      </w:tr>
      <w:tr w:rsidR="00F06938" w14:paraId="2AD27207" w14:textId="77777777" w:rsidTr="00680100">
        <w:tc>
          <w:tcPr>
            <w:tcW w:w="2880" w:type="dxa"/>
          </w:tcPr>
          <w:p w14:paraId="6517044D" w14:textId="77777777" w:rsidR="00F06938" w:rsidRDefault="00F06938" w:rsidP="00680100">
            <w:r>
              <w:t>01:17:57:00</w:t>
            </w:r>
          </w:p>
        </w:tc>
        <w:tc>
          <w:tcPr>
            <w:tcW w:w="2880" w:type="dxa"/>
          </w:tcPr>
          <w:p w14:paraId="3F0CED2B" w14:textId="77777777" w:rsidR="00F06938" w:rsidRDefault="00F06938" w:rsidP="00680100"/>
        </w:tc>
        <w:tc>
          <w:tcPr>
            <w:tcW w:w="2880" w:type="dxa"/>
          </w:tcPr>
          <w:p w14:paraId="6DF35360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Hmm... </w:t>
            </w:r>
          </w:p>
        </w:tc>
      </w:tr>
      <w:tr w:rsidR="00F06938" w14:paraId="2F2FA7FC" w14:textId="77777777" w:rsidTr="00680100">
        <w:tc>
          <w:tcPr>
            <w:tcW w:w="2880" w:type="dxa"/>
          </w:tcPr>
          <w:p w14:paraId="666D3C99" w14:textId="77777777" w:rsidR="00F06938" w:rsidRDefault="00F06938" w:rsidP="00680100">
            <w:r>
              <w:t>01:17:58:00</w:t>
            </w:r>
          </w:p>
        </w:tc>
        <w:tc>
          <w:tcPr>
            <w:tcW w:w="2880" w:type="dxa"/>
          </w:tcPr>
          <w:p w14:paraId="07BAB36B" w14:textId="77777777" w:rsidR="00F06938" w:rsidRDefault="00F06938" w:rsidP="00680100"/>
        </w:tc>
        <w:tc>
          <w:tcPr>
            <w:tcW w:w="2880" w:type="dxa"/>
          </w:tcPr>
          <w:p w14:paraId="2081D0B0" w14:textId="77777777" w:rsidR="00F06938" w:rsidRDefault="00F06938" w:rsidP="00680100">
            <w:r>
              <w:t xml:space="preserve">Is that Mary? </w:t>
            </w:r>
          </w:p>
        </w:tc>
      </w:tr>
      <w:tr w:rsidR="00F06938" w14:paraId="778BAFBE" w14:textId="77777777" w:rsidTr="00680100">
        <w:tc>
          <w:tcPr>
            <w:tcW w:w="2880" w:type="dxa"/>
          </w:tcPr>
          <w:p w14:paraId="524C434A" w14:textId="77777777" w:rsidR="00F06938" w:rsidRDefault="00F06938" w:rsidP="00680100">
            <w:r>
              <w:t>01:17:59:03</w:t>
            </w:r>
          </w:p>
        </w:tc>
        <w:tc>
          <w:tcPr>
            <w:tcW w:w="2880" w:type="dxa"/>
          </w:tcPr>
          <w:p w14:paraId="52BE586E" w14:textId="77777777" w:rsidR="00F06938" w:rsidRDefault="00F06938" w:rsidP="00680100"/>
        </w:tc>
        <w:tc>
          <w:tcPr>
            <w:tcW w:w="2880" w:type="dxa"/>
          </w:tcPr>
          <w:p w14:paraId="6B535909" w14:textId="77777777" w:rsidR="00F06938" w:rsidRDefault="00F06938" w:rsidP="00680100">
            <w:r>
              <w:t>Uh, no.</w:t>
            </w:r>
            <w:proofErr w:type="gramStart"/>
            <w:r>
              <w:t>..no.</w:t>
            </w:r>
            <w:proofErr w:type="gramEnd"/>
            <w:r>
              <w:t xml:space="preserve">.. </w:t>
            </w:r>
          </w:p>
        </w:tc>
      </w:tr>
      <w:tr w:rsidR="00F06938" w14:paraId="2F2525A6" w14:textId="77777777" w:rsidTr="00680100">
        <w:tc>
          <w:tcPr>
            <w:tcW w:w="2880" w:type="dxa"/>
          </w:tcPr>
          <w:p w14:paraId="44E2076E" w14:textId="77777777" w:rsidR="00F06938" w:rsidRDefault="00F06938" w:rsidP="00680100">
            <w:r>
              <w:t>01:18:00:04</w:t>
            </w:r>
          </w:p>
        </w:tc>
        <w:tc>
          <w:tcPr>
            <w:tcW w:w="2880" w:type="dxa"/>
          </w:tcPr>
          <w:p w14:paraId="2E43E718" w14:textId="77777777" w:rsidR="00F06938" w:rsidRDefault="00F06938" w:rsidP="00680100"/>
        </w:tc>
        <w:tc>
          <w:tcPr>
            <w:tcW w:w="2880" w:type="dxa"/>
          </w:tcPr>
          <w:p w14:paraId="7E055F47" w14:textId="77777777" w:rsidR="00F06938" w:rsidRDefault="00F06938" w:rsidP="00680100">
            <w:r>
              <w:t xml:space="preserve">Or is that Lizzie? </w:t>
            </w:r>
          </w:p>
        </w:tc>
      </w:tr>
      <w:tr w:rsidR="00F06938" w14:paraId="63B6E971" w14:textId="77777777" w:rsidTr="00680100">
        <w:tc>
          <w:tcPr>
            <w:tcW w:w="2880" w:type="dxa"/>
          </w:tcPr>
          <w:p w14:paraId="3F2218B6" w14:textId="77777777" w:rsidR="00F06938" w:rsidRDefault="00F06938" w:rsidP="00680100">
            <w:r>
              <w:t>01:18:01:09</w:t>
            </w:r>
          </w:p>
        </w:tc>
        <w:tc>
          <w:tcPr>
            <w:tcW w:w="2880" w:type="dxa"/>
          </w:tcPr>
          <w:p w14:paraId="1A1ADBEE" w14:textId="77777777" w:rsidR="00F06938" w:rsidRDefault="00F06938" w:rsidP="00680100"/>
        </w:tc>
        <w:tc>
          <w:tcPr>
            <w:tcW w:w="2880" w:type="dxa"/>
          </w:tcPr>
          <w:p w14:paraId="1373FCD3" w14:textId="77777777" w:rsidR="00F06938" w:rsidRDefault="00F06938" w:rsidP="00680100">
            <w:r>
              <w:rPr>
                <w:b/>
              </w:rPr>
              <w:t xml:space="preserve">TWIN GOATS: </w:t>
            </w:r>
            <w:r>
              <w:t xml:space="preserve">[laughs] </w:t>
            </w:r>
          </w:p>
        </w:tc>
      </w:tr>
      <w:tr w:rsidR="00F06938" w14:paraId="717DF75B" w14:textId="77777777" w:rsidTr="00680100">
        <w:tc>
          <w:tcPr>
            <w:tcW w:w="2880" w:type="dxa"/>
          </w:tcPr>
          <w:p w14:paraId="7B267621" w14:textId="77777777" w:rsidR="00F06938" w:rsidRDefault="00F06938" w:rsidP="00680100">
            <w:r>
              <w:t>01:18:02:12</w:t>
            </w:r>
          </w:p>
        </w:tc>
        <w:tc>
          <w:tcPr>
            <w:tcW w:w="2880" w:type="dxa"/>
          </w:tcPr>
          <w:p w14:paraId="0D8EC747" w14:textId="77777777" w:rsidR="00F06938" w:rsidRDefault="00F06938" w:rsidP="00680100"/>
        </w:tc>
        <w:tc>
          <w:tcPr>
            <w:tcW w:w="2880" w:type="dxa"/>
          </w:tcPr>
          <w:p w14:paraId="397FA8DD" w14:textId="77777777" w:rsidR="00F06938" w:rsidRDefault="00F06938" w:rsidP="00680100">
            <w:r>
              <w:rPr>
                <w:b/>
              </w:rPr>
              <w:t xml:space="preserve">MARY: </w:t>
            </w:r>
            <w:r>
              <w:t xml:space="preserve">Everybody else might be different from each other. </w:t>
            </w:r>
          </w:p>
        </w:tc>
      </w:tr>
      <w:tr w:rsidR="00F06938" w14:paraId="7503448A" w14:textId="77777777" w:rsidTr="00680100">
        <w:tc>
          <w:tcPr>
            <w:tcW w:w="2880" w:type="dxa"/>
          </w:tcPr>
          <w:p w14:paraId="08874C6F" w14:textId="77777777" w:rsidR="00F06938" w:rsidRDefault="00F06938" w:rsidP="00680100">
            <w:r>
              <w:lastRenderedPageBreak/>
              <w:t>01:18:05:08</w:t>
            </w:r>
          </w:p>
        </w:tc>
        <w:tc>
          <w:tcPr>
            <w:tcW w:w="2880" w:type="dxa"/>
          </w:tcPr>
          <w:p w14:paraId="498BE0DE" w14:textId="77777777" w:rsidR="00F06938" w:rsidRDefault="00F06938" w:rsidP="00680100"/>
        </w:tc>
        <w:tc>
          <w:tcPr>
            <w:tcW w:w="2880" w:type="dxa"/>
          </w:tcPr>
          <w:p w14:paraId="163E7460" w14:textId="77777777" w:rsidR="00F06938" w:rsidRDefault="00F06938" w:rsidP="00680100">
            <w:r>
              <w:rPr>
                <w:b/>
              </w:rPr>
              <w:t xml:space="preserve">MARY AND LIZZIE: </w:t>
            </w:r>
            <w:r>
              <w:t xml:space="preserve">But We're </w:t>
            </w:r>
            <w:proofErr w:type="gramStart"/>
            <w:r>
              <w:t>exactly the same</w:t>
            </w:r>
            <w:proofErr w:type="gramEnd"/>
            <w:r>
              <w:t xml:space="preserve">. </w:t>
            </w:r>
          </w:p>
        </w:tc>
      </w:tr>
      <w:tr w:rsidR="00F06938" w14:paraId="3EB0664A" w14:textId="77777777" w:rsidTr="00680100">
        <w:tc>
          <w:tcPr>
            <w:tcW w:w="2880" w:type="dxa"/>
          </w:tcPr>
          <w:p w14:paraId="19694EC8" w14:textId="77777777" w:rsidR="00F06938" w:rsidRDefault="00F06938" w:rsidP="00680100">
            <w:r>
              <w:t>01:18:08:03</w:t>
            </w:r>
          </w:p>
        </w:tc>
        <w:tc>
          <w:tcPr>
            <w:tcW w:w="2880" w:type="dxa"/>
          </w:tcPr>
          <w:p w14:paraId="780010D1" w14:textId="77777777" w:rsidR="00F06938" w:rsidRDefault="00F06938" w:rsidP="00680100"/>
        </w:tc>
        <w:tc>
          <w:tcPr>
            <w:tcW w:w="2880" w:type="dxa"/>
          </w:tcPr>
          <w:p w14:paraId="35920AAD" w14:textId="77777777" w:rsidR="00F06938" w:rsidRDefault="00F06938" w:rsidP="00680100">
            <w:proofErr w:type="gramStart"/>
            <w:r>
              <w:rPr>
                <w:b/>
              </w:rPr>
              <w:t>MR.HAMSTER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Oh... Umm... [chuckle] </w:t>
            </w:r>
          </w:p>
        </w:tc>
      </w:tr>
      <w:tr w:rsidR="00F06938" w14:paraId="625DAA93" w14:textId="77777777" w:rsidTr="00680100">
        <w:tc>
          <w:tcPr>
            <w:tcW w:w="2880" w:type="dxa"/>
          </w:tcPr>
          <w:p w14:paraId="1050FDC0" w14:textId="77777777" w:rsidR="00F06938" w:rsidRDefault="00F06938" w:rsidP="00680100">
            <w:r>
              <w:t>01:18:10:16</w:t>
            </w:r>
          </w:p>
        </w:tc>
        <w:tc>
          <w:tcPr>
            <w:tcW w:w="2880" w:type="dxa"/>
          </w:tcPr>
          <w:p w14:paraId="0E237290" w14:textId="77777777" w:rsidR="00F06938" w:rsidRDefault="00F06938" w:rsidP="00680100"/>
        </w:tc>
        <w:tc>
          <w:tcPr>
            <w:tcW w:w="2880" w:type="dxa"/>
          </w:tcPr>
          <w:p w14:paraId="00EEC08E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Oh no. </w:t>
            </w:r>
          </w:p>
        </w:tc>
      </w:tr>
      <w:tr w:rsidR="00F06938" w14:paraId="44F9AADA" w14:textId="77777777" w:rsidTr="00680100">
        <w:tc>
          <w:tcPr>
            <w:tcW w:w="2880" w:type="dxa"/>
          </w:tcPr>
          <w:p w14:paraId="3E65C2F0" w14:textId="77777777" w:rsidR="00F06938" w:rsidRDefault="00F06938" w:rsidP="00680100">
            <w:r>
              <w:t>01:18:13:23</w:t>
            </w:r>
          </w:p>
        </w:tc>
        <w:tc>
          <w:tcPr>
            <w:tcW w:w="2880" w:type="dxa"/>
          </w:tcPr>
          <w:p w14:paraId="60F447F4" w14:textId="77777777" w:rsidR="00F06938" w:rsidRDefault="00F06938" w:rsidP="00680100"/>
        </w:tc>
        <w:tc>
          <w:tcPr>
            <w:tcW w:w="2880" w:type="dxa"/>
          </w:tcPr>
          <w:p w14:paraId="16794285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Let's help Mr. Hamster. </w:t>
            </w:r>
          </w:p>
        </w:tc>
      </w:tr>
      <w:tr w:rsidR="00F06938" w14:paraId="78F44598" w14:textId="77777777" w:rsidTr="00680100">
        <w:tc>
          <w:tcPr>
            <w:tcW w:w="2880" w:type="dxa"/>
          </w:tcPr>
          <w:p w14:paraId="391C526D" w14:textId="77777777" w:rsidR="00F06938" w:rsidRDefault="00F06938" w:rsidP="00680100">
            <w:r>
              <w:t>01:18:16:16</w:t>
            </w:r>
          </w:p>
        </w:tc>
        <w:tc>
          <w:tcPr>
            <w:tcW w:w="2880" w:type="dxa"/>
          </w:tcPr>
          <w:p w14:paraId="0E92E24A" w14:textId="77777777" w:rsidR="00F06938" w:rsidRDefault="00F06938" w:rsidP="00680100"/>
        </w:tc>
        <w:tc>
          <w:tcPr>
            <w:tcW w:w="2880" w:type="dxa"/>
          </w:tcPr>
          <w:p w14:paraId="33FFD752" w14:textId="77777777" w:rsidR="00F06938" w:rsidRDefault="00F06938" w:rsidP="00680100">
            <w:r>
              <w:t xml:space="preserve">There must be some way that Mary and Lizzie are different, </w:t>
            </w:r>
          </w:p>
        </w:tc>
      </w:tr>
      <w:tr w:rsidR="00F06938" w14:paraId="3842DE59" w14:textId="77777777" w:rsidTr="00680100">
        <w:tc>
          <w:tcPr>
            <w:tcW w:w="2880" w:type="dxa"/>
          </w:tcPr>
          <w:p w14:paraId="4E1ECC22" w14:textId="77777777" w:rsidR="00F06938" w:rsidRDefault="00F06938" w:rsidP="00680100">
            <w:r>
              <w:t>01:18:19:23</w:t>
            </w:r>
          </w:p>
        </w:tc>
        <w:tc>
          <w:tcPr>
            <w:tcW w:w="2880" w:type="dxa"/>
          </w:tcPr>
          <w:p w14:paraId="0E8A0E32" w14:textId="77777777" w:rsidR="00F06938" w:rsidRDefault="00F06938" w:rsidP="00680100"/>
        </w:tc>
        <w:tc>
          <w:tcPr>
            <w:tcW w:w="2880" w:type="dxa"/>
          </w:tcPr>
          <w:p w14:paraId="614F3F79" w14:textId="77777777" w:rsidR="00F06938" w:rsidRDefault="00F06938" w:rsidP="00680100">
            <w:proofErr w:type="gramStart"/>
            <w:r>
              <w:t>so</w:t>
            </w:r>
            <w:proofErr w:type="gramEnd"/>
            <w:r>
              <w:t xml:space="preserve"> he can tell them apart. </w:t>
            </w:r>
          </w:p>
        </w:tc>
      </w:tr>
      <w:tr w:rsidR="00F06938" w14:paraId="2E4E1AE7" w14:textId="77777777" w:rsidTr="00680100">
        <w:tc>
          <w:tcPr>
            <w:tcW w:w="2880" w:type="dxa"/>
          </w:tcPr>
          <w:p w14:paraId="7858CA8E" w14:textId="77777777" w:rsidR="00F06938" w:rsidRDefault="00F06938" w:rsidP="00680100">
            <w:r>
              <w:t>01:18:22:11</w:t>
            </w:r>
          </w:p>
        </w:tc>
        <w:tc>
          <w:tcPr>
            <w:tcW w:w="2880" w:type="dxa"/>
          </w:tcPr>
          <w:p w14:paraId="015F9BB5" w14:textId="77777777" w:rsidR="00F06938" w:rsidRDefault="00F06938" w:rsidP="00680100"/>
        </w:tc>
        <w:tc>
          <w:tcPr>
            <w:tcW w:w="2880" w:type="dxa"/>
          </w:tcPr>
          <w:p w14:paraId="4BE51471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But they have the same colored eyes, </w:t>
            </w:r>
          </w:p>
        </w:tc>
      </w:tr>
      <w:tr w:rsidR="00F06938" w14:paraId="13D5D1DE" w14:textId="77777777" w:rsidTr="00680100">
        <w:tc>
          <w:tcPr>
            <w:tcW w:w="2880" w:type="dxa"/>
          </w:tcPr>
          <w:p w14:paraId="056AEBC9" w14:textId="77777777" w:rsidR="00F06938" w:rsidRDefault="00F06938" w:rsidP="00680100">
            <w:r>
              <w:t>01:18:24:20</w:t>
            </w:r>
          </w:p>
        </w:tc>
        <w:tc>
          <w:tcPr>
            <w:tcW w:w="2880" w:type="dxa"/>
          </w:tcPr>
          <w:p w14:paraId="71E425A7" w14:textId="77777777" w:rsidR="00F06938" w:rsidRDefault="00F06938" w:rsidP="00680100"/>
        </w:tc>
        <w:tc>
          <w:tcPr>
            <w:tcW w:w="2880" w:type="dxa"/>
          </w:tcPr>
          <w:p w14:paraId="58857B3E" w14:textId="77777777" w:rsidR="00F06938" w:rsidRDefault="00F06938" w:rsidP="00680100">
            <w:r>
              <w:t xml:space="preserve">the same colored hair, the same everything! </w:t>
            </w:r>
          </w:p>
        </w:tc>
      </w:tr>
      <w:tr w:rsidR="00F06938" w14:paraId="277F753F" w14:textId="77777777" w:rsidTr="00680100">
        <w:tc>
          <w:tcPr>
            <w:tcW w:w="2880" w:type="dxa"/>
          </w:tcPr>
          <w:p w14:paraId="0CE0EB0C" w14:textId="77777777" w:rsidR="00F06938" w:rsidRDefault="00F06938" w:rsidP="00680100">
            <w:r>
              <w:t>01:18:28:12</w:t>
            </w:r>
          </w:p>
        </w:tc>
        <w:tc>
          <w:tcPr>
            <w:tcW w:w="2880" w:type="dxa"/>
          </w:tcPr>
          <w:p w14:paraId="2BA5E415" w14:textId="77777777" w:rsidR="00F06938" w:rsidRDefault="00F06938" w:rsidP="00680100"/>
        </w:tc>
        <w:tc>
          <w:tcPr>
            <w:tcW w:w="2880" w:type="dxa"/>
          </w:tcPr>
          <w:p w14:paraId="162BC05D" w14:textId="77777777" w:rsidR="00F06938" w:rsidRDefault="00F06938" w:rsidP="00680100">
            <w:r>
              <w:t xml:space="preserve">They're the same! </w:t>
            </w:r>
          </w:p>
        </w:tc>
      </w:tr>
      <w:tr w:rsidR="00F06938" w14:paraId="28EE35F5" w14:textId="77777777" w:rsidTr="00680100">
        <w:tc>
          <w:tcPr>
            <w:tcW w:w="2880" w:type="dxa"/>
          </w:tcPr>
          <w:p w14:paraId="5FC1B3F9" w14:textId="77777777" w:rsidR="00F06938" w:rsidRDefault="00F06938" w:rsidP="00680100">
            <w:r>
              <w:t>01:18:30:07</w:t>
            </w:r>
          </w:p>
        </w:tc>
        <w:tc>
          <w:tcPr>
            <w:tcW w:w="2880" w:type="dxa"/>
          </w:tcPr>
          <w:p w14:paraId="2522393E" w14:textId="77777777" w:rsidR="00F06938" w:rsidRDefault="00F06938" w:rsidP="00680100"/>
        </w:tc>
        <w:tc>
          <w:tcPr>
            <w:tcW w:w="2880" w:type="dxa"/>
          </w:tcPr>
          <w:p w14:paraId="2CFAB493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So how do we tell them apart? </w:t>
            </w:r>
          </w:p>
        </w:tc>
      </w:tr>
      <w:tr w:rsidR="00F06938" w14:paraId="374B290A" w14:textId="77777777" w:rsidTr="00680100">
        <w:tc>
          <w:tcPr>
            <w:tcW w:w="2880" w:type="dxa"/>
          </w:tcPr>
          <w:p w14:paraId="5598C794" w14:textId="77777777" w:rsidR="00F06938" w:rsidRDefault="00F06938" w:rsidP="00680100">
            <w:r>
              <w:t>01:18:32:17</w:t>
            </w:r>
          </w:p>
        </w:tc>
        <w:tc>
          <w:tcPr>
            <w:tcW w:w="2880" w:type="dxa"/>
          </w:tcPr>
          <w:p w14:paraId="612D4EDB" w14:textId="77777777" w:rsidR="00F06938" w:rsidRDefault="00F06938" w:rsidP="00680100"/>
        </w:tc>
        <w:tc>
          <w:tcPr>
            <w:tcW w:w="2880" w:type="dxa"/>
          </w:tcPr>
          <w:p w14:paraId="22371C73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F06938" w14:paraId="60D781A8" w14:textId="77777777" w:rsidTr="00680100">
        <w:tc>
          <w:tcPr>
            <w:tcW w:w="2880" w:type="dxa"/>
          </w:tcPr>
          <w:p w14:paraId="5972467D" w14:textId="77777777" w:rsidR="00F06938" w:rsidRDefault="00F06938" w:rsidP="00680100">
            <w:r>
              <w:t>01:18:36:02</w:t>
            </w:r>
          </w:p>
        </w:tc>
        <w:tc>
          <w:tcPr>
            <w:tcW w:w="2880" w:type="dxa"/>
          </w:tcPr>
          <w:p w14:paraId="10070BCB" w14:textId="77777777" w:rsidR="00F06938" w:rsidRDefault="00F06938" w:rsidP="00680100"/>
        </w:tc>
        <w:tc>
          <w:tcPr>
            <w:tcW w:w="2880" w:type="dxa"/>
          </w:tcPr>
          <w:p w14:paraId="795C312D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[gasp] Look! A butterfly. </w:t>
            </w:r>
          </w:p>
        </w:tc>
      </w:tr>
      <w:tr w:rsidR="00F06938" w14:paraId="71F03B4E" w14:textId="77777777" w:rsidTr="00680100">
        <w:tc>
          <w:tcPr>
            <w:tcW w:w="2880" w:type="dxa"/>
          </w:tcPr>
          <w:p w14:paraId="4696030A" w14:textId="77777777" w:rsidR="00F06938" w:rsidRDefault="00F06938" w:rsidP="00680100">
            <w:r>
              <w:t>01:18:39:00</w:t>
            </w:r>
          </w:p>
        </w:tc>
        <w:tc>
          <w:tcPr>
            <w:tcW w:w="2880" w:type="dxa"/>
          </w:tcPr>
          <w:p w14:paraId="03FF7DE3" w14:textId="77777777" w:rsidR="00F06938" w:rsidRDefault="00F06938" w:rsidP="00680100"/>
        </w:tc>
        <w:tc>
          <w:tcPr>
            <w:tcW w:w="2880" w:type="dxa"/>
          </w:tcPr>
          <w:p w14:paraId="7B8D2C7A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Huh! And there's another one. </w:t>
            </w:r>
          </w:p>
        </w:tc>
      </w:tr>
      <w:tr w:rsidR="00F06938" w14:paraId="73CD19BF" w14:textId="77777777" w:rsidTr="00680100">
        <w:tc>
          <w:tcPr>
            <w:tcW w:w="2880" w:type="dxa"/>
          </w:tcPr>
          <w:p w14:paraId="28200A43" w14:textId="77777777" w:rsidR="00F06938" w:rsidRDefault="00F06938" w:rsidP="00680100">
            <w:r>
              <w:t>01:18:41:00</w:t>
            </w:r>
          </w:p>
        </w:tc>
        <w:tc>
          <w:tcPr>
            <w:tcW w:w="2880" w:type="dxa"/>
          </w:tcPr>
          <w:p w14:paraId="7036679B" w14:textId="77777777" w:rsidR="00F06938" w:rsidRDefault="00F06938" w:rsidP="00680100"/>
        </w:tc>
        <w:tc>
          <w:tcPr>
            <w:tcW w:w="2880" w:type="dxa"/>
          </w:tcPr>
          <w:p w14:paraId="72319925" w14:textId="77777777" w:rsidR="00F06938" w:rsidRDefault="00F06938" w:rsidP="00680100">
            <w:r>
              <w:t xml:space="preserve">[º] </w:t>
            </w:r>
          </w:p>
        </w:tc>
      </w:tr>
      <w:tr w:rsidR="00F06938" w14:paraId="21D3AC8E" w14:textId="77777777" w:rsidTr="00680100">
        <w:tc>
          <w:tcPr>
            <w:tcW w:w="2880" w:type="dxa"/>
          </w:tcPr>
          <w:p w14:paraId="1E61B797" w14:textId="77777777" w:rsidR="00F06938" w:rsidRDefault="00F06938" w:rsidP="00680100">
            <w:r>
              <w:t>01:18:48:14</w:t>
            </w:r>
          </w:p>
        </w:tc>
        <w:tc>
          <w:tcPr>
            <w:tcW w:w="2880" w:type="dxa"/>
          </w:tcPr>
          <w:p w14:paraId="25CCD16E" w14:textId="77777777" w:rsidR="00F06938" w:rsidRDefault="00F06938" w:rsidP="00680100"/>
        </w:tc>
        <w:tc>
          <w:tcPr>
            <w:tcW w:w="2880" w:type="dxa"/>
          </w:tcPr>
          <w:p w14:paraId="3D8B3DEE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Look how colorful they are. </w:t>
            </w:r>
          </w:p>
        </w:tc>
      </w:tr>
      <w:tr w:rsidR="00F06938" w14:paraId="2EB65BDF" w14:textId="77777777" w:rsidTr="00680100">
        <w:tc>
          <w:tcPr>
            <w:tcW w:w="2880" w:type="dxa"/>
          </w:tcPr>
          <w:p w14:paraId="508F75F0" w14:textId="77777777" w:rsidR="00F06938" w:rsidRDefault="00F06938" w:rsidP="00680100">
            <w:r>
              <w:t>01:18:51:22</w:t>
            </w:r>
          </w:p>
        </w:tc>
        <w:tc>
          <w:tcPr>
            <w:tcW w:w="2880" w:type="dxa"/>
          </w:tcPr>
          <w:p w14:paraId="2AAC546D" w14:textId="77777777" w:rsidR="00F06938" w:rsidRDefault="00F06938" w:rsidP="00680100"/>
        </w:tc>
        <w:tc>
          <w:tcPr>
            <w:tcW w:w="2880" w:type="dxa"/>
          </w:tcPr>
          <w:p w14:paraId="302FA414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Butterflies are so cool. </w:t>
            </w:r>
          </w:p>
        </w:tc>
      </w:tr>
      <w:tr w:rsidR="00F06938" w14:paraId="6D87BFDF" w14:textId="77777777" w:rsidTr="00680100">
        <w:tc>
          <w:tcPr>
            <w:tcW w:w="2880" w:type="dxa"/>
          </w:tcPr>
          <w:p w14:paraId="24EF543A" w14:textId="77777777" w:rsidR="00F06938" w:rsidRDefault="00F06938" w:rsidP="00680100">
            <w:r>
              <w:t>01:18:54:00</w:t>
            </w:r>
          </w:p>
        </w:tc>
        <w:tc>
          <w:tcPr>
            <w:tcW w:w="2880" w:type="dxa"/>
          </w:tcPr>
          <w:p w14:paraId="0C7F0339" w14:textId="77777777" w:rsidR="00F06938" w:rsidRDefault="00F06938" w:rsidP="00680100"/>
        </w:tc>
        <w:tc>
          <w:tcPr>
            <w:tcW w:w="2880" w:type="dxa"/>
          </w:tcPr>
          <w:p w14:paraId="7FAB667D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Look at that. </w:t>
            </w:r>
          </w:p>
        </w:tc>
      </w:tr>
      <w:tr w:rsidR="00F06938" w14:paraId="7C536EFF" w14:textId="77777777" w:rsidTr="00680100">
        <w:tc>
          <w:tcPr>
            <w:tcW w:w="2880" w:type="dxa"/>
          </w:tcPr>
          <w:p w14:paraId="0BD8AE99" w14:textId="77777777" w:rsidR="00F06938" w:rsidRDefault="00F06938" w:rsidP="00680100">
            <w:r>
              <w:t>01:18:55:00</w:t>
            </w:r>
          </w:p>
        </w:tc>
        <w:tc>
          <w:tcPr>
            <w:tcW w:w="2880" w:type="dxa"/>
          </w:tcPr>
          <w:p w14:paraId="12AEDC4E" w14:textId="77777777" w:rsidR="00F06938" w:rsidRDefault="00F06938" w:rsidP="00680100"/>
        </w:tc>
        <w:tc>
          <w:tcPr>
            <w:tcW w:w="2880" w:type="dxa"/>
          </w:tcPr>
          <w:p w14:paraId="59466311" w14:textId="77777777" w:rsidR="00F06938" w:rsidRDefault="00F06938" w:rsidP="00680100">
            <w:r>
              <w:t xml:space="preserve">They're the same. </w:t>
            </w:r>
          </w:p>
        </w:tc>
      </w:tr>
      <w:tr w:rsidR="00F06938" w14:paraId="40A6974E" w14:textId="77777777" w:rsidTr="00680100">
        <w:tc>
          <w:tcPr>
            <w:tcW w:w="2880" w:type="dxa"/>
          </w:tcPr>
          <w:p w14:paraId="27D61517" w14:textId="77777777" w:rsidR="00F06938" w:rsidRDefault="00F06938" w:rsidP="00680100">
            <w:r>
              <w:t>01:18:56:02</w:t>
            </w:r>
          </w:p>
        </w:tc>
        <w:tc>
          <w:tcPr>
            <w:tcW w:w="2880" w:type="dxa"/>
          </w:tcPr>
          <w:p w14:paraId="5AF3CEEC" w14:textId="77777777" w:rsidR="00F06938" w:rsidRDefault="00F06938" w:rsidP="00680100"/>
        </w:tc>
        <w:tc>
          <w:tcPr>
            <w:tcW w:w="2880" w:type="dxa"/>
          </w:tcPr>
          <w:p w14:paraId="56561D15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They're identical, like the Goat Twins. </w:t>
            </w:r>
          </w:p>
        </w:tc>
      </w:tr>
      <w:tr w:rsidR="00F06938" w14:paraId="149893E1" w14:textId="77777777" w:rsidTr="00680100">
        <w:tc>
          <w:tcPr>
            <w:tcW w:w="2880" w:type="dxa"/>
          </w:tcPr>
          <w:p w14:paraId="52075BA9" w14:textId="77777777" w:rsidR="00F06938" w:rsidRDefault="00F06938" w:rsidP="00680100">
            <w:r>
              <w:lastRenderedPageBreak/>
              <w:t>01:18:59:14</w:t>
            </w:r>
          </w:p>
        </w:tc>
        <w:tc>
          <w:tcPr>
            <w:tcW w:w="2880" w:type="dxa"/>
          </w:tcPr>
          <w:p w14:paraId="7F543171" w14:textId="77777777" w:rsidR="00F06938" w:rsidRDefault="00F06938" w:rsidP="00680100"/>
        </w:tc>
        <w:tc>
          <w:tcPr>
            <w:tcW w:w="2880" w:type="dxa"/>
          </w:tcPr>
          <w:p w14:paraId="5BF9AE17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F06938" w14:paraId="78BF4299" w14:textId="77777777" w:rsidTr="00680100">
        <w:tc>
          <w:tcPr>
            <w:tcW w:w="2880" w:type="dxa"/>
          </w:tcPr>
          <w:p w14:paraId="3C6DEB51" w14:textId="77777777" w:rsidR="00F06938" w:rsidRDefault="00F06938" w:rsidP="00680100">
            <w:r>
              <w:t>01:19:01:12</w:t>
            </w:r>
          </w:p>
        </w:tc>
        <w:tc>
          <w:tcPr>
            <w:tcW w:w="2880" w:type="dxa"/>
          </w:tcPr>
          <w:p w14:paraId="5FE94E54" w14:textId="77777777" w:rsidR="00F06938" w:rsidRDefault="00F06938" w:rsidP="00680100"/>
        </w:tc>
        <w:tc>
          <w:tcPr>
            <w:tcW w:w="2880" w:type="dxa"/>
          </w:tcPr>
          <w:p w14:paraId="146EC66F" w14:textId="77777777" w:rsidR="00F06938" w:rsidRDefault="00F06938" w:rsidP="00680100">
            <w:r>
              <w:t xml:space="preserve">Are they identical? </w:t>
            </w:r>
          </w:p>
        </w:tc>
      </w:tr>
      <w:tr w:rsidR="00F06938" w14:paraId="336181F1" w14:textId="77777777" w:rsidTr="00680100">
        <w:tc>
          <w:tcPr>
            <w:tcW w:w="2880" w:type="dxa"/>
          </w:tcPr>
          <w:p w14:paraId="5C6AE336" w14:textId="77777777" w:rsidR="00F06938" w:rsidRDefault="00F06938" w:rsidP="00680100">
            <w:r>
              <w:t>01:19:03:04</w:t>
            </w:r>
          </w:p>
        </w:tc>
        <w:tc>
          <w:tcPr>
            <w:tcW w:w="2880" w:type="dxa"/>
          </w:tcPr>
          <w:p w14:paraId="0B9B83BC" w14:textId="77777777" w:rsidR="00F06938" w:rsidRDefault="00F06938" w:rsidP="00680100"/>
        </w:tc>
        <w:tc>
          <w:tcPr>
            <w:tcW w:w="2880" w:type="dxa"/>
          </w:tcPr>
          <w:p w14:paraId="68197319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They're the same colors, yellow and black. </w:t>
            </w:r>
          </w:p>
        </w:tc>
      </w:tr>
      <w:tr w:rsidR="00F06938" w14:paraId="152983E6" w14:textId="77777777" w:rsidTr="00680100">
        <w:tc>
          <w:tcPr>
            <w:tcW w:w="2880" w:type="dxa"/>
          </w:tcPr>
          <w:p w14:paraId="3EC2B7B1" w14:textId="77777777" w:rsidR="00F06938" w:rsidRDefault="00F06938" w:rsidP="00680100">
            <w:r>
              <w:t>01:19:06:02</w:t>
            </w:r>
          </w:p>
        </w:tc>
        <w:tc>
          <w:tcPr>
            <w:tcW w:w="2880" w:type="dxa"/>
          </w:tcPr>
          <w:p w14:paraId="4F0DE388" w14:textId="77777777" w:rsidR="00F06938" w:rsidRDefault="00F06938" w:rsidP="00680100"/>
        </w:tc>
        <w:tc>
          <w:tcPr>
            <w:tcW w:w="2880" w:type="dxa"/>
          </w:tcPr>
          <w:p w14:paraId="62DEB743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And they both have spots on their wings. </w:t>
            </w:r>
          </w:p>
        </w:tc>
      </w:tr>
      <w:tr w:rsidR="00F06938" w14:paraId="0905A002" w14:textId="77777777" w:rsidTr="00680100">
        <w:tc>
          <w:tcPr>
            <w:tcW w:w="2880" w:type="dxa"/>
          </w:tcPr>
          <w:p w14:paraId="74B5BA03" w14:textId="77777777" w:rsidR="00F06938" w:rsidRDefault="00F06938" w:rsidP="00680100">
            <w:r>
              <w:t>01:19:08:15</w:t>
            </w:r>
          </w:p>
        </w:tc>
        <w:tc>
          <w:tcPr>
            <w:tcW w:w="2880" w:type="dxa"/>
          </w:tcPr>
          <w:p w14:paraId="7AADEC6A" w14:textId="77777777" w:rsidR="00F06938" w:rsidRDefault="00F06938" w:rsidP="00680100"/>
        </w:tc>
        <w:tc>
          <w:tcPr>
            <w:tcW w:w="2880" w:type="dxa"/>
          </w:tcPr>
          <w:p w14:paraId="7D538AED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Hmm. </w:t>
            </w:r>
          </w:p>
        </w:tc>
      </w:tr>
      <w:tr w:rsidR="00F06938" w14:paraId="427FB3D8" w14:textId="77777777" w:rsidTr="00680100">
        <w:tc>
          <w:tcPr>
            <w:tcW w:w="2880" w:type="dxa"/>
          </w:tcPr>
          <w:p w14:paraId="37D83495" w14:textId="77777777" w:rsidR="00F06938" w:rsidRDefault="00F06938" w:rsidP="00680100">
            <w:r>
              <w:t>01:19:09:17</w:t>
            </w:r>
          </w:p>
        </w:tc>
        <w:tc>
          <w:tcPr>
            <w:tcW w:w="2880" w:type="dxa"/>
          </w:tcPr>
          <w:p w14:paraId="7C661962" w14:textId="77777777" w:rsidR="00F06938" w:rsidRDefault="00F06938" w:rsidP="00680100"/>
        </w:tc>
        <w:tc>
          <w:tcPr>
            <w:tcW w:w="2880" w:type="dxa"/>
          </w:tcPr>
          <w:p w14:paraId="73E8BBF6" w14:textId="77777777" w:rsidR="00F06938" w:rsidRDefault="00F06938" w:rsidP="00680100">
            <w:r>
              <w:t xml:space="preserve">I wonder. </w:t>
            </w:r>
          </w:p>
        </w:tc>
      </w:tr>
      <w:tr w:rsidR="00F06938" w14:paraId="592FC053" w14:textId="77777777" w:rsidTr="00680100">
        <w:tc>
          <w:tcPr>
            <w:tcW w:w="2880" w:type="dxa"/>
          </w:tcPr>
          <w:p w14:paraId="38233977" w14:textId="77777777" w:rsidR="00F06938" w:rsidRDefault="00F06938" w:rsidP="00680100">
            <w:r>
              <w:t>01:19:11:03</w:t>
            </w:r>
          </w:p>
        </w:tc>
        <w:tc>
          <w:tcPr>
            <w:tcW w:w="2880" w:type="dxa"/>
          </w:tcPr>
          <w:p w14:paraId="3A605576" w14:textId="77777777" w:rsidR="00F06938" w:rsidRDefault="00F06938" w:rsidP="00680100"/>
        </w:tc>
        <w:tc>
          <w:tcPr>
            <w:tcW w:w="2880" w:type="dxa"/>
          </w:tcPr>
          <w:p w14:paraId="1CBB516F" w14:textId="77777777" w:rsidR="00F06938" w:rsidRDefault="00F06938" w:rsidP="00680100">
            <w:r>
              <w:t xml:space="preserve">Do you have your magnifying glass, Olive? </w:t>
            </w:r>
          </w:p>
        </w:tc>
      </w:tr>
      <w:tr w:rsidR="00F06938" w14:paraId="45170FE2" w14:textId="77777777" w:rsidTr="00680100">
        <w:tc>
          <w:tcPr>
            <w:tcW w:w="2880" w:type="dxa"/>
          </w:tcPr>
          <w:p w14:paraId="17F2286A" w14:textId="77777777" w:rsidR="00F06938" w:rsidRDefault="00F06938" w:rsidP="00680100">
            <w:r>
              <w:t>01:19:13:12</w:t>
            </w:r>
          </w:p>
        </w:tc>
        <w:tc>
          <w:tcPr>
            <w:tcW w:w="2880" w:type="dxa"/>
          </w:tcPr>
          <w:p w14:paraId="40053270" w14:textId="77777777" w:rsidR="00F06938" w:rsidRDefault="00F06938" w:rsidP="00680100"/>
        </w:tc>
        <w:tc>
          <w:tcPr>
            <w:tcW w:w="2880" w:type="dxa"/>
          </w:tcPr>
          <w:p w14:paraId="226CDAEA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Sure do. </w:t>
            </w:r>
          </w:p>
        </w:tc>
      </w:tr>
      <w:tr w:rsidR="00F06938" w14:paraId="39BCA006" w14:textId="77777777" w:rsidTr="00680100">
        <w:tc>
          <w:tcPr>
            <w:tcW w:w="2880" w:type="dxa"/>
          </w:tcPr>
          <w:p w14:paraId="20C938E1" w14:textId="77777777" w:rsidR="00F06938" w:rsidRDefault="00F06938" w:rsidP="00680100">
            <w:r>
              <w:t>01:19:16:10</w:t>
            </w:r>
          </w:p>
        </w:tc>
        <w:tc>
          <w:tcPr>
            <w:tcW w:w="2880" w:type="dxa"/>
          </w:tcPr>
          <w:p w14:paraId="6297D92B" w14:textId="77777777" w:rsidR="00F06938" w:rsidRDefault="00F06938" w:rsidP="00680100"/>
        </w:tc>
        <w:tc>
          <w:tcPr>
            <w:tcW w:w="2880" w:type="dxa"/>
          </w:tcPr>
          <w:p w14:paraId="767320C2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Thanks. </w:t>
            </w:r>
          </w:p>
        </w:tc>
      </w:tr>
      <w:tr w:rsidR="00F06938" w14:paraId="402D565A" w14:textId="77777777" w:rsidTr="00680100">
        <w:tc>
          <w:tcPr>
            <w:tcW w:w="2880" w:type="dxa"/>
          </w:tcPr>
          <w:p w14:paraId="1453CF3D" w14:textId="77777777" w:rsidR="00F06938" w:rsidRDefault="00F06938" w:rsidP="00680100">
            <w:r>
              <w:t>01:19:20:16</w:t>
            </w:r>
          </w:p>
        </w:tc>
        <w:tc>
          <w:tcPr>
            <w:tcW w:w="2880" w:type="dxa"/>
          </w:tcPr>
          <w:p w14:paraId="6E420E74" w14:textId="77777777" w:rsidR="00F06938" w:rsidRDefault="00F06938" w:rsidP="00680100"/>
        </w:tc>
        <w:tc>
          <w:tcPr>
            <w:tcW w:w="2880" w:type="dxa"/>
          </w:tcPr>
          <w:p w14:paraId="77317A4A" w14:textId="77777777" w:rsidR="00F06938" w:rsidRDefault="00F06938" w:rsidP="00680100">
            <w:r>
              <w:t xml:space="preserve">Huh! </w:t>
            </w:r>
          </w:p>
        </w:tc>
      </w:tr>
      <w:tr w:rsidR="00F06938" w14:paraId="12A8F19E" w14:textId="77777777" w:rsidTr="00680100">
        <w:tc>
          <w:tcPr>
            <w:tcW w:w="2880" w:type="dxa"/>
          </w:tcPr>
          <w:p w14:paraId="2656A313" w14:textId="77777777" w:rsidR="00F06938" w:rsidRDefault="00F06938" w:rsidP="00680100">
            <w:r>
              <w:t>01:19:21:17</w:t>
            </w:r>
          </w:p>
        </w:tc>
        <w:tc>
          <w:tcPr>
            <w:tcW w:w="2880" w:type="dxa"/>
          </w:tcPr>
          <w:p w14:paraId="64BAC45A" w14:textId="77777777" w:rsidR="00F06938" w:rsidRDefault="00F06938" w:rsidP="00680100"/>
        </w:tc>
        <w:tc>
          <w:tcPr>
            <w:tcW w:w="2880" w:type="dxa"/>
          </w:tcPr>
          <w:p w14:paraId="6C0B903A" w14:textId="77777777" w:rsidR="00F06938" w:rsidRDefault="00F06938" w:rsidP="00680100">
            <w:r>
              <w:t xml:space="preserve">That's </w:t>
            </w:r>
            <w:proofErr w:type="spellStart"/>
            <w:r>
              <w:t>sooooo</w:t>
            </w:r>
            <w:proofErr w:type="spellEnd"/>
            <w:r>
              <w:t xml:space="preserve"> interesting! </w:t>
            </w:r>
          </w:p>
        </w:tc>
      </w:tr>
      <w:tr w:rsidR="00F06938" w14:paraId="54E00EDF" w14:textId="77777777" w:rsidTr="00680100">
        <w:tc>
          <w:tcPr>
            <w:tcW w:w="2880" w:type="dxa"/>
          </w:tcPr>
          <w:p w14:paraId="7649E747" w14:textId="77777777" w:rsidR="00F06938" w:rsidRDefault="00F06938" w:rsidP="00680100">
            <w:r>
              <w:t>01:19:25:04</w:t>
            </w:r>
          </w:p>
        </w:tc>
        <w:tc>
          <w:tcPr>
            <w:tcW w:w="2880" w:type="dxa"/>
          </w:tcPr>
          <w:p w14:paraId="0C3A876E" w14:textId="77777777" w:rsidR="00F06938" w:rsidRDefault="00F06938" w:rsidP="00680100"/>
        </w:tc>
        <w:tc>
          <w:tcPr>
            <w:tcW w:w="2880" w:type="dxa"/>
          </w:tcPr>
          <w:p w14:paraId="3C6A4B85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One butterfly has smaller spots than the other. </w:t>
            </w:r>
          </w:p>
        </w:tc>
      </w:tr>
      <w:tr w:rsidR="00F06938" w14:paraId="71D1E55C" w14:textId="77777777" w:rsidTr="00680100">
        <w:tc>
          <w:tcPr>
            <w:tcW w:w="2880" w:type="dxa"/>
          </w:tcPr>
          <w:p w14:paraId="32A76DE2" w14:textId="77777777" w:rsidR="00F06938" w:rsidRDefault="00F06938" w:rsidP="00680100">
            <w:r>
              <w:t>01:19:29:09</w:t>
            </w:r>
          </w:p>
        </w:tc>
        <w:tc>
          <w:tcPr>
            <w:tcW w:w="2880" w:type="dxa"/>
          </w:tcPr>
          <w:p w14:paraId="5C2F4E04" w14:textId="77777777" w:rsidR="00F06938" w:rsidRDefault="00F06938" w:rsidP="00680100"/>
        </w:tc>
        <w:tc>
          <w:tcPr>
            <w:tcW w:w="2880" w:type="dxa"/>
          </w:tcPr>
          <w:p w14:paraId="1DD0E445" w14:textId="77777777" w:rsidR="00F06938" w:rsidRDefault="00F06938" w:rsidP="00680100">
            <w:r>
              <w:rPr>
                <w:b/>
              </w:rPr>
              <w:t xml:space="preserve">ARI: </w:t>
            </w:r>
            <w:proofErr w:type="spellStart"/>
            <w:r>
              <w:t>Ohhh</w:t>
            </w:r>
            <w:proofErr w:type="spellEnd"/>
            <w:r>
              <w:t xml:space="preserve">... </w:t>
            </w:r>
          </w:p>
        </w:tc>
      </w:tr>
      <w:tr w:rsidR="00F06938" w14:paraId="6587E3A5" w14:textId="77777777" w:rsidTr="00680100">
        <w:tc>
          <w:tcPr>
            <w:tcW w:w="2880" w:type="dxa"/>
          </w:tcPr>
          <w:p w14:paraId="1C58E067" w14:textId="77777777" w:rsidR="00F06938" w:rsidRDefault="00F06938" w:rsidP="00680100">
            <w:r>
              <w:t>01:19:30:21</w:t>
            </w:r>
          </w:p>
        </w:tc>
        <w:tc>
          <w:tcPr>
            <w:tcW w:w="2880" w:type="dxa"/>
          </w:tcPr>
          <w:p w14:paraId="18A58B23" w14:textId="77777777" w:rsidR="00F06938" w:rsidRDefault="00F06938" w:rsidP="00680100"/>
        </w:tc>
        <w:tc>
          <w:tcPr>
            <w:tcW w:w="2880" w:type="dxa"/>
          </w:tcPr>
          <w:p w14:paraId="21D78EA4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So, they aren't identical. </w:t>
            </w:r>
          </w:p>
        </w:tc>
      </w:tr>
      <w:tr w:rsidR="00F06938" w14:paraId="6E3A7199" w14:textId="77777777" w:rsidTr="00680100">
        <w:tc>
          <w:tcPr>
            <w:tcW w:w="2880" w:type="dxa"/>
          </w:tcPr>
          <w:p w14:paraId="29352861" w14:textId="77777777" w:rsidR="00F06938" w:rsidRDefault="00F06938" w:rsidP="00680100">
            <w:r>
              <w:t>01:19:33:07</w:t>
            </w:r>
          </w:p>
        </w:tc>
        <w:tc>
          <w:tcPr>
            <w:tcW w:w="2880" w:type="dxa"/>
          </w:tcPr>
          <w:p w14:paraId="775AD93E" w14:textId="77777777" w:rsidR="00F06938" w:rsidRDefault="00F06938" w:rsidP="00680100"/>
        </w:tc>
        <w:tc>
          <w:tcPr>
            <w:tcW w:w="2880" w:type="dxa"/>
          </w:tcPr>
          <w:p w14:paraId="734D0EB7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No. </w:t>
            </w:r>
          </w:p>
        </w:tc>
      </w:tr>
      <w:tr w:rsidR="00F06938" w14:paraId="48605288" w14:textId="77777777" w:rsidTr="00680100">
        <w:tc>
          <w:tcPr>
            <w:tcW w:w="2880" w:type="dxa"/>
          </w:tcPr>
          <w:p w14:paraId="5324E2CE" w14:textId="77777777" w:rsidR="00F06938" w:rsidRDefault="00F06938" w:rsidP="00680100">
            <w:r>
              <w:t>01:19:34:08</w:t>
            </w:r>
          </w:p>
        </w:tc>
        <w:tc>
          <w:tcPr>
            <w:tcW w:w="2880" w:type="dxa"/>
          </w:tcPr>
          <w:p w14:paraId="491DEC26" w14:textId="77777777" w:rsidR="00F06938" w:rsidRDefault="00F06938" w:rsidP="00680100"/>
        </w:tc>
        <w:tc>
          <w:tcPr>
            <w:tcW w:w="2880" w:type="dxa"/>
          </w:tcPr>
          <w:p w14:paraId="1BF95C8D" w14:textId="77777777" w:rsidR="00F06938" w:rsidRDefault="00F06938" w:rsidP="00680100">
            <w:r>
              <w:t xml:space="preserve">They just looked identical at first. </w:t>
            </w:r>
          </w:p>
        </w:tc>
      </w:tr>
      <w:tr w:rsidR="00F06938" w14:paraId="52595FA8" w14:textId="77777777" w:rsidTr="00680100">
        <w:tc>
          <w:tcPr>
            <w:tcW w:w="2880" w:type="dxa"/>
          </w:tcPr>
          <w:p w14:paraId="324B05EC" w14:textId="77777777" w:rsidR="00F06938" w:rsidRDefault="00F06938" w:rsidP="00680100">
            <w:r>
              <w:t>01:19:36:20</w:t>
            </w:r>
          </w:p>
        </w:tc>
        <w:tc>
          <w:tcPr>
            <w:tcW w:w="2880" w:type="dxa"/>
          </w:tcPr>
          <w:p w14:paraId="032EF266" w14:textId="77777777" w:rsidR="00F06938" w:rsidRDefault="00F06938" w:rsidP="00680100"/>
        </w:tc>
        <w:tc>
          <w:tcPr>
            <w:tcW w:w="2880" w:type="dxa"/>
          </w:tcPr>
          <w:p w14:paraId="3B15E75B" w14:textId="77777777" w:rsidR="00F06938" w:rsidRDefault="00F06938" w:rsidP="00680100">
            <w:r>
              <w:t xml:space="preserve">Until we looked... more closely </w:t>
            </w:r>
          </w:p>
        </w:tc>
      </w:tr>
      <w:tr w:rsidR="00F06938" w14:paraId="6F474F21" w14:textId="77777777" w:rsidTr="00680100">
        <w:tc>
          <w:tcPr>
            <w:tcW w:w="2880" w:type="dxa"/>
          </w:tcPr>
          <w:p w14:paraId="49B79975" w14:textId="77777777" w:rsidR="00F06938" w:rsidRDefault="00F06938" w:rsidP="00680100">
            <w:r>
              <w:t>01:19:38:23</w:t>
            </w:r>
          </w:p>
        </w:tc>
        <w:tc>
          <w:tcPr>
            <w:tcW w:w="2880" w:type="dxa"/>
          </w:tcPr>
          <w:p w14:paraId="2386E6C9" w14:textId="77777777" w:rsidR="00F06938" w:rsidRDefault="00F06938" w:rsidP="00680100"/>
        </w:tc>
        <w:tc>
          <w:tcPr>
            <w:tcW w:w="2880" w:type="dxa"/>
          </w:tcPr>
          <w:p w14:paraId="0950793A" w14:textId="77777777" w:rsidR="00F06938" w:rsidRDefault="00F06938" w:rsidP="00680100">
            <w:r>
              <w:t xml:space="preserve">and noticed that they were different. </w:t>
            </w:r>
          </w:p>
        </w:tc>
      </w:tr>
      <w:tr w:rsidR="00F06938" w14:paraId="1B0D3799" w14:textId="77777777" w:rsidTr="00680100">
        <w:tc>
          <w:tcPr>
            <w:tcW w:w="2880" w:type="dxa"/>
          </w:tcPr>
          <w:p w14:paraId="1DB39383" w14:textId="77777777" w:rsidR="00F06938" w:rsidRDefault="00F06938" w:rsidP="00680100">
            <w:r>
              <w:t>01:19:41:09</w:t>
            </w:r>
          </w:p>
        </w:tc>
        <w:tc>
          <w:tcPr>
            <w:tcW w:w="2880" w:type="dxa"/>
          </w:tcPr>
          <w:p w14:paraId="0D2EB912" w14:textId="77777777" w:rsidR="00F06938" w:rsidRDefault="00F06938" w:rsidP="00680100"/>
        </w:tc>
        <w:tc>
          <w:tcPr>
            <w:tcW w:w="2880" w:type="dxa"/>
          </w:tcPr>
          <w:p w14:paraId="547EAF05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Hmm... </w:t>
            </w:r>
          </w:p>
        </w:tc>
      </w:tr>
      <w:tr w:rsidR="00F06938" w14:paraId="73C82FB9" w14:textId="77777777" w:rsidTr="00680100">
        <w:tc>
          <w:tcPr>
            <w:tcW w:w="2880" w:type="dxa"/>
          </w:tcPr>
          <w:p w14:paraId="651AA7D2" w14:textId="77777777" w:rsidR="00F06938" w:rsidRDefault="00F06938" w:rsidP="00680100">
            <w:r>
              <w:lastRenderedPageBreak/>
              <w:t>01:19:42:19</w:t>
            </w:r>
          </w:p>
        </w:tc>
        <w:tc>
          <w:tcPr>
            <w:tcW w:w="2880" w:type="dxa"/>
          </w:tcPr>
          <w:p w14:paraId="4AA508D1" w14:textId="77777777" w:rsidR="00F06938" w:rsidRDefault="00F06938" w:rsidP="00680100"/>
        </w:tc>
        <w:tc>
          <w:tcPr>
            <w:tcW w:w="2880" w:type="dxa"/>
          </w:tcPr>
          <w:p w14:paraId="3850187C" w14:textId="77777777" w:rsidR="00F06938" w:rsidRDefault="00F06938" w:rsidP="00680100">
            <w:r>
              <w:t xml:space="preserve">Are you thinking what I'm thinking? </w:t>
            </w:r>
          </w:p>
        </w:tc>
      </w:tr>
      <w:tr w:rsidR="00F06938" w14:paraId="5264A890" w14:textId="77777777" w:rsidTr="00680100">
        <w:tc>
          <w:tcPr>
            <w:tcW w:w="2880" w:type="dxa"/>
          </w:tcPr>
          <w:p w14:paraId="61DBD4E0" w14:textId="77777777" w:rsidR="00F06938" w:rsidRDefault="00F06938" w:rsidP="00680100">
            <w:r>
              <w:t>01:19:44:14</w:t>
            </w:r>
          </w:p>
        </w:tc>
        <w:tc>
          <w:tcPr>
            <w:tcW w:w="2880" w:type="dxa"/>
          </w:tcPr>
          <w:p w14:paraId="49827B34" w14:textId="77777777" w:rsidR="00F06938" w:rsidRDefault="00F06938" w:rsidP="00680100"/>
        </w:tc>
        <w:tc>
          <w:tcPr>
            <w:tcW w:w="2880" w:type="dxa"/>
          </w:tcPr>
          <w:p w14:paraId="2DBD4DF6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I don't know... </w:t>
            </w:r>
          </w:p>
        </w:tc>
      </w:tr>
      <w:tr w:rsidR="00F06938" w14:paraId="5C7A8D46" w14:textId="77777777" w:rsidTr="00680100">
        <w:tc>
          <w:tcPr>
            <w:tcW w:w="2880" w:type="dxa"/>
          </w:tcPr>
          <w:p w14:paraId="7AA3801D" w14:textId="77777777" w:rsidR="00F06938" w:rsidRDefault="00F06938" w:rsidP="00680100">
            <w:r>
              <w:t>01:19:45:14</w:t>
            </w:r>
          </w:p>
        </w:tc>
        <w:tc>
          <w:tcPr>
            <w:tcW w:w="2880" w:type="dxa"/>
          </w:tcPr>
          <w:p w14:paraId="6D76D6A3" w14:textId="77777777" w:rsidR="00F06938" w:rsidRDefault="00F06938" w:rsidP="00680100"/>
        </w:tc>
        <w:tc>
          <w:tcPr>
            <w:tcW w:w="2880" w:type="dxa"/>
          </w:tcPr>
          <w:p w14:paraId="03152008" w14:textId="77777777" w:rsidR="00F06938" w:rsidRDefault="00F06938" w:rsidP="00680100">
            <w:r>
              <w:t xml:space="preserve">what are you thinking that I'm not thinking? </w:t>
            </w:r>
          </w:p>
        </w:tc>
      </w:tr>
      <w:tr w:rsidR="00F06938" w14:paraId="39EBD516" w14:textId="77777777" w:rsidTr="00680100">
        <w:tc>
          <w:tcPr>
            <w:tcW w:w="2880" w:type="dxa"/>
          </w:tcPr>
          <w:p w14:paraId="648AA360" w14:textId="77777777" w:rsidR="00F06938" w:rsidRDefault="00F06938" w:rsidP="00680100">
            <w:r>
              <w:t>01:19:47:20</w:t>
            </w:r>
          </w:p>
        </w:tc>
        <w:tc>
          <w:tcPr>
            <w:tcW w:w="2880" w:type="dxa"/>
          </w:tcPr>
          <w:p w14:paraId="35AA8EC4" w14:textId="77777777" w:rsidR="00F06938" w:rsidRDefault="00F06938" w:rsidP="00680100"/>
        </w:tc>
        <w:tc>
          <w:tcPr>
            <w:tcW w:w="2880" w:type="dxa"/>
          </w:tcPr>
          <w:p w14:paraId="6B33B677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If we want to tell Mary and Lizzie apart, </w:t>
            </w:r>
          </w:p>
        </w:tc>
      </w:tr>
      <w:tr w:rsidR="00F06938" w14:paraId="706B9D47" w14:textId="77777777" w:rsidTr="00680100">
        <w:tc>
          <w:tcPr>
            <w:tcW w:w="2880" w:type="dxa"/>
          </w:tcPr>
          <w:p w14:paraId="275A8F86" w14:textId="77777777" w:rsidR="00F06938" w:rsidRDefault="00F06938" w:rsidP="00680100">
            <w:r>
              <w:t>01:19:50:14</w:t>
            </w:r>
          </w:p>
        </w:tc>
        <w:tc>
          <w:tcPr>
            <w:tcW w:w="2880" w:type="dxa"/>
          </w:tcPr>
          <w:p w14:paraId="5840DC0C" w14:textId="77777777" w:rsidR="00F06938" w:rsidRDefault="00F06938" w:rsidP="00680100"/>
        </w:tc>
        <w:tc>
          <w:tcPr>
            <w:tcW w:w="2880" w:type="dxa"/>
          </w:tcPr>
          <w:p w14:paraId="4B46A66E" w14:textId="77777777" w:rsidR="00F06938" w:rsidRDefault="00F06938" w:rsidP="00680100">
            <w:r>
              <w:t xml:space="preserve">we </w:t>
            </w:r>
            <w:proofErr w:type="gramStart"/>
            <w:r>
              <w:t>have to</w:t>
            </w:r>
            <w:proofErr w:type="gramEnd"/>
            <w:r>
              <w:t xml:space="preserve"> look more closely. </w:t>
            </w:r>
          </w:p>
        </w:tc>
      </w:tr>
      <w:tr w:rsidR="00F06938" w14:paraId="7CDC9CB7" w14:textId="77777777" w:rsidTr="00680100">
        <w:tc>
          <w:tcPr>
            <w:tcW w:w="2880" w:type="dxa"/>
          </w:tcPr>
          <w:p w14:paraId="6B7DAC65" w14:textId="77777777" w:rsidR="00F06938" w:rsidRDefault="00F06938" w:rsidP="00680100">
            <w:r>
              <w:t>01:19:52:18</w:t>
            </w:r>
          </w:p>
        </w:tc>
        <w:tc>
          <w:tcPr>
            <w:tcW w:w="2880" w:type="dxa"/>
          </w:tcPr>
          <w:p w14:paraId="4F4B856B" w14:textId="77777777" w:rsidR="00F06938" w:rsidRDefault="00F06938" w:rsidP="00680100"/>
        </w:tc>
        <w:tc>
          <w:tcPr>
            <w:tcW w:w="2880" w:type="dxa"/>
          </w:tcPr>
          <w:p w14:paraId="1F4A34E9" w14:textId="77777777" w:rsidR="00F06938" w:rsidRDefault="00F06938" w:rsidP="00680100">
            <w:r>
              <w:rPr>
                <w:b/>
              </w:rPr>
              <w:t xml:space="preserve">OLIVE: </w:t>
            </w:r>
            <w:proofErr w:type="gramStart"/>
            <w:r>
              <w:t>Yes, and</w:t>
            </w:r>
            <w:proofErr w:type="gramEnd"/>
            <w:r>
              <w:t xml:space="preserve"> see if there's some way they're different. </w:t>
            </w:r>
          </w:p>
        </w:tc>
      </w:tr>
      <w:tr w:rsidR="00F06938" w14:paraId="236614E5" w14:textId="77777777" w:rsidTr="00680100">
        <w:tc>
          <w:tcPr>
            <w:tcW w:w="2880" w:type="dxa"/>
          </w:tcPr>
          <w:p w14:paraId="36752306" w14:textId="77777777" w:rsidR="00F06938" w:rsidRDefault="00F06938" w:rsidP="00680100">
            <w:r>
              <w:t>01:19:57:07</w:t>
            </w:r>
          </w:p>
        </w:tc>
        <w:tc>
          <w:tcPr>
            <w:tcW w:w="2880" w:type="dxa"/>
          </w:tcPr>
          <w:p w14:paraId="46CD7179" w14:textId="77777777" w:rsidR="00F06938" w:rsidRDefault="00F06938" w:rsidP="00680100"/>
        </w:tc>
        <w:tc>
          <w:tcPr>
            <w:tcW w:w="2880" w:type="dxa"/>
          </w:tcPr>
          <w:p w14:paraId="5287160F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Grab your notebook, Olive. </w:t>
            </w:r>
          </w:p>
        </w:tc>
      </w:tr>
      <w:tr w:rsidR="00F06938" w14:paraId="44312C4E" w14:textId="77777777" w:rsidTr="00680100">
        <w:tc>
          <w:tcPr>
            <w:tcW w:w="2880" w:type="dxa"/>
          </w:tcPr>
          <w:p w14:paraId="1E3C47B2" w14:textId="77777777" w:rsidR="00F06938" w:rsidRDefault="00F06938" w:rsidP="00680100">
            <w:r>
              <w:t>01:19:59:01</w:t>
            </w:r>
          </w:p>
        </w:tc>
        <w:tc>
          <w:tcPr>
            <w:tcW w:w="2880" w:type="dxa"/>
          </w:tcPr>
          <w:p w14:paraId="09973B7A" w14:textId="77777777" w:rsidR="00F06938" w:rsidRDefault="00F06938" w:rsidP="00680100"/>
        </w:tc>
        <w:tc>
          <w:tcPr>
            <w:tcW w:w="2880" w:type="dxa"/>
          </w:tcPr>
          <w:p w14:paraId="09D17990" w14:textId="77777777" w:rsidR="00F06938" w:rsidRDefault="00F06938" w:rsidP="00680100">
            <w:r>
              <w:t xml:space="preserve">We need more observations! </w:t>
            </w:r>
          </w:p>
        </w:tc>
      </w:tr>
      <w:tr w:rsidR="00F06938" w14:paraId="5803206F" w14:textId="77777777" w:rsidTr="00680100">
        <w:tc>
          <w:tcPr>
            <w:tcW w:w="2880" w:type="dxa"/>
          </w:tcPr>
          <w:p w14:paraId="2D7D7F82" w14:textId="77777777" w:rsidR="00F06938" w:rsidRDefault="00F06938" w:rsidP="00680100">
            <w:r>
              <w:t>01:20:05:18</w:t>
            </w:r>
          </w:p>
        </w:tc>
        <w:tc>
          <w:tcPr>
            <w:tcW w:w="2880" w:type="dxa"/>
          </w:tcPr>
          <w:p w14:paraId="42916988" w14:textId="77777777" w:rsidR="00F06938" w:rsidRDefault="00F06938" w:rsidP="00680100"/>
        </w:tc>
        <w:tc>
          <w:tcPr>
            <w:tcW w:w="2880" w:type="dxa"/>
          </w:tcPr>
          <w:p w14:paraId="5F8A4EEF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F06938" w14:paraId="04B0F3F2" w14:textId="77777777" w:rsidTr="00680100">
        <w:tc>
          <w:tcPr>
            <w:tcW w:w="2880" w:type="dxa"/>
          </w:tcPr>
          <w:p w14:paraId="0B001499" w14:textId="77777777" w:rsidR="00F06938" w:rsidRDefault="00F06938" w:rsidP="00680100">
            <w:r>
              <w:t>01:20:07:01</w:t>
            </w:r>
          </w:p>
        </w:tc>
        <w:tc>
          <w:tcPr>
            <w:tcW w:w="2880" w:type="dxa"/>
          </w:tcPr>
          <w:p w14:paraId="1D22F5FE" w14:textId="77777777" w:rsidR="00F06938" w:rsidRDefault="00F06938" w:rsidP="00680100"/>
        </w:tc>
        <w:tc>
          <w:tcPr>
            <w:tcW w:w="2880" w:type="dxa"/>
          </w:tcPr>
          <w:p w14:paraId="6143E4E4" w14:textId="77777777" w:rsidR="00F06938" w:rsidRDefault="00F06938" w:rsidP="00680100">
            <w:r>
              <w:t xml:space="preserve">Hi Mary. </w:t>
            </w:r>
          </w:p>
        </w:tc>
      </w:tr>
      <w:tr w:rsidR="00F06938" w14:paraId="7B74399D" w14:textId="77777777" w:rsidTr="00680100">
        <w:tc>
          <w:tcPr>
            <w:tcW w:w="2880" w:type="dxa"/>
          </w:tcPr>
          <w:p w14:paraId="138B3AB9" w14:textId="77777777" w:rsidR="00F06938" w:rsidRDefault="00F06938" w:rsidP="00680100">
            <w:r>
              <w:t>01:20:08:22</w:t>
            </w:r>
          </w:p>
        </w:tc>
        <w:tc>
          <w:tcPr>
            <w:tcW w:w="2880" w:type="dxa"/>
          </w:tcPr>
          <w:p w14:paraId="5F587A56" w14:textId="77777777" w:rsidR="00F06938" w:rsidRDefault="00F06938" w:rsidP="00680100"/>
        </w:tc>
        <w:tc>
          <w:tcPr>
            <w:tcW w:w="2880" w:type="dxa"/>
          </w:tcPr>
          <w:p w14:paraId="605A18BF" w14:textId="77777777" w:rsidR="00F06938" w:rsidRDefault="00F06938" w:rsidP="00680100">
            <w:r>
              <w:t xml:space="preserve">Hi Lizzie. </w:t>
            </w:r>
          </w:p>
        </w:tc>
      </w:tr>
      <w:tr w:rsidR="00F06938" w14:paraId="2129E229" w14:textId="77777777" w:rsidTr="00680100">
        <w:tc>
          <w:tcPr>
            <w:tcW w:w="2880" w:type="dxa"/>
          </w:tcPr>
          <w:p w14:paraId="34D34142" w14:textId="77777777" w:rsidR="00F06938" w:rsidRDefault="00F06938" w:rsidP="00680100">
            <w:r>
              <w:t>01:20:10:02</w:t>
            </w:r>
          </w:p>
        </w:tc>
        <w:tc>
          <w:tcPr>
            <w:tcW w:w="2880" w:type="dxa"/>
          </w:tcPr>
          <w:p w14:paraId="277B5952" w14:textId="77777777" w:rsidR="00F06938" w:rsidRDefault="00F06938" w:rsidP="00680100"/>
        </w:tc>
        <w:tc>
          <w:tcPr>
            <w:tcW w:w="2880" w:type="dxa"/>
          </w:tcPr>
          <w:p w14:paraId="421E582F" w14:textId="77777777" w:rsidR="00F06938" w:rsidRDefault="00F06938" w:rsidP="00680100">
            <w:r>
              <w:rPr>
                <w:b/>
              </w:rPr>
              <w:t xml:space="preserve">MARY: </w:t>
            </w:r>
            <w:r>
              <w:t xml:space="preserve">Nope, [giggle]. </w:t>
            </w:r>
          </w:p>
        </w:tc>
      </w:tr>
      <w:tr w:rsidR="00F06938" w14:paraId="5D9EB391" w14:textId="77777777" w:rsidTr="00680100">
        <w:tc>
          <w:tcPr>
            <w:tcW w:w="2880" w:type="dxa"/>
          </w:tcPr>
          <w:p w14:paraId="5ED605A0" w14:textId="77777777" w:rsidR="00F06938" w:rsidRDefault="00F06938" w:rsidP="00680100">
            <w:r>
              <w:t>01:20:12:12</w:t>
            </w:r>
          </w:p>
        </w:tc>
        <w:tc>
          <w:tcPr>
            <w:tcW w:w="2880" w:type="dxa"/>
          </w:tcPr>
          <w:p w14:paraId="53A2B6F2" w14:textId="77777777" w:rsidR="00F06938" w:rsidRDefault="00F06938" w:rsidP="00680100"/>
        </w:tc>
        <w:tc>
          <w:tcPr>
            <w:tcW w:w="2880" w:type="dxa"/>
          </w:tcPr>
          <w:p w14:paraId="24514A5E" w14:textId="77777777" w:rsidR="00F06938" w:rsidRDefault="00F06938" w:rsidP="00680100">
            <w:r>
              <w:t xml:space="preserve">She's Lizzie. </w:t>
            </w:r>
          </w:p>
        </w:tc>
      </w:tr>
      <w:tr w:rsidR="00F06938" w14:paraId="6884F96F" w14:textId="77777777" w:rsidTr="00680100">
        <w:tc>
          <w:tcPr>
            <w:tcW w:w="2880" w:type="dxa"/>
          </w:tcPr>
          <w:p w14:paraId="2C5B9D17" w14:textId="77777777" w:rsidR="00F06938" w:rsidRDefault="00F06938" w:rsidP="00680100">
            <w:r>
              <w:t>01:20:14:23</w:t>
            </w:r>
          </w:p>
        </w:tc>
        <w:tc>
          <w:tcPr>
            <w:tcW w:w="2880" w:type="dxa"/>
          </w:tcPr>
          <w:p w14:paraId="51A645E9" w14:textId="77777777" w:rsidR="00F06938" w:rsidRDefault="00F06938" w:rsidP="00680100"/>
        </w:tc>
        <w:tc>
          <w:tcPr>
            <w:tcW w:w="2880" w:type="dxa"/>
          </w:tcPr>
          <w:p w14:paraId="72D4CB37" w14:textId="77777777" w:rsidR="00F06938" w:rsidRDefault="00F06938" w:rsidP="00680100">
            <w:r>
              <w:rPr>
                <w:b/>
              </w:rPr>
              <w:t xml:space="preserve">LIZZIE: </w:t>
            </w:r>
            <w:r>
              <w:t xml:space="preserve">And she's Mary. </w:t>
            </w:r>
          </w:p>
        </w:tc>
      </w:tr>
      <w:tr w:rsidR="00F06938" w14:paraId="54072AD2" w14:textId="77777777" w:rsidTr="00680100">
        <w:tc>
          <w:tcPr>
            <w:tcW w:w="2880" w:type="dxa"/>
          </w:tcPr>
          <w:p w14:paraId="50620C49" w14:textId="77777777" w:rsidR="00F06938" w:rsidRDefault="00F06938" w:rsidP="00680100">
            <w:r>
              <w:t>01:20:17:01</w:t>
            </w:r>
          </w:p>
        </w:tc>
        <w:tc>
          <w:tcPr>
            <w:tcW w:w="2880" w:type="dxa"/>
          </w:tcPr>
          <w:p w14:paraId="5C7E3B1D" w14:textId="77777777" w:rsidR="00F06938" w:rsidRDefault="00F06938" w:rsidP="00680100"/>
        </w:tc>
        <w:tc>
          <w:tcPr>
            <w:tcW w:w="2880" w:type="dxa"/>
          </w:tcPr>
          <w:p w14:paraId="71AEA545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Wouldn't it be great if we could find a way... </w:t>
            </w:r>
          </w:p>
        </w:tc>
      </w:tr>
      <w:tr w:rsidR="00F06938" w14:paraId="2528126C" w14:textId="77777777" w:rsidTr="00680100">
        <w:tc>
          <w:tcPr>
            <w:tcW w:w="2880" w:type="dxa"/>
          </w:tcPr>
          <w:p w14:paraId="3202A3B7" w14:textId="77777777" w:rsidR="00F06938" w:rsidRDefault="00F06938" w:rsidP="00680100">
            <w:r>
              <w:t>01:20:19:18</w:t>
            </w:r>
          </w:p>
        </w:tc>
        <w:tc>
          <w:tcPr>
            <w:tcW w:w="2880" w:type="dxa"/>
          </w:tcPr>
          <w:p w14:paraId="2A4F6CC3" w14:textId="77777777" w:rsidR="00F06938" w:rsidRDefault="00F06938" w:rsidP="00680100"/>
        </w:tc>
        <w:tc>
          <w:tcPr>
            <w:tcW w:w="2880" w:type="dxa"/>
          </w:tcPr>
          <w:p w14:paraId="440C410B" w14:textId="77777777" w:rsidR="00F06938" w:rsidRDefault="00F06938" w:rsidP="00680100">
            <w:r>
              <w:t xml:space="preserve">to tell you </w:t>
            </w:r>
            <w:proofErr w:type="gramStart"/>
            <w:r>
              <w:t>apart?</w:t>
            </w:r>
            <w:proofErr w:type="gramEnd"/>
            <w:r>
              <w:t xml:space="preserve"> </w:t>
            </w:r>
          </w:p>
        </w:tc>
      </w:tr>
      <w:tr w:rsidR="00F06938" w14:paraId="16190332" w14:textId="77777777" w:rsidTr="00680100">
        <w:tc>
          <w:tcPr>
            <w:tcW w:w="2880" w:type="dxa"/>
          </w:tcPr>
          <w:p w14:paraId="0D578165" w14:textId="77777777" w:rsidR="00F06938" w:rsidRDefault="00F06938" w:rsidP="00680100">
            <w:r>
              <w:t>01:20:23:02</w:t>
            </w:r>
          </w:p>
        </w:tc>
        <w:tc>
          <w:tcPr>
            <w:tcW w:w="2880" w:type="dxa"/>
          </w:tcPr>
          <w:p w14:paraId="710BB018" w14:textId="77777777" w:rsidR="00F06938" w:rsidRDefault="00F06938" w:rsidP="00680100"/>
        </w:tc>
        <w:tc>
          <w:tcPr>
            <w:tcW w:w="2880" w:type="dxa"/>
          </w:tcPr>
          <w:p w14:paraId="686F6F98" w14:textId="77777777" w:rsidR="00F06938" w:rsidRDefault="00F06938" w:rsidP="00680100">
            <w:r>
              <w:rPr>
                <w:b/>
              </w:rPr>
              <w:t xml:space="preserve">MARY: </w:t>
            </w:r>
            <w:r>
              <w:t xml:space="preserve">You think you can? </w:t>
            </w:r>
          </w:p>
        </w:tc>
      </w:tr>
      <w:tr w:rsidR="00F06938" w14:paraId="612F887B" w14:textId="77777777" w:rsidTr="00680100">
        <w:tc>
          <w:tcPr>
            <w:tcW w:w="2880" w:type="dxa"/>
          </w:tcPr>
          <w:p w14:paraId="589C5AFF" w14:textId="77777777" w:rsidR="00F06938" w:rsidRDefault="00F06938" w:rsidP="00680100">
            <w:r>
              <w:t>01:20:24:06</w:t>
            </w:r>
          </w:p>
        </w:tc>
        <w:tc>
          <w:tcPr>
            <w:tcW w:w="2880" w:type="dxa"/>
          </w:tcPr>
          <w:p w14:paraId="015BCD92" w14:textId="77777777" w:rsidR="00F06938" w:rsidRDefault="00F06938" w:rsidP="00680100"/>
        </w:tc>
        <w:tc>
          <w:tcPr>
            <w:tcW w:w="2880" w:type="dxa"/>
          </w:tcPr>
          <w:p w14:paraId="39EA00DA" w14:textId="77777777" w:rsidR="00F06938" w:rsidRDefault="00F06938" w:rsidP="00680100">
            <w:r>
              <w:rPr>
                <w:b/>
              </w:rPr>
              <w:t xml:space="preserve">LIZZIE: </w:t>
            </w:r>
            <w:r>
              <w:t xml:space="preserve">How are you going to do that? </w:t>
            </w:r>
          </w:p>
        </w:tc>
      </w:tr>
      <w:tr w:rsidR="00F06938" w14:paraId="3DC92C1E" w14:textId="77777777" w:rsidTr="00680100">
        <w:tc>
          <w:tcPr>
            <w:tcW w:w="2880" w:type="dxa"/>
          </w:tcPr>
          <w:p w14:paraId="7793C174" w14:textId="77777777" w:rsidR="00F06938" w:rsidRDefault="00F06938" w:rsidP="00680100">
            <w:r>
              <w:t>01:20:26:00</w:t>
            </w:r>
          </w:p>
        </w:tc>
        <w:tc>
          <w:tcPr>
            <w:tcW w:w="2880" w:type="dxa"/>
          </w:tcPr>
          <w:p w14:paraId="7A71791F" w14:textId="77777777" w:rsidR="00F06938" w:rsidRDefault="00F06938" w:rsidP="00680100"/>
        </w:tc>
        <w:tc>
          <w:tcPr>
            <w:tcW w:w="2880" w:type="dxa"/>
          </w:tcPr>
          <w:p w14:paraId="6E408F5F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By looking more closely, like Mr. Hamster said. </w:t>
            </w:r>
          </w:p>
        </w:tc>
      </w:tr>
      <w:tr w:rsidR="00F06938" w14:paraId="434AD297" w14:textId="77777777" w:rsidTr="00680100">
        <w:tc>
          <w:tcPr>
            <w:tcW w:w="2880" w:type="dxa"/>
          </w:tcPr>
          <w:p w14:paraId="69AE576F" w14:textId="77777777" w:rsidR="00F06938" w:rsidRDefault="00F06938" w:rsidP="00680100">
            <w:r>
              <w:lastRenderedPageBreak/>
              <w:t>01:20:30:04</w:t>
            </w:r>
          </w:p>
        </w:tc>
        <w:tc>
          <w:tcPr>
            <w:tcW w:w="2880" w:type="dxa"/>
          </w:tcPr>
          <w:p w14:paraId="605D23AD" w14:textId="77777777" w:rsidR="00F06938" w:rsidRDefault="00F06938" w:rsidP="00680100"/>
        </w:tc>
        <w:tc>
          <w:tcPr>
            <w:tcW w:w="2880" w:type="dxa"/>
          </w:tcPr>
          <w:p w14:paraId="702E8254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Maybe we'll see something that we missed before. </w:t>
            </w:r>
          </w:p>
        </w:tc>
      </w:tr>
      <w:tr w:rsidR="00F06938" w14:paraId="0317C538" w14:textId="77777777" w:rsidTr="00680100">
        <w:tc>
          <w:tcPr>
            <w:tcW w:w="2880" w:type="dxa"/>
          </w:tcPr>
          <w:p w14:paraId="287DD149" w14:textId="77777777" w:rsidR="00F06938" w:rsidRDefault="00F06938" w:rsidP="00680100">
            <w:r>
              <w:t>01:20:32:20</w:t>
            </w:r>
          </w:p>
        </w:tc>
        <w:tc>
          <w:tcPr>
            <w:tcW w:w="2880" w:type="dxa"/>
          </w:tcPr>
          <w:p w14:paraId="7DD29C9B" w14:textId="77777777" w:rsidR="00F06938" w:rsidRDefault="00F06938" w:rsidP="00680100"/>
        </w:tc>
        <w:tc>
          <w:tcPr>
            <w:tcW w:w="2880" w:type="dxa"/>
          </w:tcPr>
          <w:p w14:paraId="13CEE444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Is it okay if we watch you while you play? </w:t>
            </w:r>
          </w:p>
        </w:tc>
      </w:tr>
      <w:tr w:rsidR="00F06938" w14:paraId="235108C2" w14:textId="77777777" w:rsidTr="00680100">
        <w:tc>
          <w:tcPr>
            <w:tcW w:w="2880" w:type="dxa"/>
          </w:tcPr>
          <w:p w14:paraId="41F5B7E1" w14:textId="77777777" w:rsidR="00F06938" w:rsidRDefault="00F06938" w:rsidP="00680100">
            <w:r>
              <w:t>01:20:36:10</w:t>
            </w:r>
          </w:p>
        </w:tc>
        <w:tc>
          <w:tcPr>
            <w:tcW w:w="2880" w:type="dxa"/>
          </w:tcPr>
          <w:p w14:paraId="0A9C17F9" w14:textId="77777777" w:rsidR="00F06938" w:rsidRDefault="00F06938" w:rsidP="00680100"/>
        </w:tc>
        <w:tc>
          <w:tcPr>
            <w:tcW w:w="2880" w:type="dxa"/>
          </w:tcPr>
          <w:p w14:paraId="21505EC9" w14:textId="77777777" w:rsidR="00F06938" w:rsidRDefault="00F06938" w:rsidP="00680100">
            <w:r>
              <w:rPr>
                <w:b/>
              </w:rPr>
              <w:t xml:space="preserve">MARY AND LIZZIE: </w:t>
            </w:r>
            <w:r>
              <w:t xml:space="preserve">Sure! </w:t>
            </w:r>
          </w:p>
        </w:tc>
      </w:tr>
      <w:tr w:rsidR="00F06938" w14:paraId="5F269631" w14:textId="77777777" w:rsidTr="00680100">
        <w:tc>
          <w:tcPr>
            <w:tcW w:w="2880" w:type="dxa"/>
          </w:tcPr>
          <w:p w14:paraId="76C9B5BE" w14:textId="77777777" w:rsidR="00F06938" w:rsidRDefault="00F06938" w:rsidP="00680100">
            <w:r>
              <w:t>01:20:37:23</w:t>
            </w:r>
          </w:p>
        </w:tc>
        <w:tc>
          <w:tcPr>
            <w:tcW w:w="2880" w:type="dxa"/>
          </w:tcPr>
          <w:p w14:paraId="334E2DDD" w14:textId="77777777" w:rsidR="00F06938" w:rsidRDefault="00F06938" w:rsidP="00680100"/>
        </w:tc>
        <w:tc>
          <w:tcPr>
            <w:tcW w:w="2880" w:type="dxa"/>
          </w:tcPr>
          <w:p w14:paraId="59424A3B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Ready, Olive? </w:t>
            </w:r>
          </w:p>
        </w:tc>
      </w:tr>
      <w:tr w:rsidR="00F06938" w14:paraId="7254843C" w14:textId="77777777" w:rsidTr="00680100">
        <w:tc>
          <w:tcPr>
            <w:tcW w:w="2880" w:type="dxa"/>
          </w:tcPr>
          <w:p w14:paraId="665CD10E" w14:textId="77777777" w:rsidR="00F06938" w:rsidRDefault="00F06938" w:rsidP="00680100">
            <w:r>
              <w:t>01:20:39:17</w:t>
            </w:r>
          </w:p>
        </w:tc>
        <w:tc>
          <w:tcPr>
            <w:tcW w:w="2880" w:type="dxa"/>
          </w:tcPr>
          <w:p w14:paraId="11CCFE93" w14:textId="77777777" w:rsidR="00F06938" w:rsidRDefault="00F06938" w:rsidP="00680100"/>
        </w:tc>
        <w:tc>
          <w:tcPr>
            <w:tcW w:w="2880" w:type="dxa"/>
          </w:tcPr>
          <w:p w14:paraId="004F03E1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Ready. </w:t>
            </w:r>
          </w:p>
        </w:tc>
      </w:tr>
      <w:tr w:rsidR="00F06938" w14:paraId="58234A76" w14:textId="77777777" w:rsidTr="00680100">
        <w:tc>
          <w:tcPr>
            <w:tcW w:w="2880" w:type="dxa"/>
          </w:tcPr>
          <w:p w14:paraId="2F61E62A" w14:textId="77777777" w:rsidR="00F06938" w:rsidRDefault="00F06938" w:rsidP="00680100">
            <w:r>
              <w:t>01:20:41:02</w:t>
            </w:r>
          </w:p>
        </w:tc>
        <w:tc>
          <w:tcPr>
            <w:tcW w:w="2880" w:type="dxa"/>
          </w:tcPr>
          <w:p w14:paraId="59C79E91" w14:textId="77777777" w:rsidR="00F06938" w:rsidRDefault="00F06938" w:rsidP="00680100"/>
        </w:tc>
        <w:tc>
          <w:tcPr>
            <w:tcW w:w="2880" w:type="dxa"/>
          </w:tcPr>
          <w:p w14:paraId="5A1AFB30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This is Mary... </w:t>
            </w:r>
          </w:p>
        </w:tc>
      </w:tr>
      <w:tr w:rsidR="00F06938" w14:paraId="6D9F2B5D" w14:textId="77777777" w:rsidTr="00680100">
        <w:tc>
          <w:tcPr>
            <w:tcW w:w="2880" w:type="dxa"/>
          </w:tcPr>
          <w:p w14:paraId="5CEC6B87" w14:textId="77777777" w:rsidR="00F06938" w:rsidRDefault="00F06938" w:rsidP="00680100">
            <w:r>
              <w:t>01:20:43:07</w:t>
            </w:r>
          </w:p>
        </w:tc>
        <w:tc>
          <w:tcPr>
            <w:tcW w:w="2880" w:type="dxa"/>
          </w:tcPr>
          <w:p w14:paraId="74E61200" w14:textId="77777777" w:rsidR="00F06938" w:rsidRDefault="00F06938" w:rsidP="00680100"/>
        </w:tc>
        <w:tc>
          <w:tcPr>
            <w:tcW w:w="2880" w:type="dxa"/>
          </w:tcPr>
          <w:p w14:paraId="394D82C9" w14:textId="77777777" w:rsidR="00F06938" w:rsidRDefault="00F06938" w:rsidP="00680100">
            <w:r>
              <w:t xml:space="preserve">and this is Lizzie. </w:t>
            </w:r>
          </w:p>
        </w:tc>
      </w:tr>
      <w:tr w:rsidR="00F06938" w14:paraId="5BFC0B30" w14:textId="77777777" w:rsidTr="00680100">
        <w:tc>
          <w:tcPr>
            <w:tcW w:w="2880" w:type="dxa"/>
          </w:tcPr>
          <w:p w14:paraId="0E4F8088" w14:textId="77777777" w:rsidR="00F06938" w:rsidRDefault="00F06938" w:rsidP="00680100">
            <w:r>
              <w:t>01:20:49:16</w:t>
            </w:r>
          </w:p>
        </w:tc>
        <w:tc>
          <w:tcPr>
            <w:tcW w:w="2880" w:type="dxa"/>
          </w:tcPr>
          <w:p w14:paraId="1B028AB2" w14:textId="77777777" w:rsidR="00F06938" w:rsidRDefault="00F06938" w:rsidP="00680100"/>
        </w:tc>
        <w:tc>
          <w:tcPr>
            <w:tcW w:w="2880" w:type="dxa"/>
          </w:tcPr>
          <w:p w14:paraId="4B8F855D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Okay. </w:t>
            </w:r>
          </w:p>
        </w:tc>
      </w:tr>
      <w:tr w:rsidR="00F06938" w14:paraId="7671FD41" w14:textId="77777777" w:rsidTr="00680100">
        <w:tc>
          <w:tcPr>
            <w:tcW w:w="2880" w:type="dxa"/>
          </w:tcPr>
          <w:p w14:paraId="6F46186F" w14:textId="77777777" w:rsidR="00F06938" w:rsidRDefault="00F06938" w:rsidP="00680100">
            <w:r>
              <w:t>01:20:55:11</w:t>
            </w:r>
          </w:p>
        </w:tc>
        <w:tc>
          <w:tcPr>
            <w:tcW w:w="2880" w:type="dxa"/>
          </w:tcPr>
          <w:p w14:paraId="6F245F05" w14:textId="77777777" w:rsidR="00F06938" w:rsidRDefault="00F06938" w:rsidP="00680100"/>
        </w:tc>
        <w:tc>
          <w:tcPr>
            <w:tcW w:w="2880" w:type="dxa"/>
          </w:tcPr>
          <w:p w14:paraId="615E3707" w14:textId="77777777" w:rsidR="00F06938" w:rsidRDefault="00F06938" w:rsidP="00680100">
            <w:r>
              <w:t xml:space="preserve">Oh, they both have barrettes in their hair. </w:t>
            </w:r>
          </w:p>
        </w:tc>
      </w:tr>
      <w:tr w:rsidR="00F06938" w14:paraId="308186C1" w14:textId="77777777" w:rsidTr="00680100">
        <w:tc>
          <w:tcPr>
            <w:tcW w:w="2880" w:type="dxa"/>
          </w:tcPr>
          <w:p w14:paraId="0E0D8E2B" w14:textId="77777777" w:rsidR="00F06938" w:rsidRDefault="00F06938" w:rsidP="00680100">
            <w:r>
              <w:t>01:20:59:19</w:t>
            </w:r>
          </w:p>
        </w:tc>
        <w:tc>
          <w:tcPr>
            <w:tcW w:w="2880" w:type="dxa"/>
          </w:tcPr>
          <w:p w14:paraId="3913BC4C" w14:textId="77777777" w:rsidR="00F06938" w:rsidRDefault="00F06938" w:rsidP="00680100"/>
        </w:tc>
        <w:tc>
          <w:tcPr>
            <w:tcW w:w="2880" w:type="dxa"/>
          </w:tcPr>
          <w:p w14:paraId="452B7DAF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And both barrettes are blue with dots on them. </w:t>
            </w:r>
          </w:p>
        </w:tc>
      </w:tr>
      <w:tr w:rsidR="00F06938" w14:paraId="18108008" w14:textId="77777777" w:rsidTr="00680100">
        <w:tc>
          <w:tcPr>
            <w:tcW w:w="2880" w:type="dxa"/>
          </w:tcPr>
          <w:p w14:paraId="741B6E54" w14:textId="77777777" w:rsidR="00F06938" w:rsidRDefault="00F06938" w:rsidP="00680100">
            <w:r>
              <w:t>01:21:03:15</w:t>
            </w:r>
          </w:p>
        </w:tc>
        <w:tc>
          <w:tcPr>
            <w:tcW w:w="2880" w:type="dxa"/>
          </w:tcPr>
          <w:p w14:paraId="5B649303" w14:textId="77777777" w:rsidR="00F06938" w:rsidRDefault="00F06938" w:rsidP="00680100"/>
        </w:tc>
        <w:tc>
          <w:tcPr>
            <w:tcW w:w="2880" w:type="dxa"/>
          </w:tcPr>
          <w:p w14:paraId="3C68B5BA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Wait a second. </w:t>
            </w:r>
          </w:p>
        </w:tc>
      </w:tr>
      <w:tr w:rsidR="00F06938" w14:paraId="31C79619" w14:textId="77777777" w:rsidTr="00680100">
        <w:tc>
          <w:tcPr>
            <w:tcW w:w="2880" w:type="dxa"/>
          </w:tcPr>
          <w:p w14:paraId="4C0C761E" w14:textId="77777777" w:rsidR="00F06938" w:rsidRDefault="00F06938" w:rsidP="00680100">
            <w:r>
              <w:t>01:21:05:14</w:t>
            </w:r>
          </w:p>
        </w:tc>
        <w:tc>
          <w:tcPr>
            <w:tcW w:w="2880" w:type="dxa"/>
          </w:tcPr>
          <w:p w14:paraId="151C341E" w14:textId="77777777" w:rsidR="00F06938" w:rsidRDefault="00F06938" w:rsidP="00680100"/>
        </w:tc>
        <w:tc>
          <w:tcPr>
            <w:tcW w:w="2880" w:type="dxa"/>
          </w:tcPr>
          <w:p w14:paraId="760826DB" w14:textId="77777777" w:rsidR="00F06938" w:rsidRDefault="00F06938" w:rsidP="00680100">
            <w:r>
              <w:t xml:space="preserve">Let's look more closely. </w:t>
            </w:r>
          </w:p>
        </w:tc>
      </w:tr>
      <w:tr w:rsidR="00F06938" w14:paraId="67014BB3" w14:textId="77777777" w:rsidTr="00680100">
        <w:tc>
          <w:tcPr>
            <w:tcW w:w="2880" w:type="dxa"/>
          </w:tcPr>
          <w:p w14:paraId="50D5FE58" w14:textId="77777777" w:rsidR="00F06938" w:rsidRDefault="00F06938" w:rsidP="00680100">
            <w:r>
              <w:t>01:21:08:17</w:t>
            </w:r>
          </w:p>
        </w:tc>
        <w:tc>
          <w:tcPr>
            <w:tcW w:w="2880" w:type="dxa"/>
          </w:tcPr>
          <w:p w14:paraId="3C8B57D3" w14:textId="77777777" w:rsidR="00F06938" w:rsidRDefault="00F06938" w:rsidP="00680100"/>
        </w:tc>
        <w:tc>
          <w:tcPr>
            <w:tcW w:w="2880" w:type="dxa"/>
          </w:tcPr>
          <w:p w14:paraId="48B51C08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Huh. </w:t>
            </w:r>
          </w:p>
        </w:tc>
      </w:tr>
      <w:tr w:rsidR="00F06938" w14:paraId="227D53FD" w14:textId="77777777" w:rsidTr="00680100">
        <w:tc>
          <w:tcPr>
            <w:tcW w:w="2880" w:type="dxa"/>
          </w:tcPr>
          <w:p w14:paraId="37C20857" w14:textId="77777777" w:rsidR="00F06938" w:rsidRDefault="00F06938" w:rsidP="00680100">
            <w:r>
              <w:t>01:21:09:18</w:t>
            </w:r>
          </w:p>
        </w:tc>
        <w:tc>
          <w:tcPr>
            <w:tcW w:w="2880" w:type="dxa"/>
          </w:tcPr>
          <w:p w14:paraId="29C6C42E" w14:textId="77777777" w:rsidR="00F06938" w:rsidRDefault="00F06938" w:rsidP="00680100"/>
        </w:tc>
        <w:tc>
          <w:tcPr>
            <w:tcW w:w="2880" w:type="dxa"/>
          </w:tcPr>
          <w:p w14:paraId="4960D2A1" w14:textId="77777777" w:rsidR="00F06938" w:rsidRDefault="00F06938" w:rsidP="00680100">
            <w:r>
              <w:t xml:space="preserve">Lizzie's barrette is blue with dots. </w:t>
            </w:r>
          </w:p>
        </w:tc>
      </w:tr>
      <w:tr w:rsidR="00F06938" w14:paraId="2CE6B766" w14:textId="77777777" w:rsidTr="00680100">
        <w:tc>
          <w:tcPr>
            <w:tcW w:w="2880" w:type="dxa"/>
          </w:tcPr>
          <w:p w14:paraId="3D0BE129" w14:textId="77777777" w:rsidR="00F06938" w:rsidRDefault="00F06938" w:rsidP="00680100">
            <w:r>
              <w:t>01:21:12:03</w:t>
            </w:r>
          </w:p>
        </w:tc>
        <w:tc>
          <w:tcPr>
            <w:tcW w:w="2880" w:type="dxa"/>
          </w:tcPr>
          <w:p w14:paraId="0BC9A9FB" w14:textId="77777777" w:rsidR="00F06938" w:rsidRDefault="00F06938" w:rsidP="00680100"/>
        </w:tc>
        <w:tc>
          <w:tcPr>
            <w:tcW w:w="2880" w:type="dxa"/>
          </w:tcPr>
          <w:p w14:paraId="528AAB9E" w14:textId="77777777" w:rsidR="00F06938" w:rsidRDefault="00F06938" w:rsidP="00680100">
            <w:r>
              <w:t xml:space="preserve">And Mary's... </w:t>
            </w:r>
          </w:p>
        </w:tc>
      </w:tr>
      <w:tr w:rsidR="00F06938" w14:paraId="21853900" w14:textId="77777777" w:rsidTr="00680100">
        <w:tc>
          <w:tcPr>
            <w:tcW w:w="2880" w:type="dxa"/>
          </w:tcPr>
          <w:p w14:paraId="2A168638" w14:textId="77777777" w:rsidR="00F06938" w:rsidRDefault="00F06938" w:rsidP="00680100">
            <w:r>
              <w:t>01:21:13:23</w:t>
            </w:r>
          </w:p>
        </w:tc>
        <w:tc>
          <w:tcPr>
            <w:tcW w:w="2880" w:type="dxa"/>
          </w:tcPr>
          <w:p w14:paraId="3D27D4BB" w14:textId="77777777" w:rsidR="00F06938" w:rsidRDefault="00F06938" w:rsidP="00680100"/>
        </w:tc>
        <w:tc>
          <w:tcPr>
            <w:tcW w:w="2880" w:type="dxa"/>
          </w:tcPr>
          <w:p w14:paraId="3C18E13A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...is blue with stars! </w:t>
            </w:r>
          </w:p>
        </w:tc>
      </w:tr>
      <w:tr w:rsidR="00F06938" w14:paraId="40AB587E" w14:textId="77777777" w:rsidTr="00680100">
        <w:tc>
          <w:tcPr>
            <w:tcW w:w="2880" w:type="dxa"/>
          </w:tcPr>
          <w:p w14:paraId="0EE8810E" w14:textId="77777777" w:rsidR="00F06938" w:rsidRDefault="00F06938" w:rsidP="00680100">
            <w:r>
              <w:t>01:21:16:14</w:t>
            </w:r>
          </w:p>
        </w:tc>
        <w:tc>
          <w:tcPr>
            <w:tcW w:w="2880" w:type="dxa"/>
          </w:tcPr>
          <w:p w14:paraId="08ABB794" w14:textId="77777777" w:rsidR="00F06938" w:rsidRDefault="00F06938" w:rsidP="00680100"/>
        </w:tc>
        <w:tc>
          <w:tcPr>
            <w:tcW w:w="2880" w:type="dxa"/>
          </w:tcPr>
          <w:p w14:paraId="3EAE52CD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They're different! </w:t>
            </w:r>
          </w:p>
        </w:tc>
      </w:tr>
      <w:tr w:rsidR="00F06938" w14:paraId="3E53F431" w14:textId="77777777" w:rsidTr="00680100">
        <w:tc>
          <w:tcPr>
            <w:tcW w:w="2880" w:type="dxa"/>
          </w:tcPr>
          <w:p w14:paraId="086EA155" w14:textId="77777777" w:rsidR="00F06938" w:rsidRDefault="00F06938" w:rsidP="00680100">
            <w:r>
              <w:t>01:21:23:16</w:t>
            </w:r>
          </w:p>
        </w:tc>
        <w:tc>
          <w:tcPr>
            <w:tcW w:w="2880" w:type="dxa"/>
          </w:tcPr>
          <w:p w14:paraId="172FFF44" w14:textId="77777777" w:rsidR="00F06938" w:rsidRDefault="00F06938" w:rsidP="00680100"/>
        </w:tc>
        <w:tc>
          <w:tcPr>
            <w:tcW w:w="2880" w:type="dxa"/>
          </w:tcPr>
          <w:p w14:paraId="27608ED3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There! </w:t>
            </w:r>
          </w:p>
        </w:tc>
      </w:tr>
      <w:tr w:rsidR="00F06938" w14:paraId="1D018B0D" w14:textId="77777777" w:rsidTr="00680100">
        <w:tc>
          <w:tcPr>
            <w:tcW w:w="2880" w:type="dxa"/>
          </w:tcPr>
          <w:p w14:paraId="35CBD6D7" w14:textId="77777777" w:rsidR="00F06938" w:rsidRDefault="00F06938" w:rsidP="00680100">
            <w:r>
              <w:t>01:21:24:16</w:t>
            </w:r>
          </w:p>
        </w:tc>
        <w:tc>
          <w:tcPr>
            <w:tcW w:w="2880" w:type="dxa"/>
          </w:tcPr>
          <w:p w14:paraId="67FDC42E" w14:textId="77777777" w:rsidR="00F06938" w:rsidRDefault="00F06938" w:rsidP="00680100"/>
        </w:tc>
        <w:tc>
          <w:tcPr>
            <w:tcW w:w="2880" w:type="dxa"/>
          </w:tcPr>
          <w:p w14:paraId="0D5BFCE5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Yes! </w:t>
            </w:r>
          </w:p>
        </w:tc>
      </w:tr>
      <w:tr w:rsidR="00F06938" w14:paraId="71911EA0" w14:textId="77777777" w:rsidTr="00680100">
        <w:tc>
          <w:tcPr>
            <w:tcW w:w="2880" w:type="dxa"/>
          </w:tcPr>
          <w:p w14:paraId="5F402B7E" w14:textId="77777777" w:rsidR="00F06938" w:rsidRDefault="00F06938" w:rsidP="00680100">
            <w:r>
              <w:t>01:21:25:16</w:t>
            </w:r>
          </w:p>
        </w:tc>
        <w:tc>
          <w:tcPr>
            <w:tcW w:w="2880" w:type="dxa"/>
          </w:tcPr>
          <w:p w14:paraId="3BD15C56" w14:textId="77777777" w:rsidR="00F06938" w:rsidRDefault="00F06938" w:rsidP="00680100"/>
        </w:tc>
        <w:tc>
          <w:tcPr>
            <w:tcW w:w="2880" w:type="dxa"/>
          </w:tcPr>
          <w:p w14:paraId="69D027BB" w14:textId="77777777" w:rsidR="00F06938" w:rsidRDefault="00F06938" w:rsidP="00680100">
            <w:r>
              <w:t xml:space="preserve">We just started looking closer... </w:t>
            </w:r>
          </w:p>
        </w:tc>
      </w:tr>
      <w:tr w:rsidR="00F06938" w14:paraId="49991F05" w14:textId="77777777" w:rsidTr="00680100">
        <w:tc>
          <w:tcPr>
            <w:tcW w:w="2880" w:type="dxa"/>
          </w:tcPr>
          <w:p w14:paraId="6750DD54" w14:textId="77777777" w:rsidR="00F06938" w:rsidRDefault="00F06938" w:rsidP="00680100">
            <w:r>
              <w:lastRenderedPageBreak/>
              <w:t>01:21:27:11</w:t>
            </w:r>
          </w:p>
        </w:tc>
        <w:tc>
          <w:tcPr>
            <w:tcW w:w="2880" w:type="dxa"/>
          </w:tcPr>
          <w:p w14:paraId="2447CD70" w14:textId="77777777" w:rsidR="00F06938" w:rsidRDefault="00F06938" w:rsidP="00680100"/>
        </w:tc>
        <w:tc>
          <w:tcPr>
            <w:tcW w:w="2880" w:type="dxa"/>
          </w:tcPr>
          <w:p w14:paraId="71A10712" w14:textId="77777777" w:rsidR="00F06938" w:rsidRDefault="00F06938" w:rsidP="00680100">
            <w:r>
              <w:t xml:space="preserve">and we already found one difference. </w:t>
            </w:r>
          </w:p>
        </w:tc>
      </w:tr>
      <w:tr w:rsidR="00F06938" w14:paraId="2ABA8BCE" w14:textId="77777777" w:rsidTr="00680100">
        <w:tc>
          <w:tcPr>
            <w:tcW w:w="2880" w:type="dxa"/>
          </w:tcPr>
          <w:p w14:paraId="1247E8CC" w14:textId="77777777" w:rsidR="00F06938" w:rsidRDefault="00F06938" w:rsidP="00680100">
            <w:r>
              <w:t>01:21:30:03</w:t>
            </w:r>
          </w:p>
        </w:tc>
        <w:tc>
          <w:tcPr>
            <w:tcW w:w="2880" w:type="dxa"/>
          </w:tcPr>
          <w:p w14:paraId="6BBA95C0" w14:textId="77777777" w:rsidR="00F06938" w:rsidRDefault="00F06938" w:rsidP="00680100"/>
        </w:tc>
        <w:tc>
          <w:tcPr>
            <w:tcW w:w="2880" w:type="dxa"/>
          </w:tcPr>
          <w:p w14:paraId="700FD711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We need more observations! </w:t>
            </w:r>
          </w:p>
        </w:tc>
      </w:tr>
      <w:tr w:rsidR="00F06938" w14:paraId="4CC5B460" w14:textId="77777777" w:rsidTr="00680100">
        <w:tc>
          <w:tcPr>
            <w:tcW w:w="2880" w:type="dxa"/>
          </w:tcPr>
          <w:p w14:paraId="51923594" w14:textId="77777777" w:rsidR="00F06938" w:rsidRDefault="00F06938" w:rsidP="00680100">
            <w:r>
              <w:t>01:21:32:22</w:t>
            </w:r>
          </w:p>
        </w:tc>
        <w:tc>
          <w:tcPr>
            <w:tcW w:w="2880" w:type="dxa"/>
          </w:tcPr>
          <w:p w14:paraId="711E3D23" w14:textId="77777777" w:rsidR="00F06938" w:rsidRDefault="00F06938" w:rsidP="00680100"/>
        </w:tc>
        <w:tc>
          <w:tcPr>
            <w:tcW w:w="2880" w:type="dxa"/>
          </w:tcPr>
          <w:p w14:paraId="301C67C5" w14:textId="77777777" w:rsidR="00F06938" w:rsidRDefault="00F06938" w:rsidP="00680100">
            <w:r>
              <w:t xml:space="preserve">[ººº] </w:t>
            </w:r>
          </w:p>
        </w:tc>
      </w:tr>
      <w:tr w:rsidR="00F06938" w14:paraId="06870F20" w14:textId="77777777" w:rsidTr="00680100">
        <w:tc>
          <w:tcPr>
            <w:tcW w:w="2880" w:type="dxa"/>
          </w:tcPr>
          <w:p w14:paraId="57A5AF79" w14:textId="77777777" w:rsidR="00F06938" w:rsidRDefault="00F06938" w:rsidP="00680100">
            <w:r>
              <w:t>01:21:38:07</w:t>
            </w:r>
          </w:p>
        </w:tc>
        <w:tc>
          <w:tcPr>
            <w:tcW w:w="2880" w:type="dxa"/>
          </w:tcPr>
          <w:p w14:paraId="0A49A4AE" w14:textId="77777777" w:rsidR="00F06938" w:rsidRDefault="00F06938" w:rsidP="00680100"/>
        </w:tc>
        <w:tc>
          <w:tcPr>
            <w:tcW w:w="2880" w:type="dxa"/>
          </w:tcPr>
          <w:p w14:paraId="463F5405" w14:textId="77777777" w:rsidR="00F06938" w:rsidRDefault="00F06938" w:rsidP="00680100">
            <w:r>
              <w:rPr>
                <w:b/>
              </w:rPr>
              <w:t xml:space="preserve">MARY AND LIZZIE: </w:t>
            </w:r>
            <w:r>
              <w:t xml:space="preserve">[giggle] </w:t>
            </w:r>
          </w:p>
        </w:tc>
      </w:tr>
      <w:tr w:rsidR="00F06938" w14:paraId="14AEE746" w14:textId="77777777" w:rsidTr="00680100">
        <w:tc>
          <w:tcPr>
            <w:tcW w:w="2880" w:type="dxa"/>
          </w:tcPr>
          <w:p w14:paraId="065BE0CC" w14:textId="77777777" w:rsidR="00F06938" w:rsidRDefault="00F06938" w:rsidP="00680100">
            <w:r>
              <w:t>01:21:41:02</w:t>
            </w:r>
          </w:p>
        </w:tc>
        <w:tc>
          <w:tcPr>
            <w:tcW w:w="2880" w:type="dxa"/>
          </w:tcPr>
          <w:p w14:paraId="0DCB9EFF" w14:textId="77777777" w:rsidR="00F06938" w:rsidRDefault="00F06938" w:rsidP="00680100"/>
        </w:tc>
        <w:tc>
          <w:tcPr>
            <w:tcW w:w="2880" w:type="dxa"/>
          </w:tcPr>
          <w:p w14:paraId="579F488B" w14:textId="77777777" w:rsidR="00F06938" w:rsidRDefault="00F06938" w:rsidP="00680100">
            <w:r>
              <w:t xml:space="preserve">[ººº] </w:t>
            </w:r>
          </w:p>
        </w:tc>
      </w:tr>
      <w:tr w:rsidR="00F06938" w14:paraId="3B0C064D" w14:textId="77777777" w:rsidTr="00680100">
        <w:tc>
          <w:tcPr>
            <w:tcW w:w="2880" w:type="dxa"/>
          </w:tcPr>
          <w:p w14:paraId="14EB15B0" w14:textId="77777777" w:rsidR="00F06938" w:rsidRDefault="00F06938" w:rsidP="00680100">
            <w:r>
              <w:t>01:21:42:23</w:t>
            </w:r>
          </w:p>
        </w:tc>
        <w:tc>
          <w:tcPr>
            <w:tcW w:w="2880" w:type="dxa"/>
          </w:tcPr>
          <w:p w14:paraId="19ABCFB1" w14:textId="77777777" w:rsidR="00F06938" w:rsidRDefault="00F06938" w:rsidP="00680100"/>
        </w:tc>
        <w:tc>
          <w:tcPr>
            <w:tcW w:w="2880" w:type="dxa"/>
          </w:tcPr>
          <w:p w14:paraId="6F4B691A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F06938" w14:paraId="680D4F05" w14:textId="77777777" w:rsidTr="00680100">
        <w:tc>
          <w:tcPr>
            <w:tcW w:w="2880" w:type="dxa"/>
          </w:tcPr>
          <w:p w14:paraId="575A9B8D" w14:textId="77777777" w:rsidR="00F06938" w:rsidRDefault="00F06938" w:rsidP="00680100">
            <w:r>
              <w:t>01:21:44:02</w:t>
            </w:r>
          </w:p>
        </w:tc>
        <w:tc>
          <w:tcPr>
            <w:tcW w:w="2880" w:type="dxa"/>
          </w:tcPr>
          <w:p w14:paraId="4A0E596C" w14:textId="77777777" w:rsidR="00F06938" w:rsidRDefault="00F06938" w:rsidP="00680100"/>
        </w:tc>
        <w:tc>
          <w:tcPr>
            <w:tcW w:w="2880" w:type="dxa"/>
          </w:tcPr>
          <w:p w14:paraId="23895EF9" w14:textId="77777777" w:rsidR="00F06938" w:rsidRDefault="00F06938" w:rsidP="00680100">
            <w:r>
              <w:t xml:space="preserve">[ººº] </w:t>
            </w:r>
          </w:p>
        </w:tc>
      </w:tr>
      <w:tr w:rsidR="00F06938" w14:paraId="4D53238C" w14:textId="77777777" w:rsidTr="00680100">
        <w:tc>
          <w:tcPr>
            <w:tcW w:w="2880" w:type="dxa"/>
          </w:tcPr>
          <w:p w14:paraId="619D677A" w14:textId="77777777" w:rsidR="00F06938" w:rsidRDefault="00F06938" w:rsidP="00680100">
            <w:r>
              <w:t>01:22:01:17</w:t>
            </w:r>
          </w:p>
        </w:tc>
        <w:tc>
          <w:tcPr>
            <w:tcW w:w="2880" w:type="dxa"/>
          </w:tcPr>
          <w:p w14:paraId="6E97AC67" w14:textId="77777777" w:rsidR="00F06938" w:rsidRDefault="00F06938" w:rsidP="00680100"/>
        </w:tc>
        <w:tc>
          <w:tcPr>
            <w:tcW w:w="2880" w:type="dxa"/>
          </w:tcPr>
          <w:p w14:paraId="4BBDD9A3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[gasp] </w:t>
            </w:r>
          </w:p>
        </w:tc>
      </w:tr>
      <w:tr w:rsidR="00F06938" w14:paraId="210BF907" w14:textId="77777777" w:rsidTr="00680100">
        <w:tc>
          <w:tcPr>
            <w:tcW w:w="2880" w:type="dxa"/>
          </w:tcPr>
          <w:p w14:paraId="098789D4" w14:textId="77777777" w:rsidR="00F06938" w:rsidRDefault="00F06938" w:rsidP="00680100">
            <w:r>
              <w:t>01:22:02:17</w:t>
            </w:r>
          </w:p>
        </w:tc>
        <w:tc>
          <w:tcPr>
            <w:tcW w:w="2880" w:type="dxa"/>
          </w:tcPr>
          <w:p w14:paraId="2FBF46EF" w14:textId="77777777" w:rsidR="00F06938" w:rsidRDefault="00F06938" w:rsidP="00680100"/>
        </w:tc>
        <w:tc>
          <w:tcPr>
            <w:tcW w:w="2880" w:type="dxa"/>
          </w:tcPr>
          <w:p w14:paraId="58110C26" w14:textId="77777777" w:rsidR="00F06938" w:rsidRDefault="00F06938" w:rsidP="00680100">
            <w:r>
              <w:t xml:space="preserve">[ººº] </w:t>
            </w:r>
          </w:p>
        </w:tc>
      </w:tr>
      <w:tr w:rsidR="00F06938" w14:paraId="2622FD04" w14:textId="77777777" w:rsidTr="00680100">
        <w:tc>
          <w:tcPr>
            <w:tcW w:w="2880" w:type="dxa"/>
          </w:tcPr>
          <w:p w14:paraId="635D589C" w14:textId="77777777" w:rsidR="00F06938" w:rsidRDefault="00F06938" w:rsidP="00680100">
            <w:r>
              <w:t>01:22:05:19</w:t>
            </w:r>
          </w:p>
        </w:tc>
        <w:tc>
          <w:tcPr>
            <w:tcW w:w="2880" w:type="dxa"/>
          </w:tcPr>
          <w:p w14:paraId="0F1D3510" w14:textId="77777777" w:rsidR="00F06938" w:rsidRDefault="00F06938" w:rsidP="00680100"/>
        </w:tc>
        <w:tc>
          <w:tcPr>
            <w:tcW w:w="2880" w:type="dxa"/>
          </w:tcPr>
          <w:p w14:paraId="6E8958DD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[gasp] </w:t>
            </w:r>
          </w:p>
        </w:tc>
      </w:tr>
      <w:tr w:rsidR="00F06938" w14:paraId="5CD43C91" w14:textId="77777777" w:rsidTr="00680100">
        <w:tc>
          <w:tcPr>
            <w:tcW w:w="2880" w:type="dxa"/>
          </w:tcPr>
          <w:p w14:paraId="27513721" w14:textId="77777777" w:rsidR="00F06938" w:rsidRDefault="00F06938" w:rsidP="00680100">
            <w:r>
              <w:t>01:22:06:23</w:t>
            </w:r>
          </w:p>
        </w:tc>
        <w:tc>
          <w:tcPr>
            <w:tcW w:w="2880" w:type="dxa"/>
          </w:tcPr>
          <w:p w14:paraId="71BCBB10" w14:textId="77777777" w:rsidR="00F06938" w:rsidRDefault="00F06938" w:rsidP="00680100"/>
        </w:tc>
        <w:tc>
          <w:tcPr>
            <w:tcW w:w="2880" w:type="dxa"/>
          </w:tcPr>
          <w:p w14:paraId="706138FD" w14:textId="77777777" w:rsidR="00F06938" w:rsidRDefault="00F06938" w:rsidP="00680100">
            <w:r>
              <w:t xml:space="preserve">[ººº] </w:t>
            </w:r>
          </w:p>
        </w:tc>
      </w:tr>
      <w:tr w:rsidR="00F06938" w14:paraId="73260258" w14:textId="77777777" w:rsidTr="00680100">
        <w:tc>
          <w:tcPr>
            <w:tcW w:w="2880" w:type="dxa"/>
          </w:tcPr>
          <w:p w14:paraId="55246DDA" w14:textId="77777777" w:rsidR="00F06938" w:rsidRDefault="00F06938" w:rsidP="00680100">
            <w:r>
              <w:t>01:22:15:10</w:t>
            </w:r>
          </w:p>
        </w:tc>
        <w:tc>
          <w:tcPr>
            <w:tcW w:w="2880" w:type="dxa"/>
          </w:tcPr>
          <w:p w14:paraId="7197229A" w14:textId="77777777" w:rsidR="00F06938" w:rsidRDefault="00F06938" w:rsidP="00680100"/>
        </w:tc>
        <w:tc>
          <w:tcPr>
            <w:tcW w:w="2880" w:type="dxa"/>
          </w:tcPr>
          <w:p w14:paraId="4E17690D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Cool! </w:t>
            </w:r>
          </w:p>
        </w:tc>
      </w:tr>
      <w:tr w:rsidR="00F06938" w14:paraId="09C8BBB3" w14:textId="77777777" w:rsidTr="00680100">
        <w:tc>
          <w:tcPr>
            <w:tcW w:w="2880" w:type="dxa"/>
          </w:tcPr>
          <w:p w14:paraId="1434D605" w14:textId="77777777" w:rsidR="00F06938" w:rsidRDefault="00F06938" w:rsidP="00680100">
            <w:r>
              <w:t>01:22:16:10</w:t>
            </w:r>
          </w:p>
        </w:tc>
        <w:tc>
          <w:tcPr>
            <w:tcW w:w="2880" w:type="dxa"/>
          </w:tcPr>
          <w:p w14:paraId="4A032E98" w14:textId="77777777" w:rsidR="00F06938" w:rsidRDefault="00F06938" w:rsidP="00680100"/>
        </w:tc>
        <w:tc>
          <w:tcPr>
            <w:tcW w:w="2880" w:type="dxa"/>
          </w:tcPr>
          <w:p w14:paraId="771F6092" w14:textId="77777777" w:rsidR="00F06938" w:rsidRDefault="00F06938" w:rsidP="00680100">
            <w:r>
              <w:t xml:space="preserve">We looked more closely... </w:t>
            </w:r>
          </w:p>
        </w:tc>
      </w:tr>
      <w:tr w:rsidR="00F06938" w14:paraId="12881337" w14:textId="77777777" w:rsidTr="00680100">
        <w:tc>
          <w:tcPr>
            <w:tcW w:w="2880" w:type="dxa"/>
          </w:tcPr>
          <w:p w14:paraId="74D582D6" w14:textId="77777777" w:rsidR="00F06938" w:rsidRDefault="00F06938" w:rsidP="00680100">
            <w:r>
              <w:t>01:22:17:16</w:t>
            </w:r>
          </w:p>
        </w:tc>
        <w:tc>
          <w:tcPr>
            <w:tcW w:w="2880" w:type="dxa"/>
          </w:tcPr>
          <w:p w14:paraId="3E095084" w14:textId="77777777" w:rsidR="00F06938" w:rsidRDefault="00F06938" w:rsidP="00680100"/>
        </w:tc>
        <w:tc>
          <w:tcPr>
            <w:tcW w:w="2880" w:type="dxa"/>
          </w:tcPr>
          <w:p w14:paraId="0662ACB3" w14:textId="77777777" w:rsidR="00F06938" w:rsidRDefault="00F06938" w:rsidP="00680100">
            <w:r>
              <w:t xml:space="preserve">and we found three ways the Goat Twins are different... </w:t>
            </w:r>
          </w:p>
        </w:tc>
      </w:tr>
      <w:tr w:rsidR="00F06938" w14:paraId="691BDC4C" w14:textId="77777777" w:rsidTr="00680100">
        <w:tc>
          <w:tcPr>
            <w:tcW w:w="2880" w:type="dxa"/>
          </w:tcPr>
          <w:p w14:paraId="0955E3B3" w14:textId="77777777" w:rsidR="00F06938" w:rsidRDefault="00F06938" w:rsidP="00680100">
            <w:r>
              <w:t>01:22:20:11</w:t>
            </w:r>
          </w:p>
        </w:tc>
        <w:tc>
          <w:tcPr>
            <w:tcW w:w="2880" w:type="dxa"/>
          </w:tcPr>
          <w:p w14:paraId="3F0CFEC7" w14:textId="77777777" w:rsidR="00F06938" w:rsidRDefault="00F06938" w:rsidP="00680100"/>
        </w:tc>
        <w:tc>
          <w:tcPr>
            <w:tcW w:w="2880" w:type="dxa"/>
          </w:tcPr>
          <w:p w14:paraId="7096ED55" w14:textId="77777777" w:rsidR="00F06938" w:rsidRDefault="00F06938" w:rsidP="00680100">
            <w:r>
              <w:t xml:space="preserve">from each other. </w:t>
            </w:r>
          </w:p>
        </w:tc>
      </w:tr>
      <w:tr w:rsidR="00F06938" w14:paraId="1514BC9E" w14:textId="77777777" w:rsidTr="00680100">
        <w:tc>
          <w:tcPr>
            <w:tcW w:w="2880" w:type="dxa"/>
          </w:tcPr>
          <w:p w14:paraId="6CDF4AB7" w14:textId="77777777" w:rsidR="00F06938" w:rsidRDefault="00F06938" w:rsidP="00680100">
            <w:r>
              <w:t>01:22:21:20</w:t>
            </w:r>
          </w:p>
        </w:tc>
        <w:tc>
          <w:tcPr>
            <w:tcW w:w="2880" w:type="dxa"/>
          </w:tcPr>
          <w:p w14:paraId="4D423907" w14:textId="77777777" w:rsidR="00F06938" w:rsidRDefault="00F06938" w:rsidP="00680100"/>
        </w:tc>
        <w:tc>
          <w:tcPr>
            <w:tcW w:w="2880" w:type="dxa"/>
          </w:tcPr>
          <w:p w14:paraId="0092A6C6" w14:textId="77777777" w:rsidR="00F06938" w:rsidRDefault="00F06938" w:rsidP="00680100">
            <w:r>
              <w:t xml:space="preserve">Their barrettes, their hooves and the size of their horns. </w:t>
            </w:r>
          </w:p>
        </w:tc>
      </w:tr>
      <w:tr w:rsidR="00F06938" w14:paraId="29BC8ECB" w14:textId="77777777" w:rsidTr="00680100">
        <w:tc>
          <w:tcPr>
            <w:tcW w:w="2880" w:type="dxa"/>
          </w:tcPr>
          <w:p w14:paraId="5794C633" w14:textId="77777777" w:rsidR="00F06938" w:rsidRDefault="00F06938" w:rsidP="00680100">
            <w:r>
              <w:t>01:22:26:08</w:t>
            </w:r>
          </w:p>
        </w:tc>
        <w:tc>
          <w:tcPr>
            <w:tcW w:w="2880" w:type="dxa"/>
          </w:tcPr>
          <w:p w14:paraId="01847ED7" w14:textId="77777777" w:rsidR="00F06938" w:rsidRDefault="00F06938" w:rsidP="00680100"/>
        </w:tc>
        <w:tc>
          <w:tcPr>
            <w:tcW w:w="2880" w:type="dxa"/>
          </w:tcPr>
          <w:p w14:paraId="5302B3E7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We did it! </w:t>
            </w:r>
          </w:p>
        </w:tc>
      </w:tr>
      <w:tr w:rsidR="00F06938" w14:paraId="7687D111" w14:textId="77777777" w:rsidTr="00680100">
        <w:tc>
          <w:tcPr>
            <w:tcW w:w="2880" w:type="dxa"/>
          </w:tcPr>
          <w:p w14:paraId="41BED9F0" w14:textId="77777777" w:rsidR="00F06938" w:rsidRDefault="00F06938" w:rsidP="00680100">
            <w:r>
              <w:t>01:22:27:22</w:t>
            </w:r>
          </w:p>
        </w:tc>
        <w:tc>
          <w:tcPr>
            <w:tcW w:w="2880" w:type="dxa"/>
          </w:tcPr>
          <w:p w14:paraId="51BB9E02" w14:textId="77777777" w:rsidR="00F06938" w:rsidRDefault="00F06938" w:rsidP="00680100"/>
        </w:tc>
        <w:tc>
          <w:tcPr>
            <w:tcW w:w="2880" w:type="dxa"/>
          </w:tcPr>
          <w:p w14:paraId="25A99A0E" w14:textId="77777777" w:rsidR="00F06938" w:rsidRDefault="00F06938" w:rsidP="00680100">
            <w:r>
              <w:t xml:space="preserve">Celebration dance!! </w:t>
            </w:r>
          </w:p>
        </w:tc>
      </w:tr>
      <w:tr w:rsidR="00F06938" w14:paraId="7049084B" w14:textId="77777777" w:rsidTr="00680100">
        <w:tc>
          <w:tcPr>
            <w:tcW w:w="2880" w:type="dxa"/>
          </w:tcPr>
          <w:p w14:paraId="536C6C0A" w14:textId="77777777" w:rsidR="00F06938" w:rsidRDefault="00F06938" w:rsidP="00680100">
            <w:r>
              <w:t>01:22:29:20</w:t>
            </w:r>
          </w:p>
        </w:tc>
        <w:tc>
          <w:tcPr>
            <w:tcW w:w="2880" w:type="dxa"/>
          </w:tcPr>
          <w:p w14:paraId="0179A702" w14:textId="77777777" w:rsidR="00F06938" w:rsidRDefault="00F06938" w:rsidP="00680100"/>
        </w:tc>
        <w:tc>
          <w:tcPr>
            <w:tcW w:w="2880" w:type="dxa"/>
          </w:tcPr>
          <w:p w14:paraId="3308B65E" w14:textId="77777777" w:rsidR="00F06938" w:rsidRDefault="00F06938" w:rsidP="00680100">
            <w:proofErr w:type="spellStart"/>
            <w:r>
              <w:t>Woop</w:t>
            </w:r>
            <w:proofErr w:type="spellEnd"/>
            <w:r>
              <w:t xml:space="preserve">! </w:t>
            </w:r>
            <w:proofErr w:type="spellStart"/>
            <w:r>
              <w:t>Woop</w:t>
            </w:r>
            <w:proofErr w:type="spellEnd"/>
            <w:r>
              <w:t xml:space="preserve">! </w:t>
            </w:r>
            <w:proofErr w:type="spellStart"/>
            <w:r>
              <w:t>Woop</w:t>
            </w:r>
            <w:proofErr w:type="spellEnd"/>
            <w:r>
              <w:t xml:space="preserve">! </w:t>
            </w:r>
          </w:p>
        </w:tc>
      </w:tr>
      <w:tr w:rsidR="00F06938" w14:paraId="205EE147" w14:textId="77777777" w:rsidTr="00680100">
        <w:tc>
          <w:tcPr>
            <w:tcW w:w="2880" w:type="dxa"/>
          </w:tcPr>
          <w:p w14:paraId="3CD009EA" w14:textId="77777777" w:rsidR="00F06938" w:rsidRDefault="00F06938" w:rsidP="00680100">
            <w:r>
              <w:t>01:22:32:10</w:t>
            </w:r>
          </w:p>
        </w:tc>
        <w:tc>
          <w:tcPr>
            <w:tcW w:w="2880" w:type="dxa"/>
          </w:tcPr>
          <w:p w14:paraId="14191E04" w14:textId="77777777" w:rsidR="00F06938" w:rsidRDefault="00F06938" w:rsidP="00680100"/>
        </w:tc>
        <w:tc>
          <w:tcPr>
            <w:tcW w:w="2880" w:type="dxa"/>
          </w:tcPr>
          <w:p w14:paraId="22A14849" w14:textId="77777777" w:rsidR="00F06938" w:rsidRDefault="00F06938" w:rsidP="00680100">
            <w:r>
              <w:rPr>
                <w:b/>
              </w:rPr>
              <w:t xml:space="preserve">MARY: </w:t>
            </w:r>
            <w:r>
              <w:t xml:space="preserve">I like to dance. </w:t>
            </w:r>
          </w:p>
        </w:tc>
      </w:tr>
      <w:tr w:rsidR="00F06938" w14:paraId="739E3F8B" w14:textId="77777777" w:rsidTr="00680100">
        <w:tc>
          <w:tcPr>
            <w:tcW w:w="2880" w:type="dxa"/>
          </w:tcPr>
          <w:p w14:paraId="72F52294" w14:textId="77777777" w:rsidR="00F06938" w:rsidRDefault="00F06938" w:rsidP="00680100">
            <w:r>
              <w:t>01:22:35:00</w:t>
            </w:r>
          </w:p>
        </w:tc>
        <w:tc>
          <w:tcPr>
            <w:tcW w:w="2880" w:type="dxa"/>
          </w:tcPr>
          <w:p w14:paraId="413C740A" w14:textId="77777777" w:rsidR="00F06938" w:rsidRDefault="00F06938" w:rsidP="00680100"/>
        </w:tc>
        <w:tc>
          <w:tcPr>
            <w:tcW w:w="2880" w:type="dxa"/>
          </w:tcPr>
          <w:p w14:paraId="473C693E" w14:textId="77777777" w:rsidR="00F06938" w:rsidRDefault="00F06938" w:rsidP="00680100">
            <w:r>
              <w:rPr>
                <w:b/>
              </w:rPr>
              <w:t xml:space="preserve">LIZZIE: </w:t>
            </w:r>
            <w:r>
              <w:t xml:space="preserve">Not me. </w:t>
            </w:r>
          </w:p>
        </w:tc>
      </w:tr>
      <w:tr w:rsidR="00F06938" w14:paraId="502AD32D" w14:textId="77777777" w:rsidTr="00680100">
        <w:tc>
          <w:tcPr>
            <w:tcW w:w="2880" w:type="dxa"/>
          </w:tcPr>
          <w:p w14:paraId="18F8B767" w14:textId="77777777" w:rsidR="00F06938" w:rsidRDefault="00F06938" w:rsidP="00680100">
            <w:r>
              <w:lastRenderedPageBreak/>
              <w:t>01:22:36:00</w:t>
            </w:r>
          </w:p>
        </w:tc>
        <w:tc>
          <w:tcPr>
            <w:tcW w:w="2880" w:type="dxa"/>
          </w:tcPr>
          <w:p w14:paraId="18A0A04B" w14:textId="77777777" w:rsidR="00F06938" w:rsidRDefault="00F06938" w:rsidP="00680100"/>
        </w:tc>
        <w:tc>
          <w:tcPr>
            <w:tcW w:w="2880" w:type="dxa"/>
          </w:tcPr>
          <w:p w14:paraId="653227B9" w14:textId="77777777" w:rsidR="00F06938" w:rsidRDefault="00F06938" w:rsidP="00680100">
            <w:r>
              <w:t xml:space="preserve">I'd rather watch Mary than dance. </w:t>
            </w:r>
          </w:p>
        </w:tc>
      </w:tr>
      <w:tr w:rsidR="00F06938" w14:paraId="7A5D888C" w14:textId="77777777" w:rsidTr="00680100">
        <w:tc>
          <w:tcPr>
            <w:tcW w:w="2880" w:type="dxa"/>
          </w:tcPr>
          <w:p w14:paraId="15F43F90" w14:textId="77777777" w:rsidR="00F06938" w:rsidRDefault="00F06938" w:rsidP="00680100">
            <w:r>
              <w:t>01:22:38:08</w:t>
            </w:r>
          </w:p>
        </w:tc>
        <w:tc>
          <w:tcPr>
            <w:tcW w:w="2880" w:type="dxa"/>
          </w:tcPr>
          <w:p w14:paraId="56374576" w14:textId="77777777" w:rsidR="00F06938" w:rsidRDefault="00F06938" w:rsidP="00680100"/>
        </w:tc>
        <w:tc>
          <w:tcPr>
            <w:tcW w:w="2880" w:type="dxa"/>
          </w:tcPr>
          <w:p w14:paraId="2170AB04" w14:textId="77777777" w:rsidR="00F06938" w:rsidRDefault="00F06938" w:rsidP="00680100">
            <w:r>
              <w:t xml:space="preserve">Look at her go! </w:t>
            </w:r>
          </w:p>
        </w:tc>
      </w:tr>
      <w:tr w:rsidR="00F06938" w14:paraId="45CA6CD4" w14:textId="77777777" w:rsidTr="00680100">
        <w:tc>
          <w:tcPr>
            <w:tcW w:w="2880" w:type="dxa"/>
          </w:tcPr>
          <w:p w14:paraId="714C69BA" w14:textId="77777777" w:rsidR="00F06938" w:rsidRDefault="00F06938" w:rsidP="00680100">
            <w:r>
              <w:t>01:22:41:07</w:t>
            </w:r>
          </w:p>
        </w:tc>
        <w:tc>
          <w:tcPr>
            <w:tcW w:w="2880" w:type="dxa"/>
          </w:tcPr>
          <w:p w14:paraId="1B8102FA" w14:textId="77777777" w:rsidR="00F06938" w:rsidRDefault="00F06938" w:rsidP="00680100"/>
        </w:tc>
        <w:tc>
          <w:tcPr>
            <w:tcW w:w="2880" w:type="dxa"/>
          </w:tcPr>
          <w:p w14:paraId="3F5BF4C8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Mary likes to dance. </w:t>
            </w:r>
          </w:p>
        </w:tc>
      </w:tr>
      <w:tr w:rsidR="00F06938" w14:paraId="309FB5C9" w14:textId="77777777" w:rsidTr="00680100">
        <w:tc>
          <w:tcPr>
            <w:tcW w:w="2880" w:type="dxa"/>
          </w:tcPr>
          <w:p w14:paraId="01BDE87F" w14:textId="77777777" w:rsidR="00F06938" w:rsidRDefault="00F06938" w:rsidP="00680100">
            <w:r>
              <w:t>01:22:43:04</w:t>
            </w:r>
          </w:p>
        </w:tc>
        <w:tc>
          <w:tcPr>
            <w:tcW w:w="2880" w:type="dxa"/>
          </w:tcPr>
          <w:p w14:paraId="6D8CFDB1" w14:textId="77777777" w:rsidR="00F06938" w:rsidRDefault="00F06938" w:rsidP="00680100"/>
        </w:tc>
        <w:tc>
          <w:tcPr>
            <w:tcW w:w="2880" w:type="dxa"/>
          </w:tcPr>
          <w:p w14:paraId="54ED59ED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And Lizzie doesn't. </w:t>
            </w:r>
          </w:p>
        </w:tc>
      </w:tr>
      <w:tr w:rsidR="00F06938" w14:paraId="6596CC9A" w14:textId="77777777" w:rsidTr="00680100">
        <w:tc>
          <w:tcPr>
            <w:tcW w:w="2880" w:type="dxa"/>
          </w:tcPr>
          <w:p w14:paraId="7A0DADF1" w14:textId="77777777" w:rsidR="00F06938" w:rsidRDefault="00F06938" w:rsidP="00680100">
            <w:r>
              <w:t>01:22:45:02</w:t>
            </w:r>
          </w:p>
        </w:tc>
        <w:tc>
          <w:tcPr>
            <w:tcW w:w="2880" w:type="dxa"/>
          </w:tcPr>
          <w:p w14:paraId="79D6F327" w14:textId="77777777" w:rsidR="00F06938" w:rsidRDefault="00F06938" w:rsidP="00680100"/>
        </w:tc>
        <w:tc>
          <w:tcPr>
            <w:tcW w:w="2880" w:type="dxa"/>
          </w:tcPr>
          <w:p w14:paraId="463B2211" w14:textId="77777777" w:rsidR="00F06938" w:rsidRDefault="00F06938" w:rsidP="00680100">
            <w:r>
              <w:t xml:space="preserve">That makes four ways you're different! </w:t>
            </w:r>
          </w:p>
        </w:tc>
      </w:tr>
      <w:tr w:rsidR="00F06938" w14:paraId="73B603F4" w14:textId="77777777" w:rsidTr="00680100">
        <w:tc>
          <w:tcPr>
            <w:tcW w:w="2880" w:type="dxa"/>
          </w:tcPr>
          <w:p w14:paraId="65341565" w14:textId="77777777" w:rsidR="00F06938" w:rsidRDefault="00F06938" w:rsidP="00680100">
            <w:r>
              <w:t>01:22:47:16</w:t>
            </w:r>
          </w:p>
        </w:tc>
        <w:tc>
          <w:tcPr>
            <w:tcW w:w="2880" w:type="dxa"/>
          </w:tcPr>
          <w:p w14:paraId="1A25C1A6" w14:textId="77777777" w:rsidR="00F06938" w:rsidRDefault="00F06938" w:rsidP="00680100"/>
        </w:tc>
        <w:tc>
          <w:tcPr>
            <w:tcW w:w="2880" w:type="dxa"/>
          </w:tcPr>
          <w:p w14:paraId="3582BDBE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I can't wait to tell Mr. Hamster! </w:t>
            </w:r>
          </w:p>
        </w:tc>
      </w:tr>
      <w:tr w:rsidR="00F06938" w14:paraId="1AC488C2" w14:textId="77777777" w:rsidTr="00680100">
        <w:tc>
          <w:tcPr>
            <w:tcW w:w="2880" w:type="dxa"/>
          </w:tcPr>
          <w:p w14:paraId="28C290FE" w14:textId="77777777" w:rsidR="00F06938" w:rsidRDefault="00F06938" w:rsidP="00680100">
            <w:r>
              <w:t>01:22:54:03</w:t>
            </w:r>
          </w:p>
        </w:tc>
        <w:tc>
          <w:tcPr>
            <w:tcW w:w="2880" w:type="dxa"/>
          </w:tcPr>
          <w:p w14:paraId="4B4122BC" w14:textId="77777777" w:rsidR="00F06938" w:rsidRDefault="00F06938" w:rsidP="00680100"/>
        </w:tc>
        <w:tc>
          <w:tcPr>
            <w:tcW w:w="2880" w:type="dxa"/>
          </w:tcPr>
          <w:p w14:paraId="1CDE648F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Mr. Hamster! </w:t>
            </w:r>
          </w:p>
        </w:tc>
      </w:tr>
      <w:tr w:rsidR="00F06938" w14:paraId="5030205A" w14:textId="77777777" w:rsidTr="00680100">
        <w:tc>
          <w:tcPr>
            <w:tcW w:w="2880" w:type="dxa"/>
          </w:tcPr>
          <w:p w14:paraId="00BF46E8" w14:textId="77777777" w:rsidR="00F06938" w:rsidRDefault="00F06938" w:rsidP="00680100">
            <w:r>
              <w:t>01:22:55:07</w:t>
            </w:r>
          </w:p>
        </w:tc>
        <w:tc>
          <w:tcPr>
            <w:tcW w:w="2880" w:type="dxa"/>
          </w:tcPr>
          <w:p w14:paraId="450FF03F" w14:textId="77777777" w:rsidR="00F06938" w:rsidRDefault="00F06938" w:rsidP="00680100"/>
        </w:tc>
        <w:tc>
          <w:tcPr>
            <w:tcW w:w="2880" w:type="dxa"/>
          </w:tcPr>
          <w:p w14:paraId="0F80830C" w14:textId="77777777" w:rsidR="00F06938" w:rsidRDefault="00F06938" w:rsidP="00680100">
            <w:r>
              <w:t xml:space="preserve">You were right! </w:t>
            </w:r>
          </w:p>
        </w:tc>
      </w:tr>
      <w:tr w:rsidR="00F06938" w14:paraId="1051E546" w14:textId="77777777" w:rsidTr="00680100">
        <w:tc>
          <w:tcPr>
            <w:tcW w:w="2880" w:type="dxa"/>
          </w:tcPr>
          <w:p w14:paraId="6155F0FD" w14:textId="77777777" w:rsidR="00F06938" w:rsidRDefault="00F06938" w:rsidP="00680100">
            <w:r>
              <w:t>01:22:56:19</w:t>
            </w:r>
          </w:p>
        </w:tc>
        <w:tc>
          <w:tcPr>
            <w:tcW w:w="2880" w:type="dxa"/>
          </w:tcPr>
          <w:p w14:paraId="390B0103" w14:textId="77777777" w:rsidR="00F06938" w:rsidRDefault="00F06938" w:rsidP="00680100"/>
        </w:tc>
        <w:tc>
          <w:tcPr>
            <w:tcW w:w="2880" w:type="dxa"/>
          </w:tcPr>
          <w:p w14:paraId="7632A787" w14:textId="77777777" w:rsidR="00F06938" w:rsidRDefault="00F06938" w:rsidP="00680100">
            <w:r>
              <w:t xml:space="preserve">Everyone is different! </w:t>
            </w:r>
          </w:p>
        </w:tc>
      </w:tr>
      <w:tr w:rsidR="00F06938" w14:paraId="66A251BD" w14:textId="77777777" w:rsidTr="00680100">
        <w:tc>
          <w:tcPr>
            <w:tcW w:w="2880" w:type="dxa"/>
          </w:tcPr>
          <w:p w14:paraId="30D57264" w14:textId="77777777" w:rsidR="00F06938" w:rsidRDefault="00F06938" w:rsidP="00680100">
            <w:r>
              <w:t>01:22:59:03</w:t>
            </w:r>
          </w:p>
        </w:tc>
        <w:tc>
          <w:tcPr>
            <w:tcW w:w="2880" w:type="dxa"/>
          </w:tcPr>
          <w:p w14:paraId="07923681" w14:textId="77777777" w:rsidR="00F06938" w:rsidRDefault="00F06938" w:rsidP="00680100"/>
        </w:tc>
        <w:tc>
          <w:tcPr>
            <w:tcW w:w="2880" w:type="dxa"/>
          </w:tcPr>
          <w:p w14:paraId="0F41B3FB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Aha! </w:t>
            </w:r>
          </w:p>
        </w:tc>
      </w:tr>
      <w:tr w:rsidR="00F06938" w14:paraId="52262856" w14:textId="77777777" w:rsidTr="00680100">
        <w:tc>
          <w:tcPr>
            <w:tcW w:w="2880" w:type="dxa"/>
          </w:tcPr>
          <w:p w14:paraId="7C26AA48" w14:textId="77777777" w:rsidR="00F06938" w:rsidRDefault="00F06938" w:rsidP="00680100">
            <w:r>
              <w:t>01:23:00:13</w:t>
            </w:r>
          </w:p>
        </w:tc>
        <w:tc>
          <w:tcPr>
            <w:tcW w:w="2880" w:type="dxa"/>
          </w:tcPr>
          <w:p w14:paraId="725F7833" w14:textId="77777777" w:rsidR="00F06938" w:rsidRDefault="00F06938" w:rsidP="00680100"/>
        </w:tc>
        <w:tc>
          <w:tcPr>
            <w:tcW w:w="2880" w:type="dxa"/>
          </w:tcPr>
          <w:p w14:paraId="53933A08" w14:textId="77777777" w:rsidR="00F06938" w:rsidRDefault="00F06938" w:rsidP="00680100">
            <w:r>
              <w:t xml:space="preserve">How did you figure it out? </w:t>
            </w:r>
          </w:p>
        </w:tc>
      </w:tr>
      <w:tr w:rsidR="00F06938" w14:paraId="779DF0DC" w14:textId="77777777" w:rsidTr="00680100">
        <w:tc>
          <w:tcPr>
            <w:tcW w:w="2880" w:type="dxa"/>
          </w:tcPr>
          <w:p w14:paraId="1CE64682" w14:textId="77777777" w:rsidR="00F06938" w:rsidRDefault="00F06938" w:rsidP="00680100">
            <w:r>
              <w:t>01:23:02:10</w:t>
            </w:r>
          </w:p>
        </w:tc>
        <w:tc>
          <w:tcPr>
            <w:tcW w:w="2880" w:type="dxa"/>
          </w:tcPr>
          <w:p w14:paraId="492BA5D8" w14:textId="77777777" w:rsidR="00F06938" w:rsidRDefault="00F06938" w:rsidP="00680100"/>
        </w:tc>
        <w:tc>
          <w:tcPr>
            <w:tcW w:w="2880" w:type="dxa"/>
          </w:tcPr>
          <w:p w14:paraId="2A862749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By observing the Goat Twins. </w:t>
            </w:r>
          </w:p>
        </w:tc>
      </w:tr>
      <w:tr w:rsidR="00F06938" w14:paraId="1E5C07EA" w14:textId="77777777" w:rsidTr="00680100">
        <w:tc>
          <w:tcPr>
            <w:tcW w:w="2880" w:type="dxa"/>
          </w:tcPr>
          <w:p w14:paraId="012E23DC" w14:textId="77777777" w:rsidR="00F06938" w:rsidRDefault="00F06938" w:rsidP="00680100">
            <w:r>
              <w:t>01:23:04:20</w:t>
            </w:r>
          </w:p>
        </w:tc>
        <w:tc>
          <w:tcPr>
            <w:tcW w:w="2880" w:type="dxa"/>
          </w:tcPr>
          <w:p w14:paraId="62224CD1" w14:textId="77777777" w:rsidR="00F06938" w:rsidRDefault="00F06938" w:rsidP="00680100"/>
        </w:tc>
        <w:tc>
          <w:tcPr>
            <w:tcW w:w="2880" w:type="dxa"/>
          </w:tcPr>
          <w:p w14:paraId="58E9D9F9" w14:textId="77777777" w:rsidR="00F06938" w:rsidRDefault="00F06938" w:rsidP="00680100">
            <w:r>
              <w:t xml:space="preserve">They look like they're identical. </w:t>
            </w:r>
          </w:p>
        </w:tc>
      </w:tr>
      <w:tr w:rsidR="00F06938" w14:paraId="16E80F2F" w14:textId="77777777" w:rsidTr="00680100">
        <w:tc>
          <w:tcPr>
            <w:tcW w:w="2880" w:type="dxa"/>
          </w:tcPr>
          <w:p w14:paraId="4BA86969" w14:textId="77777777" w:rsidR="00F06938" w:rsidRDefault="00F06938" w:rsidP="00680100">
            <w:r>
              <w:t>01:23:07:15</w:t>
            </w:r>
          </w:p>
        </w:tc>
        <w:tc>
          <w:tcPr>
            <w:tcW w:w="2880" w:type="dxa"/>
          </w:tcPr>
          <w:p w14:paraId="16E0ACFA" w14:textId="77777777" w:rsidR="00F06938" w:rsidRDefault="00F06938" w:rsidP="00680100"/>
        </w:tc>
        <w:tc>
          <w:tcPr>
            <w:tcW w:w="2880" w:type="dxa"/>
          </w:tcPr>
          <w:p w14:paraId="44589F67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But if you look more closely, </w:t>
            </w:r>
          </w:p>
        </w:tc>
      </w:tr>
      <w:tr w:rsidR="00F06938" w14:paraId="0C75ADFA" w14:textId="77777777" w:rsidTr="00680100">
        <w:tc>
          <w:tcPr>
            <w:tcW w:w="2880" w:type="dxa"/>
          </w:tcPr>
          <w:p w14:paraId="5F9B2C9A" w14:textId="77777777" w:rsidR="00F06938" w:rsidRDefault="00F06938" w:rsidP="00680100">
            <w:r>
              <w:t>01:23:09:03</w:t>
            </w:r>
          </w:p>
        </w:tc>
        <w:tc>
          <w:tcPr>
            <w:tcW w:w="2880" w:type="dxa"/>
          </w:tcPr>
          <w:p w14:paraId="5F0B086E" w14:textId="77777777" w:rsidR="00F06938" w:rsidRDefault="00F06938" w:rsidP="00680100"/>
        </w:tc>
        <w:tc>
          <w:tcPr>
            <w:tcW w:w="2880" w:type="dxa"/>
          </w:tcPr>
          <w:p w14:paraId="454F40CC" w14:textId="77777777" w:rsidR="00F06938" w:rsidRDefault="00F06938" w:rsidP="00680100">
            <w:r>
              <w:t xml:space="preserve">you can find differences. </w:t>
            </w:r>
          </w:p>
        </w:tc>
      </w:tr>
      <w:tr w:rsidR="00F06938" w14:paraId="176B2C0D" w14:textId="77777777" w:rsidTr="00680100">
        <w:tc>
          <w:tcPr>
            <w:tcW w:w="2880" w:type="dxa"/>
          </w:tcPr>
          <w:p w14:paraId="199FF776" w14:textId="77777777" w:rsidR="00F06938" w:rsidRDefault="00F06938" w:rsidP="00680100">
            <w:r>
              <w:t>01:23:10:17</w:t>
            </w:r>
          </w:p>
        </w:tc>
        <w:tc>
          <w:tcPr>
            <w:tcW w:w="2880" w:type="dxa"/>
          </w:tcPr>
          <w:p w14:paraId="28E520B7" w14:textId="77777777" w:rsidR="00F06938" w:rsidRDefault="00F06938" w:rsidP="00680100"/>
        </w:tc>
        <w:tc>
          <w:tcPr>
            <w:tcW w:w="2880" w:type="dxa"/>
          </w:tcPr>
          <w:p w14:paraId="7924E4D1" w14:textId="77777777" w:rsidR="00F06938" w:rsidRDefault="00F06938" w:rsidP="00680100">
            <w:r>
              <w:t xml:space="preserve">See? </w:t>
            </w:r>
          </w:p>
        </w:tc>
      </w:tr>
      <w:tr w:rsidR="00F06938" w14:paraId="5A00CD45" w14:textId="77777777" w:rsidTr="00680100">
        <w:tc>
          <w:tcPr>
            <w:tcW w:w="2880" w:type="dxa"/>
          </w:tcPr>
          <w:p w14:paraId="0585A799" w14:textId="77777777" w:rsidR="00F06938" w:rsidRDefault="00F06938" w:rsidP="00680100">
            <w:r>
              <w:t>01:23:11:21</w:t>
            </w:r>
          </w:p>
        </w:tc>
        <w:tc>
          <w:tcPr>
            <w:tcW w:w="2880" w:type="dxa"/>
          </w:tcPr>
          <w:p w14:paraId="737B46E3" w14:textId="77777777" w:rsidR="00F06938" w:rsidRDefault="00F06938" w:rsidP="00680100"/>
        </w:tc>
        <w:tc>
          <w:tcPr>
            <w:tcW w:w="2880" w:type="dxa"/>
          </w:tcPr>
          <w:p w14:paraId="5B5B560B" w14:textId="77777777" w:rsidR="00F06938" w:rsidRDefault="00F06938" w:rsidP="00680100">
            <w:r>
              <w:t xml:space="preserve">[ººº] </w:t>
            </w:r>
          </w:p>
        </w:tc>
      </w:tr>
      <w:tr w:rsidR="00F06938" w14:paraId="7280924A" w14:textId="77777777" w:rsidTr="00680100">
        <w:tc>
          <w:tcPr>
            <w:tcW w:w="2880" w:type="dxa"/>
          </w:tcPr>
          <w:p w14:paraId="6BCFB1C5" w14:textId="77777777" w:rsidR="00F06938" w:rsidRDefault="00F06938" w:rsidP="00680100">
            <w:r>
              <w:t>01:23:15:16</w:t>
            </w:r>
          </w:p>
        </w:tc>
        <w:tc>
          <w:tcPr>
            <w:tcW w:w="2880" w:type="dxa"/>
          </w:tcPr>
          <w:p w14:paraId="19E3CD60" w14:textId="77777777" w:rsidR="00F06938" w:rsidRDefault="00F06938" w:rsidP="00680100"/>
        </w:tc>
        <w:tc>
          <w:tcPr>
            <w:tcW w:w="2880" w:type="dxa"/>
          </w:tcPr>
          <w:p w14:paraId="534AAAA0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º One of these goats is not like the other. º </w:t>
            </w:r>
          </w:p>
        </w:tc>
      </w:tr>
      <w:tr w:rsidR="00F06938" w14:paraId="63824F28" w14:textId="77777777" w:rsidTr="00680100">
        <w:tc>
          <w:tcPr>
            <w:tcW w:w="2880" w:type="dxa"/>
          </w:tcPr>
          <w:p w14:paraId="49791CBD" w14:textId="77777777" w:rsidR="00F06938" w:rsidRDefault="00F06938" w:rsidP="00680100">
            <w:r>
              <w:t>01:23:19:14</w:t>
            </w:r>
          </w:p>
        </w:tc>
        <w:tc>
          <w:tcPr>
            <w:tcW w:w="2880" w:type="dxa"/>
          </w:tcPr>
          <w:p w14:paraId="4650623D" w14:textId="77777777" w:rsidR="00F06938" w:rsidRDefault="00F06938" w:rsidP="00680100"/>
        </w:tc>
        <w:tc>
          <w:tcPr>
            <w:tcW w:w="2880" w:type="dxa"/>
          </w:tcPr>
          <w:p w14:paraId="14D5A75D" w14:textId="77777777" w:rsidR="00F06938" w:rsidRDefault="00F06938" w:rsidP="00680100">
            <w:r>
              <w:rPr>
                <w:b/>
              </w:rPr>
              <w:t xml:space="preserve">ALL: </w:t>
            </w:r>
            <w:r>
              <w:t xml:space="preserve">º Nobody's </w:t>
            </w:r>
            <w:proofErr w:type="gramStart"/>
            <w:r>
              <w:t>exactly the same</w:t>
            </w:r>
            <w:proofErr w:type="gramEnd"/>
            <w:r>
              <w:t xml:space="preserve">. º </w:t>
            </w:r>
          </w:p>
        </w:tc>
      </w:tr>
      <w:tr w:rsidR="00F06938" w14:paraId="4C9D40D3" w14:textId="77777777" w:rsidTr="00680100">
        <w:tc>
          <w:tcPr>
            <w:tcW w:w="2880" w:type="dxa"/>
          </w:tcPr>
          <w:p w14:paraId="1923B076" w14:textId="77777777" w:rsidR="00F06938" w:rsidRDefault="00F06938" w:rsidP="00680100">
            <w:r>
              <w:lastRenderedPageBreak/>
              <w:t>01:23:23:15</w:t>
            </w:r>
          </w:p>
        </w:tc>
        <w:tc>
          <w:tcPr>
            <w:tcW w:w="2880" w:type="dxa"/>
          </w:tcPr>
          <w:p w14:paraId="09356D2C" w14:textId="77777777" w:rsidR="00F06938" w:rsidRDefault="00F06938" w:rsidP="00680100"/>
        </w:tc>
        <w:tc>
          <w:tcPr>
            <w:tcW w:w="2880" w:type="dxa"/>
          </w:tcPr>
          <w:p w14:paraId="61A9DD57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º You can be a lot like your sister or brother, º </w:t>
            </w:r>
          </w:p>
        </w:tc>
      </w:tr>
      <w:tr w:rsidR="00F06938" w14:paraId="6BAC4A22" w14:textId="77777777" w:rsidTr="00680100">
        <w:tc>
          <w:tcPr>
            <w:tcW w:w="2880" w:type="dxa"/>
          </w:tcPr>
          <w:p w14:paraId="47CCBFE9" w14:textId="77777777" w:rsidR="00F06938" w:rsidRDefault="00F06938" w:rsidP="00680100">
            <w:r>
              <w:t>01:23:27:15</w:t>
            </w:r>
          </w:p>
        </w:tc>
        <w:tc>
          <w:tcPr>
            <w:tcW w:w="2880" w:type="dxa"/>
          </w:tcPr>
          <w:p w14:paraId="14EB1EA5" w14:textId="77777777" w:rsidR="00F06938" w:rsidRDefault="00F06938" w:rsidP="00680100"/>
        </w:tc>
        <w:tc>
          <w:tcPr>
            <w:tcW w:w="2880" w:type="dxa"/>
          </w:tcPr>
          <w:p w14:paraId="1B0360FB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never be exactly the same. º </w:t>
            </w:r>
          </w:p>
        </w:tc>
      </w:tr>
      <w:tr w:rsidR="00F06938" w14:paraId="3B46E4E9" w14:textId="77777777" w:rsidTr="00680100">
        <w:tc>
          <w:tcPr>
            <w:tcW w:w="2880" w:type="dxa"/>
          </w:tcPr>
          <w:p w14:paraId="4BA4E918" w14:textId="77777777" w:rsidR="00F06938" w:rsidRDefault="00F06938" w:rsidP="00680100">
            <w:r>
              <w:t>01:23:31:14</w:t>
            </w:r>
          </w:p>
        </w:tc>
        <w:tc>
          <w:tcPr>
            <w:tcW w:w="2880" w:type="dxa"/>
          </w:tcPr>
          <w:p w14:paraId="108F298B" w14:textId="77777777" w:rsidR="00F06938" w:rsidRDefault="00F06938" w:rsidP="00680100"/>
        </w:tc>
        <w:tc>
          <w:tcPr>
            <w:tcW w:w="2880" w:type="dxa"/>
          </w:tcPr>
          <w:p w14:paraId="5F397B95" w14:textId="77777777" w:rsidR="00F06938" w:rsidRDefault="00F06938" w:rsidP="00680100">
            <w:r>
              <w:rPr>
                <w:b/>
              </w:rPr>
              <w:t xml:space="preserve">ALL: </w:t>
            </w:r>
            <w:r>
              <w:t xml:space="preserve">º </w:t>
            </w:r>
            <w:proofErr w:type="spellStart"/>
            <w:r>
              <w:t>'Cause</w:t>
            </w:r>
            <w:proofErr w:type="spellEnd"/>
            <w:r>
              <w:t xml:space="preserve"> everyone's unique. º </w:t>
            </w:r>
          </w:p>
        </w:tc>
      </w:tr>
      <w:tr w:rsidR="00F06938" w14:paraId="21AFAA48" w14:textId="77777777" w:rsidTr="00680100">
        <w:tc>
          <w:tcPr>
            <w:tcW w:w="2880" w:type="dxa"/>
          </w:tcPr>
          <w:p w14:paraId="29C89A0F" w14:textId="77777777" w:rsidR="00F06938" w:rsidRDefault="00F06938" w:rsidP="00680100">
            <w:r>
              <w:t>01:23:33:03</w:t>
            </w:r>
          </w:p>
        </w:tc>
        <w:tc>
          <w:tcPr>
            <w:tcW w:w="2880" w:type="dxa"/>
          </w:tcPr>
          <w:p w14:paraId="0FCAFC02" w14:textId="77777777" w:rsidR="00F06938" w:rsidRDefault="00F06938" w:rsidP="00680100"/>
        </w:tc>
        <w:tc>
          <w:tcPr>
            <w:tcW w:w="2880" w:type="dxa"/>
          </w:tcPr>
          <w:p w14:paraId="793281EF" w14:textId="77777777" w:rsidR="00F06938" w:rsidRDefault="00F06938" w:rsidP="00680100">
            <w:r>
              <w:t xml:space="preserve">º </w:t>
            </w:r>
            <w:proofErr w:type="gramStart"/>
            <w:r>
              <w:t>In</w:t>
            </w:r>
            <w:proofErr w:type="gramEnd"/>
            <w:r>
              <w:t xml:space="preserve"> their own special way º </w:t>
            </w:r>
          </w:p>
        </w:tc>
      </w:tr>
      <w:tr w:rsidR="00F06938" w14:paraId="7408733D" w14:textId="77777777" w:rsidTr="00680100">
        <w:tc>
          <w:tcPr>
            <w:tcW w:w="2880" w:type="dxa"/>
          </w:tcPr>
          <w:p w14:paraId="6B245AC1" w14:textId="77777777" w:rsidR="00F06938" w:rsidRDefault="00F06938" w:rsidP="00680100">
            <w:r>
              <w:t>01:23:35:09</w:t>
            </w:r>
          </w:p>
        </w:tc>
        <w:tc>
          <w:tcPr>
            <w:tcW w:w="2880" w:type="dxa"/>
          </w:tcPr>
          <w:p w14:paraId="6CBA8CB4" w14:textId="77777777" w:rsidR="00F06938" w:rsidRDefault="00F06938" w:rsidP="00680100"/>
        </w:tc>
        <w:tc>
          <w:tcPr>
            <w:tcW w:w="2880" w:type="dxa"/>
          </w:tcPr>
          <w:p w14:paraId="4BB4D97D" w14:textId="77777777" w:rsidR="00F06938" w:rsidRDefault="00F06938" w:rsidP="00680100">
            <w:r>
              <w:rPr>
                <w:b/>
              </w:rPr>
              <w:t xml:space="preserve">ARI: </w:t>
            </w:r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you have to look close to see it º </w:t>
            </w:r>
          </w:p>
        </w:tc>
      </w:tr>
      <w:tr w:rsidR="00F06938" w14:paraId="1DE4AC04" w14:textId="77777777" w:rsidTr="00680100">
        <w:tc>
          <w:tcPr>
            <w:tcW w:w="2880" w:type="dxa"/>
          </w:tcPr>
          <w:p w14:paraId="0339DB68" w14:textId="77777777" w:rsidR="00F06938" w:rsidRDefault="00F06938" w:rsidP="00680100">
            <w:r>
              <w:t>01:23:39:12</w:t>
            </w:r>
          </w:p>
        </w:tc>
        <w:tc>
          <w:tcPr>
            <w:tcW w:w="2880" w:type="dxa"/>
          </w:tcPr>
          <w:p w14:paraId="5DA2DC27" w14:textId="77777777" w:rsidR="00F06938" w:rsidRDefault="00F06938" w:rsidP="00680100"/>
        </w:tc>
        <w:tc>
          <w:tcPr>
            <w:tcW w:w="2880" w:type="dxa"/>
          </w:tcPr>
          <w:p w14:paraId="4BE4A6ED" w14:textId="77777777" w:rsidR="00F06938" w:rsidRDefault="00F06938" w:rsidP="00680100">
            <w:r>
              <w:rPr>
                <w:b/>
              </w:rPr>
              <w:t xml:space="preserve">OLIVE: </w:t>
            </w:r>
            <w:r>
              <w:t xml:space="preserve">º Just take a closer peek. º </w:t>
            </w:r>
          </w:p>
        </w:tc>
      </w:tr>
      <w:tr w:rsidR="00F06938" w14:paraId="05D31502" w14:textId="77777777" w:rsidTr="00680100">
        <w:tc>
          <w:tcPr>
            <w:tcW w:w="2880" w:type="dxa"/>
          </w:tcPr>
          <w:p w14:paraId="68A7C7BA" w14:textId="77777777" w:rsidR="00F06938" w:rsidRDefault="00F06938" w:rsidP="00680100">
            <w:r>
              <w:t>01:23:41:14</w:t>
            </w:r>
          </w:p>
        </w:tc>
        <w:tc>
          <w:tcPr>
            <w:tcW w:w="2880" w:type="dxa"/>
          </w:tcPr>
          <w:p w14:paraId="07A62635" w14:textId="77777777" w:rsidR="00F06938" w:rsidRDefault="00F06938" w:rsidP="00680100"/>
        </w:tc>
        <w:tc>
          <w:tcPr>
            <w:tcW w:w="2880" w:type="dxa"/>
          </w:tcPr>
          <w:p w14:paraId="0C14677E" w14:textId="77777777" w:rsidR="00F06938" w:rsidRDefault="00F06938" w:rsidP="00680100">
            <w:r>
              <w:t xml:space="preserve">º </w:t>
            </w:r>
            <w:proofErr w:type="gramStart"/>
            <w:r>
              <w:t>At</w:t>
            </w:r>
            <w:proofErr w:type="gramEnd"/>
            <w:r>
              <w:t xml:space="preserve"> what they do and say º </w:t>
            </w:r>
          </w:p>
        </w:tc>
      </w:tr>
      <w:tr w:rsidR="00F06938" w14:paraId="1ABA4C3D" w14:textId="77777777" w:rsidTr="00680100">
        <w:tc>
          <w:tcPr>
            <w:tcW w:w="2880" w:type="dxa"/>
          </w:tcPr>
          <w:p w14:paraId="0DD9A51A" w14:textId="77777777" w:rsidR="00F06938" w:rsidRDefault="00F06938" w:rsidP="00680100">
            <w:r>
              <w:t>01:23:43:13</w:t>
            </w:r>
          </w:p>
        </w:tc>
        <w:tc>
          <w:tcPr>
            <w:tcW w:w="2880" w:type="dxa"/>
          </w:tcPr>
          <w:p w14:paraId="719F92D6" w14:textId="77777777" w:rsidR="00F06938" w:rsidRDefault="00F06938" w:rsidP="00680100"/>
        </w:tc>
        <w:tc>
          <w:tcPr>
            <w:tcW w:w="2880" w:type="dxa"/>
          </w:tcPr>
          <w:p w14:paraId="11D10505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you'll notice, I guarantee it! º </w:t>
            </w:r>
          </w:p>
        </w:tc>
      </w:tr>
      <w:tr w:rsidR="00F06938" w14:paraId="595C49E9" w14:textId="77777777" w:rsidTr="00680100">
        <w:tc>
          <w:tcPr>
            <w:tcW w:w="2880" w:type="dxa"/>
          </w:tcPr>
          <w:p w14:paraId="780B7535" w14:textId="77777777" w:rsidR="00F06938" w:rsidRDefault="00F06938" w:rsidP="00680100">
            <w:r>
              <w:t>01:23:47:09</w:t>
            </w:r>
          </w:p>
        </w:tc>
        <w:tc>
          <w:tcPr>
            <w:tcW w:w="2880" w:type="dxa"/>
          </w:tcPr>
          <w:p w14:paraId="6A9C632B" w14:textId="77777777" w:rsidR="00F06938" w:rsidRDefault="00F06938" w:rsidP="00680100"/>
        </w:tc>
        <w:tc>
          <w:tcPr>
            <w:tcW w:w="2880" w:type="dxa"/>
          </w:tcPr>
          <w:p w14:paraId="0C955EA3" w14:textId="77777777" w:rsidR="00F06938" w:rsidRDefault="00F06938" w:rsidP="00680100">
            <w:r>
              <w:rPr>
                <w:b/>
              </w:rPr>
              <w:t xml:space="preserve">ALL: </w:t>
            </w:r>
            <w:r>
              <w:t xml:space="preserve">º </w:t>
            </w:r>
            <w:proofErr w:type="spellStart"/>
            <w:r>
              <w:t>'Cause</w:t>
            </w:r>
            <w:proofErr w:type="spellEnd"/>
            <w:r>
              <w:t xml:space="preserve"> each one of us is not like the other. º </w:t>
            </w:r>
          </w:p>
        </w:tc>
      </w:tr>
      <w:tr w:rsidR="00F06938" w14:paraId="18BF6912" w14:textId="77777777" w:rsidTr="00680100">
        <w:tc>
          <w:tcPr>
            <w:tcW w:w="2880" w:type="dxa"/>
          </w:tcPr>
          <w:p w14:paraId="448C6069" w14:textId="77777777" w:rsidR="00F06938" w:rsidRDefault="00F06938" w:rsidP="00680100">
            <w:r>
              <w:t>01:23:51:12</w:t>
            </w:r>
          </w:p>
        </w:tc>
        <w:tc>
          <w:tcPr>
            <w:tcW w:w="2880" w:type="dxa"/>
          </w:tcPr>
          <w:p w14:paraId="585B8425" w14:textId="77777777" w:rsidR="00F06938" w:rsidRDefault="00F06938" w:rsidP="00680100"/>
        </w:tc>
        <w:tc>
          <w:tcPr>
            <w:tcW w:w="2880" w:type="dxa"/>
          </w:tcPr>
          <w:p w14:paraId="49E95DC7" w14:textId="77777777" w:rsidR="00F06938" w:rsidRDefault="00F06938" w:rsidP="00680100">
            <w:r>
              <w:t xml:space="preserve">º Nobody's </w:t>
            </w:r>
            <w:proofErr w:type="gramStart"/>
            <w:r>
              <w:t>exactly the same</w:t>
            </w:r>
            <w:proofErr w:type="gramEnd"/>
            <w:r>
              <w:t xml:space="preserve">! º </w:t>
            </w:r>
          </w:p>
        </w:tc>
      </w:tr>
      <w:tr w:rsidR="00F06938" w14:paraId="16DC420E" w14:textId="77777777" w:rsidTr="00680100">
        <w:tc>
          <w:tcPr>
            <w:tcW w:w="2880" w:type="dxa"/>
          </w:tcPr>
          <w:p w14:paraId="022E9FD9" w14:textId="77777777" w:rsidR="00F06938" w:rsidRDefault="00F06938" w:rsidP="00680100">
            <w:r>
              <w:t>01:23:55:14</w:t>
            </w:r>
          </w:p>
        </w:tc>
        <w:tc>
          <w:tcPr>
            <w:tcW w:w="2880" w:type="dxa"/>
          </w:tcPr>
          <w:p w14:paraId="51B7062C" w14:textId="77777777" w:rsidR="00F06938" w:rsidRDefault="00F06938" w:rsidP="00680100"/>
        </w:tc>
        <w:tc>
          <w:tcPr>
            <w:tcW w:w="2880" w:type="dxa"/>
          </w:tcPr>
          <w:p w14:paraId="7574A49E" w14:textId="77777777" w:rsidR="00F06938" w:rsidRDefault="00F06938" w:rsidP="00680100">
            <w:r>
              <w:t xml:space="preserve">º Nobody's </w:t>
            </w:r>
            <w:proofErr w:type="gramStart"/>
            <w:r>
              <w:t>exactly the same</w:t>
            </w:r>
            <w:proofErr w:type="gramEnd"/>
            <w:r>
              <w:t xml:space="preserve">! º </w:t>
            </w:r>
          </w:p>
        </w:tc>
      </w:tr>
      <w:tr w:rsidR="00F06938" w14:paraId="03DC2FEC" w14:textId="77777777" w:rsidTr="00680100">
        <w:tc>
          <w:tcPr>
            <w:tcW w:w="2880" w:type="dxa"/>
          </w:tcPr>
          <w:p w14:paraId="1ADEC1EB" w14:textId="77777777" w:rsidR="00F06938" w:rsidRDefault="00F06938" w:rsidP="00680100">
            <w:r>
              <w:t>01:24:00:02</w:t>
            </w:r>
          </w:p>
        </w:tc>
        <w:tc>
          <w:tcPr>
            <w:tcW w:w="2880" w:type="dxa"/>
          </w:tcPr>
          <w:p w14:paraId="6EC21C00" w14:textId="77777777" w:rsidR="00F06938" w:rsidRDefault="00F06938" w:rsidP="00680100"/>
        </w:tc>
        <w:tc>
          <w:tcPr>
            <w:tcW w:w="2880" w:type="dxa"/>
          </w:tcPr>
          <w:p w14:paraId="27B91EB8" w14:textId="77777777" w:rsidR="00F06938" w:rsidRDefault="00F06938" w:rsidP="00680100">
            <w:r>
              <w:rPr>
                <w:b/>
              </w:rPr>
              <w:t xml:space="preserve">CLASS: </w:t>
            </w:r>
            <w:r>
              <w:t xml:space="preserve">[cheer] </w:t>
            </w:r>
          </w:p>
        </w:tc>
      </w:tr>
      <w:tr w:rsidR="00F06938" w14:paraId="7E51DD5A" w14:textId="77777777" w:rsidTr="00680100">
        <w:tc>
          <w:tcPr>
            <w:tcW w:w="2880" w:type="dxa"/>
          </w:tcPr>
          <w:p w14:paraId="31271141" w14:textId="77777777" w:rsidR="00F06938" w:rsidRDefault="00F06938" w:rsidP="00680100">
            <w:r>
              <w:t>01:24:04:01</w:t>
            </w:r>
          </w:p>
        </w:tc>
        <w:tc>
          <w:tcPr>
            <w:tcW w:w="2880" w:type="dxa"/>
          </w:tcPr>
          <w:p w14:paraId="42CDBE02" w14:textId="77777777" w:rsidR="00F06938" w:rsidRDefault="00F06938" w:rsidP="00680100"/>
        </w:tc>
        <w:tc>
          <w:tcPr>
            <w:tcW w:w="2880" w:type="dxa"/>
          </w:tcPr>
          <w:p w14:paraId="69FF32EF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That was, that was wonderful! </w:t>
            </w:r>
          </w:p>
        </w:tc>
      </w:tr>
      <w:tr w:rsidR="00F06938" w14:paraId="6561BE12" w14:textId="77777777" w:rsidTr="00680100">
        <w:tc>
          <w:tcPr>
            <w:tcW w:w="2880" w:type="dxa"/>
          </w:tcPr>
          <w:p w14:paraId="25A5C06E" w14:textId="77777777" w:rsidR="00F06938" w:rsidRDefault="00F06938" w:rsidP="00680100">
            <w:r>
              <w:t>01:24:06:14</w:t>
            </w:r>
          </w:p>
        </w:tc>
        <w:tc>
          <w:tcPr>
            <w:tcW w:w="2880" w:type="dxa"/>
          </w:tcPr>
          <w:p w14:paraId="62D403D1" w14:textId="77777777" w:rsidR="00F06938" w:rsidRDefault="00F06938" w:rsidP="00680100"/>
        </w:tc>
        <w:tc>
          <w:tcPr>
            <w:tcW w:w="2880" w:type="dxa"/>
          </w:tcPr>
          <w:p w14:paraId="7AA34A2E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And that was nice dancing Mary! </w:t>
            </w:r>
          </w:p>
        </w:tc>
      </w:tr>
      <w:tr w:rsidR="00F06938" w14:paraId="7398E465" w14:textId="77777777" w:rsidTr="00680100">
        <w:tc>
          <w:tcPr>
            <w:tcW w:w="2880" w:type="dxa"/>
          </w:tcPr>
          <w:p w14:paraId="71C5A003" w14:textId="77777777" w:rsidR="00F06938" w:rsidRDefault="00F06938" w:rsidP="00680100">
            <w:r>
              <w:t>01:24:08:13</w:t>
            </w:r>
          </w:p>
        </w:tc>
        <w:tc>
          <w:tcPr>
            <w:tcW w:w="2880" w:type="dxa"/>
          </w:tcPr>
          <w:p w14:paraId="45988D5F" w14:textId="77777777" w:rsidR="00F06938" w:rsidRDefault="00F06938" w:rsidP="00680100"/>
        </w:tc>
        <w:tc>
          <w:tcPr>
            <w:tcW w:w="2880" w:type="dxa"/>
          </w:tcPr>
          <w:p w14:paraId="08746023" w14:textId="77777777" w:rsidR="00F06938" w:rsidRDefault="00F06938" w:rsidP="00680100">
            <w:r>
              <w:t xml:space="preserve">And great watching, Lizzie. </w:t>
            </w:r>
          </w:p>
        </w:tc>
      </w:tr>
      <w:tr w:rsidR="00F06938" w14:paraId="2C3C7843" w14:textId="77777777" w:rsidTr="00680100">
        <w:tc>
          <w:tcPr>
            <w:tcW w:w="2880" w:type="dxa"/>
          </w:tcPr>
          <w:p w14:paraId="4B7EF40C" w14:textId="77777777" w:rsidR="00F06938" w:rsidRDefault="00F06938" w:rsidP="00680100">
            <w:r>
              <w:t>01:24:10:13</w:t>
            </w:r>
          </w:p>
        </w:tc>
        <w:tc>
          <w:tcPr>
            <w:tcW w:w="2880" w:type="dxa"/>
          </w:tcPr>
          <w:p w14:paraId="606545DA" w14:textId="77777777" w:rsidR="00F06938" w:rsidRDefault="00F06938" w:rsidP="00680100"/>
        </w:tc>
        <w:tc>
          <w:tcPr>
            <w:tcW w:w="2880" w:type="dxa"/>
          </w:tcPr>
          <w:p w14:paraId="28359FB4" w14:textId="77777777" w:rsidR="00F06938" w:rsidRDefault="00F06938" w:rsidP="00680100">
            <w:r>
              <w:rPr>
                <w:b/>
              </w:rPr>
              <w:t xml:space="preserve">MARY AND LIZZIE: </w:t>
            </w:r>
            <w:r>
              <w:t xml:space="preserve">[gasp] You could tell us apart! </w:t>
            </w:r>
          </w:p>
        </w:tc>
      </w:tr>
      <w:tr w:rsidR="00F06938" w14:paraId="2FCC2E45" w14:textId="77777777" w:rsidTr="00680100">
        <w:tc>
          <w:tcPr>
            <w:tcW w:w="2880" w:type="dxa"/>
          </w:tcPr>
          <w:p w14:paraId="26DE5AD6" w14:textId="77777777" w:rsidR="00F06938" w:rsidRDefault="00F06938" w:rsidP="00680100">
            <w:r>
              <w:t>01:24:13:03</w:t>
            </w:r>
          </w:p>
        </w:tc>
        <w:tc>
          <w:tcPr>
            <w:tcW w:w="2880" w:type="dxa"/>
          </w:tcPr>
          <w:p w14:paraId="3B4F9BEF" w14:textId="77777777" w:rsidR="00F06938" w:rsidRDefault="00F06938" w:rsidP="00680100"/>
        </w:tc>
        <w:tc>
          <w:tcPr>
            <w:tcW w:w="2880" w:type="dxa"/>
          </w:tcPr>
          <w:p w14:paraId="781DF1A5" w14:textId="77777777" w:rsidR="00F06938" w:rsidRDefault="00F06938" w:rsidP="00680100">
            <w:r>
              <w:rPr>
                <w:b/>
              </w:rPr>
              <w:t xml:space="preserve">MR. HAMSTER: </w:t>
            </w:r>
            <w:r>
              <w:t xml:space="preserve">Of course! </w:t>
            </w:r>
          </w:p>
        </w:tc>
      </w:tr>
      <w:tr w:rsidR="00F06938" w14:paraId="308F48AD" w14:textId="77777777" w:rsidTr="00680100">
        <w:tc>
          <w:tcPr>
            <w:tcW w:w="2880" w:type="dxa"/>
          </w:tcPr>
          <w:p w14:paraId="4717D320" w14:textId="77777777" w:rsidR="00F06938" w:rsidRDefault="00F06938" w:rsidP="00680100">
            <w:r>
              <w:lastRenderedPageBreak/>
              <w:t>01:24:14:04</w:t>
            </w:r>
          </w:p>
        </w:tc>
        <w:tc>
          <w:tcPr>
            <w:tcW w:w="2880" w:type="dxa"/>
          </w:tcPr>
          <w:p w14:paraId="780B4618" w14:textId="77777777" w:rsidR="00F06938" w:rsidRDefault="00F06938" w:rsidP="00680100"/>
        </w:tc>
        <w:tc>
          <w:tcPr>
            <w:tcW w:w="2880" w:type="dxa"/>
          </w:tcPr>
          <w:p w14:paraId="638CEDE5" w14:textId="77777777" w:rsidR="00F06938" w:rsidRDefault="00F06938" w:rsidP="00680100">
            <w:r>
              <w:t xml:space="preserve">You know how? </w:t>
            </w:r>
          </w:p>
        </w:tc>
      </w:tr>
      <w:tr w:rsidR="00F06938" w14:paraId="499E3A1B" w14:textId="77777777" w:rsidTr="00680100">
        <w:tc>
          <w:tcPr>
            <w:tcW w:w="2880" w:type="dxa"/>
          </w:tcPr>
          <w:p w14:paraId="03E3F090" w14:textId="77777777" w:rsidR="00F06938" w:rsidRDefault="00F06938" w:rsidP="00680100">
            <w:r>
              <w:t>01:24:15:08</w:t>
            </w:r>
          </w:p>
        </w:tc>
        <w:tc>
          <w:tcPr>
            <w:tcW w:w="2880" w:type="dxa"/>
          </w:tcPr>
          <w:p w14:paraId="5A908460" w14:textId="77777777" w:rsidR="00F06938" w:rsidRDefault="00F06938" w:rsidP="00680100"/>
        </w:tc>
        <w:tc>
          <w:tcPr>
            <w:tcW w:w="2880" w:type="dxa"/>
          </w:tcPr>
          <w:p w14:paraId="75333C53" w14:textId="77777777" w:rsidR="00F06938" w:rsidRDefault="00F06938" w:rsidP="00680100">
            <w:r>
              <w:rPr>
                <w:b/>
              </w:rPr>
              <w:t xml:space="preserve">ELINOR: </w:t>
            </w:r>
            <w:r>
              <w:t xml:space="preserve">By looking more closely! </w:t>
            </w:r>
          </w:p>
        </w:tc>
      </w:tr>
      <w:tr w:rsidR="00F06938" w14:paraId="621F451F" w14:textId="77777777" w:rsidTr="00680100">
        <w:tc>
          <w:tcPr>
            <w:tcW w:w="2880" w:type="dxa"/>
          </w:tcPr>
          <w:p w14:paraId="562804AF" w14:textId="77777777" w:rsidR="00F06938" w:rsidRDefault="00F06938" w:rsidP="00680100">
            <w:r>
              <w:t>01:24:17:15</w:t>
            </w:r>
          </w:p>
        </w:tc>
        <w:tc>
          <w:tcPr>
            <w:tcW w:w="2880" w:type="dxa"/>
          </w:tcPr>
          <w:p w14:paraId="58489679" w14:textId="77777777" w:rsidR="00F06938" w:rsidRDefault="00F06938" w:rsidP="00680100"/>
        </w:tc>
        <w:tc>
          <w:tcPr>
            <w:tcW w:w="2880" w:type="dxa"/>
          </w:tcPr>
          <w:p w14:paraId="73C1852F" w14:textId="77777777" w:rsidR="00F06938" w:rsidRDefault="00F06938" w:rsidP="00680100">
            <w:r>
              <w:rPr>
                <w:b/>
              </w:rPr>
              <w:t xml:space="preserve">KIDS: </w:t>
            </w:r>
            <w:r>
              <w:t xml:space="preserve">Because nobody's </w:t>
            </w:r>
            <w:proofErr w:type="gramStart"/>
            <w:r>
              <w:t>exactly the same</w:t>
            </w:r>
            <w:proofErr w:type="gramEnd"/>
            <w:r>
              <w:t xml:space="preserve">! </w:t>
            </w:r>
          </w:p>
        </w:tc>
      </w:tr>
      <w:tr w:rsidR="00F06938" w14:paraId="34E3E10D" w14:textId="77777777" w:rsidTr="00680100">
        <w:tc>
          <w:tcPr>
            <w:tcW w:w="2880" w:type="dxa"/>
          </w:tcPr>
          <w:p w14:paraId="64ABA993" w14:textId="77777777" w:rsidR="00F06938" w:rsidRDefault="00F06938" w:rsidP="00680100">
            <w:r>
              <w:t>01:24:20:14</w:t>
            </w:r>
          </w:p>
        </w:tc>
        <w:tc>
          <w:tcPr>
            <w:tcW w:w="2880" w:type="dxa"/>
          </w:tcPr>
          <w:p w14:paraId="28955B26" w14:textId="77777777" w:rsidR="00F06938" w:rsidRDefault="00F06938" w:rsidP="00680100"/>
        </w:tc>
        <w:tc>
          <w:tcPr>
            <w:tcW w:w="2880" w:type="dxa"/>
          </w:tcPr>
          <w:p w14:paraId="04D6861E" w14:textId="77777777" w:rsidR="00F06938" w:rsidRDefault="00F06938" w:rsidP="00680100">
            <w:r>
              <w:rPr>
                <w:b/>
              </w:rPr>
              <w:t xml:space="preserve">ALL: </w:t>
            </w:r>
            <w:r>
              <w:t xml:space="preserve">[cheer] </w:t>
            </w:r>
          </w:p>
        </w:tc>
      </w:tr>
      <w:tr w:rsidR="00F06938" w14:paraId="754CAF64" w14:textId="77777777" w:rsidTr="00680100">
        <w:tc>
          <w:tcPr>
            <w:tcW w:w="2880" w:type="dxa"/>
          </w:tcPr>
          <w:p w14:paraId="253D7363" w14:textId="77777777" w:rsidR="00F06938" w:rsidRDefault="00F06938" w:rsidP="00680100">
            <w:r>
              <w:t>01:24:22:22</w:t>
            </w:r>
          </w:p>
        </w:tc>
        <w:tc>
          <w:tcPr>
            <w:tcW w:w="2880" w:type="dxa"/>
          </w:tcPr>
          <w:p w14:paraId="41805144" w14:textId="77777777" w:rsidR="00F06938" w:rsidRDefault="00F06938" w:rsidP="00680100"/>
        </w:tc>
        <w:tc>
          <w:tcPr>
            <w:tcW w:w="2880" w:type="dxa"/>
          </w:tcPr>
          <w:p w14:paraId="72BA6F4C" w14:textId="77777777" w:rsidR="00F06938" w:rsidRDefault="00F06938" w:rsidP="00680100">
            <w:r>
              <w:t xml:space="preserve">[º] </w:t>
            </w:r>
          </w:p>
        </w:tc>
      </w:tr>
      <w:tr w:rsidR="00F06938" w14:paraId="61965EDE" w14:textId="77777777" w:rsidTr="00680100">
        <w:tc>
          <w:tcPr>
            <w:tcW w:w="2880" w:type="dxa"/>
          </w:tcPr>
          <w:p w14:paraId="19F1880A" w14:textId="77777777" w:rsidR="00F06938" w:rsidRDefault="00F06938" w:rsidP="00680100">
            <w:r>
              <w:t>01:24:28:20</w:t>
            </w:r>
          </w:p>
        </w:tc>
        <w:tc>
          <w:tcPr>
            <w:tcW w:w="2880" w:type="dxa"/>
          </w:tcPr>
          <w:p w14:paraId="61FCB315" w14:textId="77777777" w:rsidR="00F06938" w:rsidRDefault="00F06938" w:rsidP="00680100"/>
        </w:tc>
        <w:tc>
          <w:tcPr>
            <w:tcW w:w="2880" w:type="dxa"/>
          </w:tcPr>
          <w:p w14:paraId="366F2976" w14:textId="77777777" w:rsidR="00F06938" w:rsidRDefault="00F06938" w:rsidP="00680100">
            <w:r>
              <w:t xml:space="preserve">[ººº] </w:t>
            </w:r>
          </w:p>
        </w:tc>
      </w:tr>
    </w:tbl>
    <w:p w14:paraId="4F80F382" w14:textId="77777777" w:rsidR="00292F2F" w:rsidRDefault="00292F2F"/>
    <w:sectPr w:rsidR="00292F2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D9401" w14:textId="77777777" w:rsidR="00F06938" w:rsidRDefault="00F06938" w:rsidP="00F06938">
      <w:pPr>
        <w:spacing w:after="0" w:line="240" w:lineRule="auto"/>
      </w:pPr>
      <w:r>
        <w:separator/>
      </w:r>
    </w:p>
  </w:endnote>
  <w:endnote w:type="continuationSeparator" w:id="0">
    <w:p w14:paraId="342D8CEF" w14:textId="77777777" w:rsidR="00F06938" w:rsidRDefault="00F06938" w:rsidP="00F06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2728B" w14:textId="77777777" w:rsidR="00F06938" w:rsidRDefault="00F06938" w:rsidP="00F06938">
      <w:pPr>
        <w:spacing w:after="0" w:line="240" w:lineRule="auto"/>
      </w:pPr>
      <w:r>
        <w:separator/>
      </w:r>
    </w:p>
  </w:footnote>
  <w:footnote w:type="continuationSeparator" w:id="0">
    <w:p w14:paraId="5C6280DB" w14:textId="77777777" w:rsidR="00F06938" w:rsidRDefault="00F06938" w:rsidP="00F06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2B045" w14:textId="06F63F02" w:rsidR="00F06938" w:rsidRDefault="00F06938">
    <w:pPr>
      <w:pStyle w:val="Header"/>
    </w:pPr>
    <w:r>
      <w:t>EWW109B_TRANSCRIPT_DOM_INT</w:t>
    </w:r>
  </w:p>
  <w:p w14:paraId="69C89D74" w14:textId="77777777" w:rsidR="00F06938" w:rsidRDefault="00F069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38"/>
    <w:rsid w:val="00070A67"/>
    <w:rsid w:val="00292F2F"/>
    <w:rsid w:val="004F43B2"/>
    <w:rsid w:val="006C4D3C"/>
    <w:rsid w:val="00F0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1A86D"/>
  <w15:chartTrackingRefBased/>
  <w15:docId w15:val="{71FBA146-349B-4030-814E-2E6AA7EE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06938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F069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93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069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938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F06938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F069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06938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F0693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06938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F0693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F06938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F06938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F06938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F06938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F0693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F0693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F06938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F06938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F06938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F06938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F0693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F0693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F06938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F06938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F06938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F0693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06938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06938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06938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06938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06938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06938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06938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F069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F069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F0693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F0693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F0693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F0693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F0693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F0693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F06938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06938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1660</Words>
  <Characters>9465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2020-03-09T19:27:00Z</dcterms:created>
  <dcterms:modified xsi:type="dcterms:W3CDTF">2020-03-09T19:28:00Z</dcterms:modified>
</cp:coreProperties>
</file>