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6"/>
        <w:gridCol w:w="2876"/>
        <w:gridCol w:w="2878"/>
      </w:tblGrid>
      <w:tr w:rsidR="00797E7C" w:rsidTr="00243EDF">
        <w:tc>
          <w:tcPr>
            <w:tcW w:w="2880" w:type="dxa"/>
          </w:tcPr>
          <w:p w:rsidR="00797E7C" w:rsidRDefault="00243EDF">
            <w:r>
              <w:t>TC:</w:t>
            </w:r>
          </w:p>
        </w:tc>
        <w:tc>
          <w:tcPr>
            <w:tcW w:w="2880" w:type="dxa"/>
          </w:tcPr>
          <w:p w:rsidR="00797E7C" w:rsidRDefault="00243EDF">
            <w:r>
              <w:t>VIDEO:</w:t>
            </w:r>
          </w:p>
        </w:tc>
        <w:tc>
          <w:tcPr>
            <w:tcW w:w="2880" w:type="dxa"/>
          </w:tcPr>
          <w:p w:rsidR="00797E7C" w:rsidRDefault="00243EDF">
            <w:r>
              <w:t>AUDIO: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01:00:00:08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[ººº]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01:00:01:21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Wherever I go,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01:00:03:15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I see things that I want to know.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01:00:05:14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Wherever I am,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01:00:07:00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I find things that I want to understand.º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01:00:09:07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ºGo and explore, listen and see,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01:00:12:21</w:t>
            </w:r>
          </w:p>
        </w:tc>
        <w:tc>
          <w:tcPr>
            <w:tcW w:w="2880" w:type="dxa"/>
          </w:tcPr>
          <w:p w:rsidR="00797E7C" w:rsidRDefault="00797E7C">
            <w:bookmarkStart w:id="0" w:name="_GoBack"/>
            <w:bookmarkEnd w:id="0"/>
          </w:p>
        </w:tc>
        <w:tc>
          <w:tcPr>
            <w:tcW w:w="2880" w:type="dxa"/>
          </w:tcPr>
          <w:p w:rsidR="00797E7C" w:rsidRDefault="00243EDF">
            <w:r>
              <w:t xml:space="preserve">º just follow your curiosity.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01:00:16:16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01:00:20:07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birds sing and how do they fly?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01:00:23:21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01:00:27:15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ants march and where do they hide?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01:00:31:08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There's so much to learn,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01:00:33:07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wherever you turn,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01:00:35:02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just listen and see,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01:00:36:20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and follow your curiosity.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01:00:40:17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>[ººº]</w:t>
            </w:r>
            <w:r>
              <w:t xml:space="preserve">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01:00:42:09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01:00:46:04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Ask a question, </w:t>
            </w:r>
            <w:r>
              <w:lastRenderedPageBreak/>
              <w:t xml:space="preserve">what will you find?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lastRenderedPageBreak/>
              <w:t>01:00:49:18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01:00:53:12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Just listen and see, come and wonder with me.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01:01:01:01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[ººº]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01:01:06:04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"Speed Racer"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01:01:08:04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[bird singing]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01:01:12:05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MR. RABBIT: </w:t>
            </w:r>
            <w:r>
              <w:t xml:space="preserve">Hi Elinor.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01:01:13:07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Morning Dad.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01:01:14:14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[ººº]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01:01:25:06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Good morning little bird.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01:01:27:12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[humming]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01:01:30:15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We're building a car, we're building a car.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01:01:34:05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Yes we are! Yes we are!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01:01:37:07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We're gonna go far!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01:01:38:12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In our caaaaar!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01:01:41:00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KIDS: </w:t>
            </w:r>
            <w:r>
              <w:t xml:space="preserve">[laugh]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01:01:44:04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Ah!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01:01:45:10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Wow! Our car looks amazing!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01:01:48:09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It sure does, Ari!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01:01:50:10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And those are some cool decorations, Olive.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lastRenderedPageBreak/>
              <w:t>01:01:53:18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Thanks!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01:01:54:18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MR. RABBIT: </w:t>
            </w:r>
            <w:r>
              <w:t xml:space="preserve">Oooh! That looks great, kids!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01:01:58:16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What are you going to call your new car?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01:02:00:10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ELINR: </w:t>
            </w:r>
            <w:r>
              <w:t xml:space="preserve">Ummm...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01:02:01:21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MR. RABBIT: </w:t>
            </w:r>
            <w:r>
              <w:t xml:space="preserve">The Rabbit Racer?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01:02:04:11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The Batmobile?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01:02:06:01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[chuckle] The Elephant in the Vroom, Vrooooomm?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01:02:09:15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[giggles]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01:02:10:15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[giggles]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01:02:11:15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MR. RABBIT: </w:t>
            </w:r>
            <w:r>
              <w:t xml:space="preserve">[giggles]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01:02:13:05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[giggle] My dad likes silly jokes.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01:02:16:02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Yeah, my dad does that, too.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01:02:18:04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They're called dad jokes.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01:02:20:06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Do you think it'll </w:t>
            </w:r>
            <w:r>
              <w:t xml:space="preserve">go fast, Mr. Rabbit?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01:02:22:17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Yeah, I want it to go super fast!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01:02:25:15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I want to feel the wind in my ears!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01:02:28:21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Shooom!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01:02:30:19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MR. RABBIT: </w:t>
            </w:r>
            <w:r>
              <w:t xml:space="preserve">Well, there's only one way to find out.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01:02:33:15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Are you going to </w:t>
            </w:r>
            <w:r>
              <w:t xml:space="preserve">take it for a ride?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lastRenderedPageBreak/>
              <w:t>01:02:35:04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Yup!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01:02:36:04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We're going to ride it down the little hill near here.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01:02:39:05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MR. RABBIT: </w:t>
            </w:r>
            <w:r>
              <w:t xml:space="preserve">Okay.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01:02:40:18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Have fun, kids!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01:02:41:21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Don't worry, Mr. Rabbit,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01:02:43:20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We'll be </w:t>
            </w:r>
            <w:r>
              <w:t xml:space="preserve">extra careful!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01:02:46:22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Dads also like being extra careful.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01:02:50:03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[º]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01:02:56:05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C'mon Ari, just a little more.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01:02:57:19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Oh! this is a big hill.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01:02:59:03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Almost there, think happy thoughts.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01:03:01:03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KIDS: </w:t>
            </w:r>
            <w:r>
              <w:t xml:space="preserve">[efforts]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01:03:03:11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[sighs]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01:03:04:16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That was hard work.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01:03:07:09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Okay, we're ready for our first test.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01:03:12:20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Don't forget to buckle your helmet!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01:03:16:20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Ready?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01:03:18:04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Ready!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01:03:19:04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Set?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01:03:20:05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Set!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lastRenderedPageBreak/>
              <w:t>01:03:21:07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 </w:t>
            </w:r>
            <w:r>
              <w:t xml:space="preserve">/ </w:t>
            </w:r>
            <w:r>
              <w:rPr>
                <w:b/>
              </w:rPr>
              <w:t xml:space="preserve">ARI: </w:t>
            </w:r>
            <w:r>
              <w:t xml:space="preserve">Three!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01:03:22:07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Two!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01:03:23:07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One!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01:03:24:07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Go!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01:03:26:20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Wheeeeeeee!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01:03:30:09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CAMILLA: </w:t>
            </w:r>
            <w:r>
              <w:t xml:space="preserve">[honk] </w:t>
            </w:r>
            <w:r>
              <w:t xml:space="preserve">Coming through!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01:03:32:09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Whoa.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01:03:38:19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Hi, Camilla!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01:03:39:22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CAMILLA: </w:t>
            </w:r>
            <w:r>
              <w:t xml:space="preserve">Hi, Elinor!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01:03:41:06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Hold on.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01:03:45:06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Whoa!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01:03:46:06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Your car is amazing!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01:03:48:23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CAMILLA: </w:t>
            </w:r>
            <w:r>
              <w:t xml:space="preserve">Thanks! It's brand </w:t>
            </w:r>
            <w:r>
              <w:t xml:space="preserve">new.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01:03:51:09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I got it for my birthday.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01:03:53:03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I call it...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01:03:54:10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The Camilla Convertible!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01:03:56:19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Cool...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01:03:58:07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Your car is so fast, Camilla!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01:04:00:11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I love the yellow color.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01:04:02:16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And look, It has a racing stripe.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01:04:04:22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And a cup holder!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01:04:06:15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KIDS: </w:t>
            </w:r>
            <w:r>
              <w:t xml:space="preserve">Woooowwwww.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lastRenderedPageBreak/>
              <w:t>01:04:13:04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CAMILLA: </w:t>
            </w:r>
            <w:r>
              <w:t xml:space="preserve">Your car is nice, too, Elinor.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01:04:15:09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Thanks, Camilla, we made it ourselves!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01:04:18:10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But it's not going as fast as yours.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01:04:21:07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I wonder...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01:04:23:10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how can we make our car go faster?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01:04:27:09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01:04:30:04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Both of our cars have the same wheels.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01:04:32:23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And we both went </w:t>
            </w:r>
            <w:r>
              <w:t xml:space="preserve">down the same hill.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01:04:36:17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I wonder why Camilla's car is faster than ours?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01:04:42:14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I know!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01:04:44:18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Maybe if we paint our car yellow...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01:04:46:21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and draw a stripe on it like Camilla's,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01:04:49:02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our car will go </w:t>
            </w:r>
            <w:r>
              <w:t xml:space="preserve">faster!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01:04:51:11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That is a great idea!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01:04:53:18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Let's take it back to your house...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01:04:55:17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and make some changes.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01:04:59:03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Bye, Camilla!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01:05:00:03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CAMILLA: </w:t>
            </w:r>
            <w:r>
              <w:t xml:space="preserve">Bye.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lastRenderedPageBreak/>
              <w:t>01:05:06:12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Okay, let's </w:t>
            </w:r>
            <w:r>
              <w:t xml:space="preserve">paint the car yellow.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01:05:09:04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And add a stripe!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01:05:12:03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[ººº]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01:05:30:13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There!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01:05:32:09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MR. RABBIT: </w:t>
            </w:r>
            <w:r>
              <w:t xml:space="preserve">Very nice!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01:05:35:09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But why did you repaint your car?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01:05:37:09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Well Camilla has a fast car,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01:05:39:15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and it's yellow.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01:05:40:18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With a racing stripe, just like this!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01:05:44:02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We thought if we made our car the same color as hers,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01:05:47:06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our car might go faster too.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01:05:49:19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MR. RABBIT: </w:t>
            </w:r>
            <w:r>
              <w:t xml:space="preserve">Oh. Okay!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01:05:52:07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And now to test it.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01:05:57:00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Bye, Dad!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01:05:58:09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MR. RABBIT: </w:t>
            </w:r>
            <w:r>
              <w:t xml:space="preserve">[chuckle] Bye kids.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01:06:02:09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KIDS: </w:t>
            </w:r>
            <w:r>
              <w:t xml:space="preserve">[efforts]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01:06:03:10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This is a big hill.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01:06:07:12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Huh?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01:06:08:12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Whoa! That bird is so </w:t>
            </w:r>
            <w:r>
              <w:t xml:space="preserve">fast!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01:06:11:16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I can't wait to see how fast we go!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lastRenderedPageBreak/>
              <w:t>01:06:14:10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Yeah! C'mon.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01:06:16:04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KIDS: </w:t>
            </w:r>
            <w:r>
              <w:t xml:space="preserve">[efforts]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01:06:20:04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KIDS: </w:t>
            </w:r>
            <w:r>
              <w:t xml:space="preserve">[sigh]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01:06:22:12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Wooo... </w:t>
            </w:r>
            <w:r>
              <w:rPr>
                <w:b/>
              </w:rPr>
              <w:t xml:space="preserve">ELINOR: </w:t>
            </w:r>
            <w:r>
              <w:t xml:space="preserve">Oooh...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01:06:24:04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I have a good feeling about </w:t>
            </w:r>
            <w:r>
              <w:t xml:space="preserve">this!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01:06:26:22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Our car looks so fast!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01:06:32:06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Ready?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01:06:33:14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Set!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01:06:35:03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Goooooo! </w:t>
            </w:r>
            <w:r>
              <w:rPr>
                <w:b/>
              </w:rPr>
              <w:t xml:space="preserve">ARI: </w:t>
            </w:r>
            <w:r>
              <w:t xml:space="preserve">Goooooo!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01:06:38:02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Wheeeeeeee!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01:06:39:21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CAMILLA: </w:t>
            </w:r>
            <w:r>
              <w:t xml:space="preserve">[honks] Wheeee!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01:06:47:10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Aw, it </w:t>
            </w:r>
            <w:r>
              <w:t xml:space="preserve">didn't go faster.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01:06:50:12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What happened?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01:06:52:02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01:06:53:06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Painting our car yellow with a racing stripe...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01:06:55:20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didn't make our car go faster.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01:06:58:03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I really thought that would help.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01:07:00:04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What else can we try?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01:07:02:19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Mmmm...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01:07:04:04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Maybe it's the cup holder.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lastRenderedPageBreak/>
              <w:t>01:07:06:02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Her car has one but ours doesn't.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01:07:11:00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Let's put a cup holder in our car.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01:07:13:22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Let's go!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01:07:14:22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[ººº]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01:07:28:03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There, now our car has a cup holder too.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01:07:31:19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I bet that's gonna make it faster.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01:07:33:23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Let's go try it out.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01:07:35:15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[º]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01:07:42:03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Ooooh.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01:07:43:19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Hi, </w:t>
            </w:r>
            <w:r>
              <w:t xml:space="preserve">little fishies!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01:07:48:06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Whoa, those are some fast fish!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01:07:53:14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I have a really good feeling about this.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01:07:56:20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OLVE: </w:t>
            </w:r>
            <w:r>
              <w:t xml:space="preserve">Our car looks super fast.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01:08:00:13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Woo-hoo!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01:08:02:09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Ready!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01:08:03:15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Set!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01:08:05:03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KIDS: </w:t>
            </w:r>
            <w:r>
              <w:t xml:space="preserve">Gooo!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01:08:08:02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Wheee!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01:08:10:03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CAMILLA: </w:t>
            </w:r>
            <w:r>
              <w:t xml:space="preserve">[honks] Wheeeeee!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01:08:16:23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Huh?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lastRenderedPageBreak/>
              <w:t>01:08:17:23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It still didn't go faster.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01:08:21:19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Adding a cup holder didn't make the </w:t>
            </w:r>
            <w:r>
              <w:t xml:space="preserve">car go faster.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01:08:25:18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Hmmm...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01:08:28:03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What else is different about our car?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01:08:31:23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Wait a minute, I notice something!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01:08:35:06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Our car is boxy.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01:08:37:17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Like this...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01:08:39:01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And Camilla's car is kind of shaped like this.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01:08:43:12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Oh!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01:08:44:19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I see the difference.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01:08:46:11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You're right!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01:08:47:14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We need to change the shape of our car.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01:08:49:21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C'mon, let's go back to my </w:t>
            </w:r>
            <w:r>
              <w:t xml:space="preserve">yard.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01:08:51:14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[º]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01:08:58:06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Ok, let's change the shape of our car.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01:09:01:19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Are we sure this is going to work?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01:09:03:23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Maybe we should think about...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01:09:05:14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other things that move fast.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01:09:07:10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Just to be sure.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lastRenderedPageBreak/>
              <w:t>01:09:10:14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Birds!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01:09:12:07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Birds are really fast!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01:09:19:17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Hmm...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01:09:20:17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Oh oh... and fish!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01:09:24:12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Fish are super fast, too!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01:09:30:20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Wait a second...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01:09:32:21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Look!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01:09:33:21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They're all sort of the same shape.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01:09:36:17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Camilla's car, the bird, and the fish...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01:09:40:02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They're all pointy in the front and round in the middle.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01:09:44:13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And they're all fast!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01:09:46:21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MR. RABBIT: </w:t>
            </w:r>
            <w:r>
              <w:t xml:space="preserve">Oh, yes, that's called being "streamlined."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01:09:50:16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It means it's easier for the air to go around you...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01:09:53:18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instead of pushing you back.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01:09:55:23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MR. RABBIT: </w:t>
            </w:r>
            <w:r>
              <w:t xml:space="preserve">So, things that are </w:t>
            </w:r>
            <w:r>
              <w:t xml:space="preserve">streamlined...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01:09:57:18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can move through the air faster,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01:09:59:19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but boxy things get slowed down.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01:10:04:07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KIDS: </w:t>
            </w:r>
            <w:r>
              <w:t xml:space="preserve">Cool!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01:10:05:14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Whoa, that is so interesting!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lastRenderedPageBreak/>
              <w:t>01:10:08:16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Let's do it!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01:10:09:20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Let's make the </w:t>
            </w:r>
            <w:r>
              <w:t xml:space="preserve">shape of our car streamlined!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01:10:12:23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[ººº]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01:10:15:07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º If a car is painted slick,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01:10:18:20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º But it's boxy like a brick,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01:10:22:19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º Then it just won't go that quick!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01:10:26:13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º So with </w:t>
            </w:r>
            <w:r>
              <w:t xml:space="preserve">scissors and some tape,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01:10:30:17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º We're gonna change its shape!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01:10:34:12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º 'Cuz we learned, and now we know...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01:10:38:10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ALL: </w:t>
            </w:r>
            <w:r>
              <w:t xml:space="preserve">º That pointy shapes help you go!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01:10:42:11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Pointy shapes...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01:10:44:10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Help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01:10:45:10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You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01:10:46:10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º Go! º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01:10:48:21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Yeah!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01:10:49:21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Woo hoo!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01:10:50:21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Now it's a lot pointier.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01:10:52:15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It's like a bird car!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01:10:54:02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MR. RABBIT: </w:t>
            </w:r>
            <w:r>
              <w:t xml:space="preserve">[gasp] You could </w:t>
            </w:r>
            <w:r>
              <w:t xml:space="preserve">call it...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01:10:56:14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The Chicken Coupe. [giggle]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lastRenderedPageBreak/>
              <w:t>01:11:01:21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[giggle] That's another dad joke.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01:11:04:21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Acha cha!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01:11:06:06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Mmm...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01:11:07:07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01:11:09:17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Okay, let's go try it!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01:11:14:09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MR. RABBIT: </w:t>
            </w:r>
            <w:r>
              <w:t xml:space="preserve">Go get em, kids.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01:11:21:09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Ready?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01:11:22:09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Set?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01:11:23:13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Goooo! </w:t>
            </w:r>
            <w:r>
              <w:rPr>
                <w:b/>
              </w:rPr>
              <w:t xml:space="preserve">ARI: </w:t>
            </w:r>
            <w:r>
              <w:t xml:space="preserve">Goooo!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01:11:25:03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[giggle] </w:t>
            </w:r>
            <w:r>
              <w:rPr>
                <w:b/>
              </w:rPr>
              <w:t xml:space="preserve">CAMILA: </w:t>
            </w:r>
            <w:r>
              <w:t xml:space="preserve">[giggle]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01:11:29:07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CAMILLA: </w:t>
            </w:r>
            <w:r>
              <w:t xml:space="preserve">Yeah! You did it, Elinor!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01:11:31:11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Now the car you made is just as fast as mine!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01:11:35:00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ELINOR: </w:t>
            </w:r>
            <w:r>
              <w:t xml:space="preserve">Yep, all because of its pointy shape.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01:11:38:22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Which we learned from nature...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01:11:41:02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It's streamlined!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01:11:43:07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t xml:space="preserve">Like a bird or a fish!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01:11:45:06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That was awesome! </w:t>
            </w:r>
            <w:r>
              <w:rPr>
                <w:b/>
              </w:rPr>
              <w:t xml:space="preserve">ARI: </w:t>
            </w:r>
            <w:r>
              <w:t xml:space="preserve">You were so fast!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01:11:46:18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KIDS: </w:t>
            </w:r>
            <w:r>
              <w:t xml:space="preserve">[cheer]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01:11:48:05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Woo-hoo!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01:11:49:08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KIDS: </w:t>
            </w:r>
            <w:r>
              <w:t xml:space="preserve">[cheer]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lastRenderedPageBreak/>
              <w:t>01:11:53:16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ARI: </w:t>
            </w:r>
            <w:r>
              <w:t xml:space="preserve">Woo-hoo!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01:11:54:16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C'mon, let's go race!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01:11:57:07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KIDS: </w:t>
            </w:r>
            <w:r>
              <w:t xml:space="preserve">[giggle] </w:t>
            </w:r>
          </w:p>
        </w:tc>
      </w:tr>
      <w:tr w:rsidR="00797E7C" w:rsidTr="00243EDF">
        <w:tc>
          <w:tcPr>
            <w:tcW w:w="2880" w:type="dxa"/>
          </w:tcPr>
          <w:p w:rsidR="00797E7C" w:rsidRDefault="00243EDF">
            <w:r>
              <w:t>01:11:58:07</w:t>
            </w:r>
          </w:p>
        </w:tc>
        <w:tc>
          <w:tcPr>
            <w:tcW w:w="2880" w:type="dxa"/>
          </w:tcPr>
          <w:p w:rsidR="00797E7C" w:rsidRDefault="00797E7C"/>
        </w:tc>
        <w:tc>
          <w:tcPr>
            <w:tcW w:w="2880" w:type="dxa"/>
          </w:tcPr>
          <w:p w:rsidR="00797E7C" w:rsidRDefault="00243EDF">
            <w:r>
              <w:rPr>
                <w:b/>
              </w:rPr>
              <w:t xml:space="preserve">OLIVE: </w:t>
            </w:r>
            <w:r>
              <w:t xml:space="preserve">[trumpets] </w:t>
            </w:r>
          </w:p>
        </w:tc>
      </w:tr>
    </w:tbl>
    <w:p w:rsidR="00797E7C" w:rsidRDefault="00797E7C"/>
    <w:sectPr w:rsidR="00797E7C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3EDF" w:rsidRDefault="00243EDF" w:rsidP="00243EDF">
      <w:pPr>
        <w:spacing w:after="0" w:line="240" w:lineRule="auto"/>
      </w:pPr>
      <w:r>
        <w:separator/>
      </w:r>
    </w:p>
  </w:endnote>
  <w:endnote w:type="continuationSeparator" w:id="0">
    <w:p w:rsidR="00243EDF" w:rsidRDefault="00243EDF" w:rsidP="00243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3EDF" w:rsidRDefault="00243EDF" w:rsidP="00243EDF">
      <w:pPr>
        <w:spacing w:after="0" w:line="240" w:lineRule="auto"/>
      </w:pPr>
      <w:r>
        <w:separator/>
      </w:r>
    </w:p>
  </w:footnote>
  <w:footnote w:type="continuationSeparator" w:id="0">
    <w:p w:rsidR="00243EDF" w:rsidRDefault="00243EDF" w:rsidP="00243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3EDF" w:rsidRDefault="00243EDF">
    <w:pPr>
      <w:pStyle w:val="Header"/>
    </w:pPr>
    <w:r>
      <w:t>EWW109A_TRANSCRIPT_DOM_INT</w:t>
    </w:r>
  </w:p>
  <w:p w:rsidR="00243EDF" w:rsidRDefault="00243E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3EDF"/>
    <w:rsid w:val="0029639D"/>
    <w:rsid w:val="00326F90"/>
    <w:rsid w:val="00797E7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7A2C93"/>
  <w14:defaultImageDpi w14:val="300"/>
  <w15:docId w15:val="{ECE97229-5AA3-4B50-A2D5-EF1D3A85F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E5E3F1-166C-454D-A858-BFA97658A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1616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Moncrieffe</cp:lastModifiedBy>
  <cp:revision>2</cp:revision>
  <dcterms:created xsi:type="dcterms:W3CDTF">2020-03-09T19:29:00Z</dcterms:created>
  <dcterms:modified xsi:type="dcterms:W3CDTF">2020-03-09T19:29:00Z</dcterms:modified>
  <cp:category/>
</cp:coreProperties>
</file>