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60F7F" w:rsidTr="00005686">
        <w:tc>
          <w:tcPr>
            <w:tcW w:w="2880" w:type="dxa"/>
          </w:tcPr>
          <w:p w:rsidR="00660F7F" w:rsidRDefault="00005686">
            <w:r>
              <w:t>TC:</w:t>
            </w:r>
          </w:p>
        </w:tc>
        <w:tc>
          <w:tcPr>
            <w:tcW w:w="2880" w:type="dxa"/>
          </w:tcPr>
          <w:p w:rsidR="00660F7F" w:rsidRDefault="00005686">
            <w:r>
              <w:t>VIDEO:</w:t>
            </w:r>
          </w:p>
        </w:tc>
        <w:tc>
          <w:tcPr>
            <w:tcW w:w="2880" w:type="dxa"/>
          </w:tcPr>
          <w:p w:rsidR="00660F7F" w:rsidRDefault="00005686">
            <w:r>
              <w:t>AUDIO: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00:59:45:00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660F7F"/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01:00:00:08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[ººº]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01:00:01:21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01:00:03:15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I see things that I want to know.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01:00:05:14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Wherever I am,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01:00:07:00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01:00:09:07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ºGo and explore, listen and see,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01:00:12:21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just follow your curiosity.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01:00:16:16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01:00:20:07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01:00:23:21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01:00:27:15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01:00:31:08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There's so much to learn,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01:00:33:07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wherever you turn,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01:00:35:02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just listen and see,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01:00:36:20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and follow your curiosity.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01:00:40:17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>[ººº]</w:t>
            </w:r>
            <w:r>
              <w:t xml:space="preserve">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01:00:42:09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01:00:46:04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01:00:49:18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01:00:53:12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01:01:00:14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01:01:03:01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[school bell ringing]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01:01:05:13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"Ms. Mole's Glasses"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01:01:09:03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Goodbye, kids!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01:01:10:04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See you tomorrow!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01:01:14:05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[whistles]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01:01:15:17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Today was the best day ever!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01:01:18:16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 got to play hopscotch and had milk for a snack!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01:01:22:07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But Ari, we play hopscotch...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01:01:24:00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have milk every day.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01:01:25:23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And that's why every day...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01:01:26:23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is the best day ever, </w:t>
            </w:r>
            <w:r>
              <w:t xml:space="preserve">Elinor!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01:01:28:23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01:01:30:06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Ok, I'm ready!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01:01:31:21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Bye Ms. Mole!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01:01:33:18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Goodbye kids!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01:01:36:01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Ms. Mole?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01:01:37:08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Yes, Elinor?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01:01:39:07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What do </w:t>
            </w:r>
            <w:r>
              <w:t xml:space="preserve">you do after school is finished?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01:01:41:15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Oh, I do lots of things, Elinor.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01:01:44:10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Today, I'm doing some shopping.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01:01:46:22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Whoa </w:t>
            </w:r>
            <w:proofErr w:type="spellStart"/>
            <w:r>
              <w:t>whoa</w:t>
            </w:r>
            <w:proofErr w:type="spellEnd"/>
            <w:r>
              <w:t xml:space="preserve"> </w:t>
            </w:r>
            <w:proofErr w:type="spellStart"/>
            <w:r>
              <w:t>whoa</w:t>
            </w:r>
            <w:proofErr w:type="spellEnd"/>
            <w:r>
              <w:t xml:space="preserve">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01:01:48:07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Wait a minute...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01:01:49:15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you mean teachers go places </w:t>
            </w:r>
            <w:r>
              <w:t xml:space="preserve">besides school??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01:01:53:20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[laugh] Sure.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01:01:55:20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 teachers are just like everybody else, Ari.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01:01:59:11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Wow.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01:02:00:20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What are you shopping for, Ms. Mole?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01:02:02:20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Well, Olive... </w:t>
            </w:r>
            <w:r>
              <w:t xml:space="preserve">[blows]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01:02:05:20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proofErr w:type="gramStart"/>
            <w:r>
              <w:t>first</w:t>
            </w:r>
            <w:proofErr w:type="gramEnd"/>
            <w:r>
              <w:t xml:space="preserve"> I'm going to get some fresh bread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01:02:08:09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from Mr. Raccoon's bakery.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01:02:10:12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proofErr w:type="spellStart"/>
            <w:r>
              <w:t>Oooh</w:t>
            </w:r>
            <w:proofErr w:type="spellEnd"/>
            <w:r>
              <w:t xml:space="preserve">, I love fresh bread, it smells </w:t>
            </w:r>
            <w:proofErr w:type="spellStart"/>
            <w:r>
              <w:t>soooo</w:t>
            </w:r>
            <w:proofErr w:type="spellEnd"/>
            <w:r>
              <w:t xml:space="preserve"> yummy.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01:02:15:19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01:02:16:20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think we better go get Ari a </w:t>
            </w:r>
            <w:r>
              <w:t xml:space="preserve">snack, Ms. Mole.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01:02:19:17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Bye, see you tomorrow!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01:02:21:11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Have fun kids!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01:02:26:16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I didn't know teachers did things outside of school.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01:02:30:03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thought they lived in the school!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01:02:32:09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01:02:33:17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Ari, if Ms. Mole lived in the school,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01:02:37:23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where would she sleep?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01:02:40:03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You mean teachers sleep too??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01:02:42:14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Mind blowing.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01:02:44:03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[giggles] </w:t>
            </w:r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01:02:45:19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[gasp] </w:t>
            </w:r>
            <w:proofErr w:type="gramStart"/>
            <w:r>
              <w:t>Wait,  I</w:t>
            </w:r>
            <w:proofErr w:type="gramEnd"/>
            <w:r>
              <w:t xml:space="preserve"> forgot my notebook!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01:02:48:13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must have left it on my chair.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01:02:51:06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Let's go back and get it.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01:02:55:17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01:02:59:06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I found my notebook!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01:03:00:19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>Great! G</w:t>
            </w:r>
            <w:r>
              <w:t xml:space="preserve">ood thing we came back.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01:03:03:07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01:03:05:02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Ms. Mole's glasses!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01:03:06:21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Ms. Mole left these on her desk!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01:03:09:08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Uh-oh.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01:03:10:14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She was cleaning them before.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01:03:12:17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must </w:t>
            </w:r>
            <w:r>
              <w:t xml:space="preserve">have forgotten to put them back on!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01:03:16:13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Do you think she needs them?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01:03:18:08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My dad uses glasses.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01:03:20:06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He says he can't see anything without them.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01:03:23:09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Oh no, what if Ms. Mole needs them to </w:t>
            </w:r>
            <w:r>
              <w:t xml:space="preserve">see?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01:03:27:22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01:03:29:08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What should we do?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01:03:30:19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Let's find Ms. Mole and give her back her glasses!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01:03:34:09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Yeah, good idea!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01:03:37:06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But how do we find her?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01:03:39:16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Hmm... She said she was going to the bakery first.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01:03:43:23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Then let's go to the bakery!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01:03:45:21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C'mon!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01:03:46:21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01:03:56:12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Goodbye, Mr. Raccoon!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01:03:58:13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[whistles]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01:04:02:11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C'mon, </w:t>
            </w:r>
            <w:r>
              <w:t xml:space="preserve">we're almost there.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01:04:04:04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[sniffs] </w:t>
            </w:r>
            <w:proofErr w:type="spellStart"/>
            <w:r>
              <w:t>Mmmm</w:t>
            </w:r>
            <w:proofErr w:type="spellEnd"/>
            <w:r>
              <w:t xml:space="preserve">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01:04:05:21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something sure smells good around here.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01:04:12:16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Hi Mr. Raccoon.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01:04:14:10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Well, hello Elinor, Olive and Ari!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01:04:16:17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How can I help you?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01:04:18:09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[sniffs] It smells so good here.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01:04:22:11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It sure does Ari.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01:04:24:06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[giggles]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01:04:26:10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Mr. Raccoon, we're looking for Ms. Mole.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01:04:29:06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Olive found her glasses in the classroom,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01:04:31:13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we want to give them back to her.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01:04:33:19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Ah, how nice of you.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01:04:35:20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was here a minute ago!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01:04:37:16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I did notice she wasn't wearing her glasses,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01:04:40:10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but...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01:04:41:10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had </w:t>
            </w:r>
            <w:r>
              <w:t xml:space="preserve">no trouble picking out a nice loaf of pumpernickel bread.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01:04:45:22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I wonder...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01:04:47:04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how did Ms. Mole pick out the pumpernickel bread...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01:04:49:23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without her glasses?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01:04:51:20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[sniffing]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01:04:57:15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Here is </w:t>
            </w:r>
            <w:r>
              <w:t xml:space="preserve">the pumpernickel bread.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01:04:59:20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[smelling] </w:t>
            </w:r>
            <w:proofErr w:type="spellStart"/>
            <w:r>
              <w:t>Ahhh</w:t>
            </w:r>
            <w:proofErr w:type="spellEnd"/>
            <w:r>
              <w:t xml:space="preserve">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01:05:02:07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proofErr w:type="spellStart"/>
            <w:r>
              <w:t>Oohh</w:t>
            </w:r>
            <w:proofErr w:type="spellEnd"/>
            <w:r>
              <w:t xml:space="preserve">, it smells so good.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01:05:05:03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[sniffing]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01:05:07:16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[sigh] Ooh, and here is sourdough,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01:05:11:14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mmm...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01:05:13:07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01:05:14:08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</w:t>
            </w:r>
            <w:r>
              <w:t xml:space="preserve">must have smelled the bread!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01:05:16:11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[sniffs] I think you're right!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01:05:19:01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Well, I do bake the best-smelling breads in town.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01:05:22:01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Of course, I'm also the only baker in town...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01:05:24:06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[giggle]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01:05:25:06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all my breads smell different.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01:05:28:08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Close your eyes and try to smell which is which.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01:05:31:22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[sniffing] I smell... rye bread.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01:05:36:15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>I think [</w:t>
            </w:r>
            <w:proofErr w:type="gramStart"/>
            <w:r>
              <w:t>sniffs]  I</w:t>
            </w:r>
            <w:proofErr w:type="gramEnd"/>
            <w:r>
              <w:t xml:space="preserve"> smell sourdough.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01:05:39:17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[sniffs] </w:t>
            </w:r>
            <w:proofErr w:type="spellStart"/>
            <w:r>
              <w:t>Yuuumm</w:t>
            </w:r>
            <w:proofErr w:type="spellEnd"/>
            <w:r>
              <w:t xml:space="preserve">!!!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01:05:41:17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That's </w:t>
            </w:r>
            <w:proofErr w:type="gramStart"/>
            <w:r>
              <w:t>definitely banana</w:t>
            </w:r>
            <w:proofErr w:type="gramEnd"/>
            <w:r>
              <w:t xml:space="preserve"> </w:t>
            </w:r>
            <w:r>
              <w:lastRenderedPageBreak/>
              <w:t xml:space="preserve">bread!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01:05:43:18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My favorite!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01:05:44:20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You're each right!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01:05:46:11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Now go ahead taste the samples.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01:05:48:16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01:05:49:16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01:05:50:16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KIDS: </w:t>
            </w:r>
            <w:r>
              <w:t xml:space="preserve">[chewing]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01:05:52:04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Mm, yummy.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01:05:53:04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Thanks Mr. Raccoon!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01:05:54:12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Wait, we still need to find Ms. Mole.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01:05:57:04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Did she say where she was going?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01:05:59:05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RACCOON: </w:t>
            </w:r>
            <w:r>
              <w:t xml:space="preserve">Why yes.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01:06:00:15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said she was going to the fruit stand near the park.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01:06:03:11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Maybe you can find her there.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01:06:05:10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Thanks, Mr. Raccoon!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01:06:07:06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MR. RACOON: </w:t>
            </w:r>
            <w:r>
              <w:t xml:space="preserve">Goodbye.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01:06:09:00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01:06:11:09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>[</w:t>
            </w:r>
            <w:proofErr w:type="gramStart"/>
            <w:r>
              <w:t>whistling]  And</w:t>
            </w:r>
            <w:proofErr w:type="gramEnd"/>
            <w:r>
              <w:t xml:space="preserve"> now to get some fruit!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01:06:15:00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Hi Ms. Mole, how are you today?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01:06:17:11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I'm well Ms. Llama, thank you very much.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01:06:22:15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Hmm...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01:06:24:09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I guess Ms. Mole didn't need her </w:t>
            </w:r>
            <w:r>
              <w:t xml:space="preserve">glasses...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01:06:27:05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to pick out the bread.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01:06:28:21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She just used her nose!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01:06:30:20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There's Ms. Llama's fruit stand!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01:06:38:17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Hi, Ms. Llama!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01:06:40:02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Oh! Hello, kids!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01:06:41:23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What can I help you with today?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01:06:44:16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We're looking for our teacher, Ms. Mole.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01:06:47:00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You kids just missed her.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01:06:48:23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She was here a minute ago!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01:06:51:20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Aw.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01:06:52:20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 found her </w:t>
            </w:r>
            <w:r>
              <w:t xml:space="preserve">glasses and we're trying to return them to her.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01:06:56:06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How nice of you.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01:06:57:23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did notice she wasn't wearing her glasses,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01:07:01:02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but she had no trouble picking out the fruits she wanted.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01:07:05:13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>She got three app</w:t>
            </w:r>
            <w:r>
              <w:t xml:space="preserve">les, two oranges and some grapes.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01:07:10:09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How did Ms. Mole know which fruit to pick?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01:07:12:22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The fruits don't really smell that much.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01:07:15:09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[sniff] And there are different kinds.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01:07:18:11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KIDS: </w:t>
            </w:r>
            <w:r>
              <w:t xml:space="preserve">Hmmm...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01:07:22:09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Ooh, feel how smooth this apple is.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01:07:27:19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And feel this orange, it's got little bumps!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01:07:33:08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These grapes are small and round.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01:07:36:10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Ooh! And a little squishy.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01:07:38:05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The </w:t>
            </w:r>
            <w:r>
              <w:t xml:space="preserve">fruits all feel different.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01:07:40:23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01:07:42:08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Ms. Mole must have used her hands...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01:07:44:19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to feel which fruit was which!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01:07:47:04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That's right, Elinor.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01:07:48:15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Fruit can be different </w:t>
            </w:r>
            <w:r>
              <w:t xml:space="preserve">sizes, bigger and smaller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01:07:51:20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proofErr w:type="gramStart"/>
            <w:r>
              <w:t>and also</w:t>
            </w:r>
            <w:proofErr w:type="gramEnd"/>
            <w:r>
              <w:t xml:space="preserve"> have different textures.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01:07:54:00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That means they feel different,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01:07:56:10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like how the oranges feel bumpy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01:07:59:13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the apples feel smooth when you hold them in your hand.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01:08:03:12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Would you like to try some apple slices before you go?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01:08:07:07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Thanks!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01:08:08:07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Yeah! </w:t>
            </w:r>
            <w:r>
              <w:rPr>
                <w:b/>
              </w:rPr>
              <w:t xml:space="preserve">ARI: </w:t>
            </w:r>
            <w:r>
              <w:t xml:space="preserve">Sure!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01:08:10:10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KIDS: </w:t>
            </w:r>
            <w:r>
              <w:t xml:space="preserve">[munching]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01:08:13:19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Thanks for the fruit, Ms. Llama!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01:08:16:09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Hmm, do </w:t>
            </w:r>
            <w:r>
              <w:t xml:space="preserve">you know where Ms. Mole was going next?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01:08:20:06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LLAMA: </w:t>
            </w:r>
            <w:r>
              <w:t xml:space="preserve">She said she was going to the park.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01:08:22:22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Thanks!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01:08:24:17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She has bread and fruit...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01:08:27:04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Maybe she's going to have a picnic!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01:08:29:00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Let's go and find her!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01:08:31:03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Bye Ms. Llama!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01:08:32:06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01:08:36:13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[birds chirping]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01:08:39:04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Now where is Ms. Mole?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01:08:42:13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I'll look around here.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01:08:44:05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Do you want to </w:t>
            </w:r>
            <w:r>
              <w:t xml:space="preserve">look up that </w:t>
            </w:r>
            <w:r>
              <w:lastRenderedPageBreak/>
              <w:t xml:space="preserve">path?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01:08:45:21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Sure!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01:08:56:02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[shouting] Hey, Elinor!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01:08:57:18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Olive!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01:08:59:02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Hey, Olive!!!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01:09:03:01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[shouting] I don't see Ms. Mole!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01:09:05:09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Do you see her anywhere that way?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01:09:09:17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[shouting] What?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01:09:11:00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[shouting] I said, have you seen Ms. Mole??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01:09:17:11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Boo! </w:t>
            </w:r>
            <w:r>
              <w:rPr>
                <w:b/>
              </w:rPr>
              <w:t xml:space="preserve">KIDS: </w:t>
            </w:r>
            <w:proofErr w:type="spellStart"/>
            <w:r>
              <w:t>Aaaaahh</w:t>
            </w:r>
            <w:proofErr w:type="spellEnd"/>
            <w:r>
              <w:t xml:space="preserve">!!!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01:09:18:18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Is somebody looking for me?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01:09:20:23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01:09:24:00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Ms. Mole!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01:09:25:01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We've been looking all over for you!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01:09:27:11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How did you find us?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01:09:29:09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Yeah, how Ms. Mole?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01:09:31:02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[laughs] Oh, it was easy.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01:09:33:08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could hear you!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01:09:34:23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 </w:t>
            </w:r>
            <w:r>
              <w:t xml:space="preserve">Moles have great hearing, especially for loud things,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01:09:38:21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like little bats.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01:09:40:17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Like me!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01:09:41:17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01:09:42:17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You left your glasses in the classroom, Ms. Mole,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01:09:45:04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proofErr w:type="gramStart"/>
            <w:r>
              <w:t>so</w:t>
            </w:r>
            <w:proofErr w:type="gramEnd"/>
            <w:r>
              <w:t xml:space="preserve"> we wanted to </w:t>
            </w:r>
            <w:r>
              <w:t xml:space="preserve">bring them to you!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01:09:47:06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Why, thank you!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01:09:48:19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That's very kind of you to track me all the way to the park!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01:09:53:20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Ah, that's a bit better!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01:09:56:20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Can you see </w:t>
            </w:r>
            <w:proofErr w:type="gramStart"/>
            <w:r>
              <w:t>really well</w:t>
            </w:r>
            <w:proofErr w:type="gramEnd"/>
            <w:r>
              <w:t xml:space="preserve"> now, Ms. Mole?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01:09:59:19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No, my glasses help me see better,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01:10:02:19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but not perfectly.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01:10:04:03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that's okay.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01:10:05:07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Do you know why?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01:10:06:22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Why?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01:10:07:22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Moles like me don't need strong eyes.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01:10:10:22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We live in dark tunnels, so we also use our noses,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01:10:15:08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our ears,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01:10:17:05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our paws to get around.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01:10:19:17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Ooh, now we get it!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01:10:22:06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You used your nose to smell the loaf of bread,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01:10:25:08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and you used your hands feel the fruit to tell them apart!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01:10:28:17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And you used your ears...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01:10:30:00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to hear us and find us in the park!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01:10:32:21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Very good!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01:10:34:14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I'm glad you understand.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01:10:36:01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[ººº]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01:10:37:01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[singing] º When I need to know,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01:10:39:04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Where I should go,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01:10:41:07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I sometimes smell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01:10:43:15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using my nose!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01:10:45:19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When I need to choose,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01:10:48:02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r>
              <w:t xml:space="preserve">something I want,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01:10:50:06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I sometimes feel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01:10:52:11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using my hands!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01:10:54:18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this great big world,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01:10:57:00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There is so much to know,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01:10:59:08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When I need to find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01:11:01:13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things that are </w:t>
            </w:r>
            <w:r>
              <w:t xml:space="preserve">near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01:11:03:18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I sometimes hear using my ears!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lastRenderedPageBreak/>
              <w:t>01:11:08:06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this great big world,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01:11:10:12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There is so much to know,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01:11:12:19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So much to hear, and smell and see,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01:11:15:13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º what do you know! º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01:11:18:11</w:t>
            </w:r>
          </w:p>
        </w:tc>
        <w:tc>
          <w:tcPr>
            <w:tcW w:w="2880" w:type="dxa"/>
          </w:tcPr>
          <w:p w:rsidR="00660F7F" w:rsidRDefault="00660F7F">
            <w:bookmarkStart w:id="0" w:name="_GoBack"/>
            <w:bookmarkEnd w:id="0"/>
          </w:p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And now let's have a picnic!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01:11:21:23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Awesome! </w:t>
            </w:r>
            <w:r>
              <w:rPr>
                <w:b/>
              </w:rPr>
              <w:t xml:space="preserve">OLIVER: </w:t>
            </w:r>
            <w:r>
              <w:t xml:space="preserve">Yay!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01:11:24:05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ARI: </w:t>
            </w:r>
            <w:r>
              <w:t xml:space="preserve">I </w:t>
            </w:r>
            <w:proofErr w:type="spellStart"/>
            <w:r>
              <w:t>looooove</w:t>
            </w:r>
            <w:proofErr w:type="spellEnd"/>
            <w:r>
              <w:t xml:space="preserve"> a picnic.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01:11:26:07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"Taste" is my favorite sense to use!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01:11:28:20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Ah-ah-ah, Ari!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01:11:31:23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>A</w:t>
            </w:r>
            <w:r>
              <w:rPr>
                <w:b/>
              </w:rPr>
              <w:t xml:space="preserve">RI: </w:t>
            </w:r>
            <w:r>
              <w:t xml:space="preserve">Oh! [giggles]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01:11:33:12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Let's wait for everyone to sit down first.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01:11:36:13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ELINOR: </w:t>
            </w:r>
            <w:r>
              <w:t xml:space="preserve">Wait, Ms. Mole,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01:11:38:10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how did you know Ari was reaching for the fruit?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01:11:41:00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OLIVE: </w:t>
            </w:r>
            <w:r>
              <w:t xml:space="preserve">Did you see, smell or hear Ari?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01:11:43:10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MS. MOLE: </w:t>
            </w:r>
            <w:r>
              <w:t xml:space="preserve">Oh, I don't need my eyes,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01:11:45:13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nose or ears to know that Ari is always hungry!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01:11:50:04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t xml:space="preserve">I just use my head! </w:t>
            </w:r>
          </w:p>
        </w:tc>
      </w:tr>
      <w:tr w:rsidR="00660F7F" w:rsidTr="00005686">
        <w:tc>
          <w:tcPr>
            <w:tcW w:w="2880" w:type="dxa"/>
          </w:tcPr>
          <w:p w:rsidR="00660F7F" w:rsidRDefault="00005686">
            <w:r>
              <w:t>01:11:52:06</w:t>
            </w:r>
          </w:p>
        </w:tc>
        <w:tc>
          <w:tcPr>
            <w:tcW w:w="2880" w:type="dxa"/>
          </w:tcPr>
          <w:p w:rsidR="00660F7F" w:rsidRDefault="00660F7F"/>
        </w:tc>
        <w:tc>
          <w:tcPr>
            <w:tcW w:w="2880" w:type="dxa"/>
          </w:tcPr>
          <w:p w:rsidR="00660F7F" w:rsidRDefault="00005686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</w:tbl>
    <w:p w:rsidR="00660F7F" w:rsidRDefault="00660F7F"/>
    <w:sectPr w:rsidR="00660F7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686" w:rsidRDefault="00005686" w:rsidP="00005686">
      <w:pPr>
        <w:spacing w:after="0" w:line="240" w:lineRule="auto"/>
      </w:pPr>
      <w:r>
        <w:separator/>
      </w:r>
    </w:p>
  </w:endnote>
  <w:endnote w:type="continuationSeparator" w:id="0">
    <w:p w:rsidR="00005686" w:rsidRDefault="00005686" w:rsidP="0000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686" w:rsidRDefault="00005686" w:rsidP="00005686">
      <w:pPr>
        <w:spacing w:after="0" w:line="240" w:lineRule="auto"/>
      </w:pPr>
      <w:r>
        <w:separator/>
      </w:r>
    </w:p>
  </w:footnote>
  <w:footnote w:type="continuationSeparator" w:id="0">
    <w:p w:rsidR="00005686" w:rsidRDefault="00005686" w:rsidP="00005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686" w:rsidRDefault="00005686">
    <w:pPr>
      <w:pStyle w:val="Header"/>
    </w:pPr>
    <w:r>
      <w:t>EWW108A_TRANSCRIPT_DOM_INT</w:t>
    </w:r>
  </w:p>
  <w:p w:rsidR="00005686" w:rsidRDefault="000056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686"/>
    <w:rsid w:val="00034616"/>
    <w:rsid w:val="0006063C"/>
    <w:rsid w:val="0015074B"/>
    <w:rsid w:val="0029639D"/>
    <w:rsid w:val="00326F90"/>
    <w:rsid w:val="00660F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41461"/>
  <w14:defaultImageDpi w14:val="300"/>
  <w15:docId w15:val="{2D97A938-0DB9-4A0E-BD08-B98A7B75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77D419-10E9-46BA-B004-63D55408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2020-02-06T21:40:00Z</dcterms:created>
  <dcterms:modified xsi:type="dcterms:W3CDTF">2020-02-06T21:40:00Z</dcterms:modified>
  <cp:category/>
</cp:coreProperties>
</file>