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908D7" w:rsidTr="00B01F19">
        <w:tc>
          <w:tcPr>
            <w:tcW w:w="2880" w:type="dxa"/>
          </w:tcPr>
          <w:p w:rsidR="00A908D7" w:rsidRDefault="00A908D7" w:rsidP="00B01F19">
            <w:r>
              <w:t>TC:</w:t>
            </w:r>
          </w:p>
        </w:tc>
        <w:tc>
          <w:tcPr>
            <w:tcW w:w="2880" w:type="dxa"/>
          </w:tcPr>
          <w:p w:rsidR="00A908D7" w:rsidRDefault="00A908D7" w:rsidP="00B01F19">
            <w:r>
              <w:t>VIDEO:</w:t>
            </w:r>
          </w:p>
        </w:tc>
        <w:tc>
          <w:tcPr>
            <w:tcW w:w="2880" w:type="dxa"/>
          </w:tcPr>
          <w:p w:rsidR="00A908D7" w:rsidRPr="00A908D7" w:rsidRDefault="00A908D7" w:rsidP="00B01F19">
            <w:pPr>
              <w:rPr>
                <w:bCs/>
              </w:rPr>
            </w:pPr>
            <w:r w:rsidRPr="00A908D7">
              <w:rPr>
                <w:bCs/>
              </w:rPr>
              <w:t>AUDIO: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01:13:32:03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"No Need to Shout"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01:13:36:06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Okay, are you ready?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01:13:38:06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Ready!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01:13:41:01</w:t>
            </w:r>
          </w:p>
        </w:tc>
        <w:tc>
          <w:tcPr>
            <w:tcW w:w="2880" w:type="dxa"/>
          </w:tcPr>
          <w:p w:rsidR="00A908D7" w:rsidRDefault="00A908D7" w:rsidP="00B01F19">
            <w:bookmarkStart w:id="0" w:name="_GoBack"/>
            <w:bookmarkEnd w:id="0"/>
          </w:p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Ladies and gentlemen,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01:13:43:06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welcome to the first ever performance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01:13:45:07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of a new song by Elinor, Ari and Olive,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01:13:48:19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called "The Feelings Song."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01:13:51:10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proofErr w:type="spellStart"/>
            <w:r>
              <w:t>Hummmm</w:t>
            </w:r>
            <w:proofErr w:type="spellEnd"/>
            <w:r>
              <w:t xml:space="preserve">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01:13:52:21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[ººº]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01:13:54:17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feel...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01:13:55:17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º Glad!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01:13:56:17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glad,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01:13:58:09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be glad together!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01:14:02:01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 º If you feel...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01:14:03:01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º Sad!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01:14:04:01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sad.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01:14:05:17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And I'll try to make it better.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01:14:09:10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feel...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01:14:10:10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º Silly!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01:14:11:10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silly.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01:14:13:03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ALL: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laugh and giggle together.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01:14:16:18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º So always let your feelings out,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01:14:20:11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º Smile or frown or giggle or shout,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01:14:24:02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spellStart"/>
            <w:proofErr w:type="gramStart"/>
            <w:r>
              <w:t>'Cause</w:t>
            </w:r>
            <w:proofErr w:type="spellEnd"/>
            <w:proofErr w:type="gramEnd"/>
            <w:r>
              <w:t xml:space="preserve"> I can be a friend for real...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01:14:27:18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ALL: </w:t>
            </w:r>
            <w:r>
              <w:t xml:space="preserve">º If I know just how you feel!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01:14:31:14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I know just how you </w:t>
            </w:r>
            <w:proofErr w:type="spellStart"/>
            <w:r>
              <w:t>feeeeeeel</w:t>
            </w:r>
            <w:proofErr w:type="spellEnd"/>
            <w:r>
              <w:t xml:space="preserve">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01:14:36:18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Wow! Everyone's going to love our song.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01:14:39:10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Yeah! I can't wait to sing it to </w:t>
            </w:r>
            <w:proofErr w:type="spellStart"/>
            <w:r>
              <w:t>Mz</w:t>
            </w:r>
            <w:proofErr w:type="spellEnd"/>
            <w:r>
              <w:t xml:space="preserve">. Mole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01:14:41:12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and the whole class tomorrow.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01:14:43:12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I want it to be perfect,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01:14:45:01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proofErr w:type="gramStart"/>
            <w:r>
              <w:t>so</w:t>
            </w:r>
            <w:proofErr w:type="gramEnd"/>
            <w:r>
              <w:t xml:space="preserve"> I'm going to practice and practice and practice.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01:14:48:12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Don't forget what </w:t>
            </w:r>
            <w:proofErr w:type="spellStart"/>
            <w:r>
              <w:t>Mz</w:t>
            </w:r>
            <w:proofErr w:type="spellEnd"/>
            <w:r>
              <w:t xml:space="preserve">. Mole said: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01:14:50:10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If you practice too much, you might lose your voice.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01:14:54:04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My dad lost his voice once.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01:14:56:00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He couldn't talk for a whole day.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01:14:58:01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I'm just so excited, I can't stop singing.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01:15:01:19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See you tomorrow.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01:15:03:03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Bye. </w:t>
            </w:r>
            <w:r>
              <w:rPr>
                <w:b/>
              </w:rPr>
              <w:t xml:space="preserve">OLIVE: </w:t>
            </w:r>
            <w:r>
              <w:t xml:space="preserve">Bye.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01:15:04:05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[ººº]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01:15:05:08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>[</w:t>
            </w:r>
            <w:proofErr w:type="gramStart"/>
            <w:r>
              <w:t>singing]  ºIf</w:t>
            </w:r>
            <w:proofErr w:type="gramEnd"/>
            <w:r>
              <w:t xml:space="preserve"> you feel glad.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01:15:06:21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Let me know you're glad.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01:15:08:18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be glad together...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01:15:12:10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º If you feel sad...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01:15:14:06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Let me know you're sad...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01:15:16:02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And I'll try to make it better!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01:15:19:18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you feel silly...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01:15:21:14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Let me know you're silly.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01:15:23:09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laugh and giggle together!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01:15:27:03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So always let your feelings out.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01:15:30:21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Just smile or frown or giggle or shout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01:15:34:09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</w:t>
            </w:r>
            <w:proofErr w:type="spellStart"/>
            <w:proofErr w:type="gramStart"/>
            <w:r>
              <w:t>'Cause</w:t>
            </w:r>
            <w:proofErr w:type="spellEnd"/>
            <w:proofErr w:type="gramEnd"/>
            <w:r>
              <w:t xml:space="preserve"> I can be a friend for real.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01:15:38:05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I know just how you feel!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01:15:41:20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I know just how you feel!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01:15:53:07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Hi Elinor!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01:15:54:07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Are you ready to sing our song in class today?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01:15:57:00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[groan]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01:15:58:07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What's wrong with your voice?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01:16:00:00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Do you have a cold?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01:16:02:16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Then why does your voice...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01:16:03:16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sound scratchy like that?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01:16:07:03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Wait a second.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01:16:08:23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Did you practice our song all night?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01:16:13:22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Oh!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01:16:15:14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 practiced so much you lost your voice!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01:16:20:11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What about our song?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01:16:21:23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told </w:t>
            </w:r>
            <w:proofErr w:type="spellStart"/>
            <w:r>
              <w:t>Mz</w:t>
            </w:r>
            <w:proofErr w:type="spellEnd"/>
            <w:r>
              <w:t xml:space="preserve">. Mole we'd sing it today.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01:16:24:18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We can't sing the song without you.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01:16:26:22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made it up to sing together.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01:16:29:16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Right. If you don't sing, we don't sing.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01:16:35:18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If you lost your voice from all that practicing,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01:16:38:05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maybe you just need to give it a rest.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01:16:42:08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Speaking of time...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01:16:43:15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better actually get to school.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01:16:46:03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01:16:49:18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[º] [birds chirping]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01:16:51:19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Look! There's Mr. Dog!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01:16:53:12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Hi, Mr. Dog!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01:16:54:17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MR. DOG: </w:t>
            </w:r>
            <w:r>
              <w:t xml:space="preserve">[gasp] Oh! Good morning, kids!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01:16:57:11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How nice to see you!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01:16:58:21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[giggles] Mr. Dog!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01:17:02:05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Your tail is tickling me!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01:17:03:19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MR. DOG: </w:t>
            </w:r>
            <w:r>
              <w:t>[</w:t>
            </w:r>
            <w:proofErr w:type="gramStart"/>
            <w:r>
              <w:t>chuckle]  Oops</w:t>
            </w:r>
            <w:proofErr w:type="gramEnd"/>
            <w:r>
              <w:t xml:space="preserve">! Sorry Ari!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01:17:06:14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 can't help it!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01:17:07:20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Wagging our tail is the way we </w:t>
            </w:r>
            <w:proofErr w:type="gramStart"/>
            <w:r>
              <w:t>dogs</w:t>
            </w:r>
            <w:proofErr w:type="gramEnd"/>
            <w:r>
              <w:t xml:space="preserve"> show we're happy.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01:17:10:11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And I'm happy to see you!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01:17:12:06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[giggle] We're happy to see you too.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01:17:14:17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[laughs] Yeah.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01:17:16:05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Except I don't have a tail to wag.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01:17:18:06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MR. DOG: </w:t>
            </w:r>
            <w:r>
              <w:t xml:space="preserve">[giggle] Oh.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01:17:20:09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You're awfully quiet today Elinor.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01:17:22:10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[groans]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01:17:23:21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We made up a new song...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01:17:25:02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and Elinor practiced it so much last night,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01:17:27:18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that her voice got lost.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01:17:29:19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Yeah, and we're supposed to sing it for the whole class,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01:17:33:00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but we can't unless Elinor gets her voice back.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01:17:35:22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MR. DOG: </w:t>
            </w:r>
            <w:r>
              <w:t xml:space="preserve">Oh, Elinor!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01:17:38:07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After all that practicing,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01:17:39:19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 must be disappointed you can't sing your song.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01:17:44:17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01:17:45:17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Your tail stopped wagging and tickling me.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01:17:47:23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And your ears went down too.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01:17:50:05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Is that because you're sad for Elinor?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01:17:52:16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MR. DOG: </w:t>
            </w:r>
            <w:r>
              <w:t xml:space="preserve">My ears do show how I'm feeling.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01:17:54:17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But I don't feel sad for Elinor.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01:17:56:13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 just understand how she feels.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01:17:58:15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Dogs are very empathetic.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01:18:00:20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And we understand how you feel!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01:18:03:03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Even when you don't say anything,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01:18:05:02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everyone knows how you're feeling...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01:18:06:16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because they see your tail and ears.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01:18:09:11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As Elinor would say, That's </w:t>
            </w:r>
            <w:proofErr w:type="spellStart"/>
            <w:r>
              <w:t>soooo</w:t>
            </w:r>
            <w:proofErr w:type="spellEnd"/>
            <w:r>
              <w:t xml:space="preserve"> interesting!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01:18:14:05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MR. DOG: </w:t>
            </w:r>
            <w:r>
              <w:t xml:space="preserve">[giggle] Well, I'd better get back to my work.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01:18:17:10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 hope you all get to perform your song...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01:18:19:13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one way or another!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01:18:20:21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Bye Mr. Dog!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01:18:25:04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01:18:29:15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ARI'S MOM: </w:t>
            </w:r>
            <w:r>
              <w:t xml:space="preserve">Ari!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01:18:30:18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Ari!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01:18:31:18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 forgot your lunch!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01:18:33:01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Whoa! I forgot my </w:t>
            </w:r>
            <w:proofErr w:type="gramStart"/>
            <w:r>
              <w:t>lunch?</w:t>
            </w:r>
            <w:proofErr w:type="gramEnd"/>
            <w:r>
              <w:t xml:space="preserve">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01:18:35:15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How does that even happen?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01:18:37:13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ARI'S MOM: </w:t>
            </w:r>
            <w:r>
              <w:t xml:space="preserve">You were so excited about singing your song.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01:18:40:08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Are you two as excited about the song as Ari is?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01:18:43:20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We may not be able to sing our song today.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01:18:46:15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Elinor lost her voice.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01:18:48:09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She's giving her voice a rest.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01:18:49:22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hope maybe she'll get it back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01:18:51:17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before the end of the day.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01:18:53:12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ARI'S MOM: </w:t>
            </w:r>
            <w:r>
              <w:t xml:space="preserve">That's a good plan, Elinor.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01:18:55:08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BABY MIRI: </w:t>
            </w:r>
            <w:r>
              <w:t xml:space="preserve">[crying]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01:18:57:06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Aw! What's wrong with baby Miri?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01:19:00:07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She's just hungry.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01:19:02:02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She always goes like this when she's hungry.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01:19:04:20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Don't you, little Sis.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01:19:06:18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[baby talk]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01:19:08:03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BABY MIRI: </w:t>
            </w:r>
            <w:r>
              <w:t xml:space="preserve">[giggles]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01:19:11:17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And when she rubs her eyes,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01:19:13:05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it means she's tired, right Mom?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01:19:15:12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ARI'S MOM: </w:t>
            </w:r>
            <w:r>
              <w:t xml:space="preserve">That's right.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01:19:17:01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I'd better get her home for her snack and a nap!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01:19:19:19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 hope Elinor's voice gets better in time...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01:19:22:03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to sing your song.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01:19:24:20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Bye!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01:19:28:12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Wow. You sure know a lot about babies, Ari.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01:19:31:13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I just know a lot about my baby sister.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01:19:34:00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 can tell what she wants,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01:19:35:15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even though she can't talk yet.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01:19:37:07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The same way we could tell how Mr. Dog felt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01:19:40:14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when his tail was </w:t>
            </w:r>
            <w:proofErr w:type="gramStart"/>
            <w:r>
              <w:t>wagging</w:t>
            </w:r>
            <w:proofErr w:type="gramEnd"/>
            <w:r>
              <w:t xml:space="preserve"> and his ears drooped down.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01:19:45:01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Huh?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01:19:46:01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What is it Elinor?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01:19:47:04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Did you get your voice back?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01:19:49:22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You have a headache?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01:19:53:09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Oh, your finger hurts?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01:19:59:17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Uh... You have an idea??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01:20:02:19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All right! What's your idea?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01:20:06:14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What's she doing?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01:20:09:08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Oh! You want us to sing our song?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01:20:14:03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But we already said...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01:20:15:03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don't want to sing the song without you.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01:20:20:20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You want us to look at you?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01:20:26:16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You're happy?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01:20:31:01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But now you're sad.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01:20:32:21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 don't get it.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01:20:34:19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I think I do!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01:20:36:01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can tell how Elinor is feeling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01:20:38:01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by the look on her face.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01:20:40:12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...Okay?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01:20:44:02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Uh-huh!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01:20:45:02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Just like we could tell Mr. Dog was happy...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01:20:46:21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when he wagged his tail!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01:20:52:23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And the way little Miri let us know...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01:20:54:17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she was tired by rubbing her eyes.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01:20:57:09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Exactly!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01:20:58:09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That is </w:t>
            </w:r>
            <w:proofErr w:type="spellStart"/>
            <w:r>
              <w:t>soooo</w:t>
            </w:r>
            <w:proofErr w:type="spellEnd"/>
            <w:r>
              <w:t xml:space="preserve"> interesting!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01:21:01:10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Wait, I don't get it.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01:21:03:03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Elinor's figured out a way to sing our song...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01:21:05:05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even if she doesn't have her voice!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01:21:06:21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C'mon!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01:21:07:21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01:21:13:10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01:21:15:10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Oh! Good morning, my fine singing students.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01:21:18:21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Are you </w:t>
            </w:r>
            <w:proofErr w:type="gramStart"/>
            <w:r>
              <w:t>all ready</w:t>
            </w:r>
            <w:proofErr w:type="gramEnd"/>
            <w:r>
              <w:t xml:space="preserve"> to sing your new Feelings Song for the class?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01:21:23:05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Well, we thought we weren't going to be able...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01:21:25:03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to sing our song.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01:21:26:09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Because Elinor practiced so much...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01:21:27:21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she lost her voice.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01:21:29:22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And we didn't want to sing...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01:21:30:22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The Feelings Song without Elinor.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01:21:32:21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But then we made some observations.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01:21:35:05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You did?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01:21:36:05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Well, good for you!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01:21:37:09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What did you observe?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01:21:40:19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[giggle] I'm...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01:21:43:01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I'm not sure I understand.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01:21:46:00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We observed that when Mr. Dog wagged his tail,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01:21:48:03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that meant he was happy.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01:21:49:21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[laugh] Okay?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01:21:52:10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So even if he didn't talk to us,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01:21:54:17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could tell how he felt.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01:21:56:11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Yeah, and then we observed my little sister...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01:21:59:12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and I knew she was hungry because when she's hungry,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01:22:02:19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she always does this...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01:22:05:09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[giggles]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01:22:07:04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proofErr w:type="gramStart"/>
            <w:r>
              <w:t>So</w:t>
            </w:r>
            <w:proofErr w:type="gramEnd"/>
            <w:r>
              <w:t xml:space="preserve"> we knew how she felt.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01:22:09:03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And that gave Elinor...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01:22:11:12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An idea! </w:t>
            </w:r>
            <w:r>
              <w:rPr>
                <w:b/>
              </w:rPr>
              <w:t xml:space="preserve">OLIVE: </w:t>
            </w:r>
            <w:r>
              <w:t xml:space="preserve">An idea!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01:22:13:08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Even if you can't use your voice,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01:22:15:07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there are still ways to show your friends how you feel,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01:22:18:06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or what you're thinking.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01:22:20:09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Yeah. By the way your face looks...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01:22:22:11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or your body moves.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01:22:24:02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proofErr w:type="gramStart"/>
            <w:r>
              <w:t>So</w:t>
            </w:r>
            <w:proofErr w:type="gramEnd"/>
            <w:r>
              <w:t xml:space="preserve"> Elinor helped us realize we can sing our song...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01:22:28:15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With Elinor! </w:t>
            </w:r>
            <w:r>
              <w:rPr>
                <w:b/>
              </w:rPr>
              <w:t xml:space="preserve">OLIVE: </w:t>
            </w:r>
            <w:r>
              <w:t xml:space="preserve">With Elinor!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01:22:33:12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And now, Ari, Olive and Elinor...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01:22:37:01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are going to present The Feelings Song!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01:22:40:09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Ari and I are going to sing,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01:22:42:05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but Elinor's going to show the feelings...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01:22:45:11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instead of singing them.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01:22:46:17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Yeah and if you can tell what she's feeling,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01:22:49:12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you can join in!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01:22:51:23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ºIf you feel...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01:22:55:01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SALLY: </w:t>
            </w:r>
            <w:r>
              <w:t xml:space="preserve">She looks... happy?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01:22:56:09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MARY: </w:t>
            </w:r>
            <w:r>
              <w:t xml:space="preserve">Or glad!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01:22:57:15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You </w:t>
            </w:r>
            <w:proofErr w:type="spellStart"/>
            <w:r>
              <w:t>betcha</w:t>
            </w:r>
            <w:proofErr w:type="spellEnd"/>
            <w:r>
              <w:t xml:space="preserve">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01:22:59:01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[ººº]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01:23:02:13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 º If you feel...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01:23:03:13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ALL: </w:t>
            </w:r>
            <w:r>
              <w:t xml:space="preserve">Glad!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01:23:04:13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glad.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01:23:06:05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be glad together!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01:23:09:21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</w:t>
            </w:r>
            <w:proofErr w:type="gramStart"/>
            <w:r>
              <w:t>feel..</w:t>
            </w:r>
            <w:proofErr w:type="gramEnd"/>
            <w:r>
              <w:t xml:space="preserve">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01:23:12:11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MARY: </w:t>
            </w:r>
            <w:r>
              <w:t xml:space="preserve">Now she's sad?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01:23:14:20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Perfect!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01:23:15:20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feel...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01:23:16:20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ALL: </w:t>
            </w:r>
            <w:r>
              <w:t xml:space="preserve">Sad!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01:23:17:20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sad.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01:23:19:11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And I'll try to make it better.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01:23:23:04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you </w:t>
            </w:r>
            <w:proofErr w:type="gramStart"/>
            <w:r>
              <w:t>feel..</w:t>
            </w:r>
            <w:proofErr w:type="gramEnd"/>
            <w:r>
              <w:t xml:space="preserve">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01:23:24:04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ALL: </w:t>
            </w:r>
            <w:r>
              <w:t xml:space="preserve">Silly!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01:23:25:04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silly.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01:23:26:22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01:23:27:22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laugh and giggle together.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01:23:30:12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So always let your feelings out,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01:23:34:04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Smile or frown or giggle or shout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01:23:37:19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spellStart"/>
            <w:proofErr w:type="gramStart"/>
            <w:r>
              <w:t>'Cause</w:t>
            </w:r>
            <w:proofErr w:type="spellEnd"/>
            <w:proofErr w:type="gramEnd"/>
            <w:r>
              <w:t xml:space="preserve"> I can be a friend for real.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01:23:41:14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I know just how you feel!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01:23:45:07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º If I know just how you </w:t>
            </w:r>
            <w:proofErr w:type="spellStart"/>
            <w:r>
              <w:t>feeeeeeel</w:t>
            </w:r>
            <w:proofErr w:type="spellEnd"/>
            <w:r>
              <w:t xml:space="preserve">! º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01:23:50:09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01:23:52:09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MZ. MOLE: </w:t>
            </w:r>
            <w:r>
              <w:t xml:space="preserve">That was a wonderful!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01:23:54:11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Thank you for showing us there are a lot of ways...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01:23:57:01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to communicate how we feel!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01:23:59:13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It's important to communicate in many ways.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01:24:03:00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I think our song was even better...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lastRenderedPageBreak/>
              <w:t>01:24:04:19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with Elinor showing the feelings.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01:24:07:00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Me too.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01:24:08:00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What do you think Elinor?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01:24:09:19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ELINOR: </w:t>
            </w:r>
            <w:r>
              <w:t xml:space="preserve">[scratchy voice] I feel...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01:24:14:23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You don't have to say how you feel Elinor...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01:24:17:06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we can tell.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01:24:18:06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[giggle] You feel very...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01:24:21:10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OLIVE: </w:t>
            </w:r>
            <w:r>
              <w:t xml:space="preserve">Very...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01:24:22:18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ARI: </w:t>
            </w:r>
            <w:r>
              <w:t xml:space="preserve">Happy!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01:24:23:18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A908D7" w:rsidTr="00B01F19">
        <w:tc>
          <w:tcPr>
            <w:tcW w:w="2880" w:type="dxa"/>
          </w:tcPr>
          <w:p w:rsidR="00A908D7" w:rsidRDefault="00A908D7" w:rsidP="00B01F19">
            <w:r>
              <w:t>01:24:28:20</w:t>
            </w:r>
          </w:p>
        </w:tc>
        <w:tc>
          <w:tcPr>
            <w:tcW w:w="2880" w:type="dxa"/>
          </w:tcPr>
          <w:p w:rsidR="00A908D7" w:rsidRDefault="00A908D7" w:rsidP="00B01F19"/>
        </w:tc>
        <w:tc>
          <w:tcPr>
            <w:tcW w:w="2880" w:type="dxa"/>
          </w:tcPr>
          <w:p w:rsidR="00A908D7" w:rsidRDefault="00A908D7" w:rsidP="00B01F19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8D7" w:rsidRDefault="00A908D7" w:rsidP="00A908D7">
      <w:pPr>
        <w:spacing w:after="0" w:line="240" w:lineRule="auto"/>
      </w:pPr>
      <w:r>
        <w:separator/>
      </w:r>
    </w:p>
  </w:endnote>
  <w:endnote w:type="continuationSeparator" w:id="0">
    <w:p w:rsidR="00A908D7" w:rsidRDefault="00A908D7" w:rsidP="00A9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8D7" w:rsidRDefault="00A908D7" w:rsidP="00A908D7">
      <w:pPr>
        <w:spacing w:after="0" w:line="240" w:lineRule="auto"/>
      </w:pPr>
      <w:r>
        <w:separator/>
      </w:r>
    </w:p>
  </w:footnote>
  <w:footnote w:type="continuationSeparator" w:id="0">
    <w:p w:rsidR="00A908D7" w:rsidRDefault="00A908D7" w:rsidP="00A90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8D7" w:rsidRDefault="00A908D7">
    <w:pPr>
      <w:pStyle w:val="Header"/>
    </w:pPr>
    <w:r>
      <w:t>EWW107B_TRANSCRIPT_DOM_INT</w:t>
    </w:r>
  </w:p>
  <w:p w:rsidR="00A908D7" w:rsidRDefault="00A90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D7"/>
    <w:rsid w:val="00070A67"/>
    <w:rsid w:val="00292F2F"/>
    <w:rsid w:val="004F43B2"/>
    <w:rsid w:val="006C4D3C"/>
    <w:rsid w:val="00A9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627B9"/>
  <w15:chartTrackingRefBased/>
  <w15:docId w15:val="{74883E9A-7072-4D93-AEE6-BA6CAFB9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908D7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90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8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0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8D7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A908D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908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908D7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A908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908D7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A908D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908D7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A908D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A908D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A908D7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A908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A908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A908D7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A908D7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A908D7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A908D7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A908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A908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A908D7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A908D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A908D7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A90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908D7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908D7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908D7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A908D7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A908D7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A908D7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A908D7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908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A908D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908D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A908D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2020-02-06T21:17:00Z</dcterms:created>
  <dcterms:modified xsi:type="dcterms:W3CDTF">2020-02-06T21:19:00Z</dcterms:modified>
</cp:coreProperties>
</file>