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19596E" w:rsidTr="00975ED1">
        <w:tc>
          <w:tcPr>
            <w:tcW w:w="2877" w:type="dxa"/>
          </w:tcPr>
          <w:p w:rsidR="0019596E" w:rsidRDefault="00975ED1">
            <w:r>
              <w:t>TC:</w:t>
            </w:r>
          </w:p>
        </w:tc>
        <w:tc>
          <w:tcPr>
            <w:tcW w:w="2876" w:type="dxa"/>
          </w:tcPr>
          <w:p w:rsidR="0019596E" w:rsidRDefault="00975ED1">
            <w:r>
              <w:t>VIDEO:</w:t>
            </w:r>
          </w:p>
        </w:tc>
        <w:tc>
          <w:tcPr>
            <w:tcW w:w="2877" w:type="dxa"/>
          </w:tcPr>
          <w:p w:rsidR="0019596E" w:rsidRDefault="00975ED1">
            <w:r>
              <w:t>AUDIO: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01:00:00:10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[ººº]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01:00:01:27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Wherever I go,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01:00:03:19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º I see things that I want to know. º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01:00:05:18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º Wherever I am, º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01:00:07:00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º I find things that I want to </w:t>
            </w:r>
            <w:proofErr w:type="gramStart"/>
            <w:r>
              <w:t>understand.º</w:t>
            </w:r>
            <w:proofErr w:type="gramEnd"/>
            <w:r>
              <w:t xml:space="preserve">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01:00:09:09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ºGo and explore, listen and see, º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01:00:12:27</w:t>
            </w:r>
          </w:p>
        </w:tc>
        <w:tc>
          <w:tcPr>
            <w:tcW w:w="2876" w:type="dxa"/>
          </w:tcPr>
          <w:p w:rsidR="0019596E" w:rsidRDefault="0019596E">
            <w:bookmarkStart w:id="0" w:name="_GoBack"/>
            <w:bookmarkEnd w:id="0"/>
          </w:p>
        </w:tc>
        <w:tc>
          <w:tcPr>
            <w:tcW w:w="2877" w:type="dxa"/>
          </w:tcPr>
          <w:p w:rsidR="0019596E" w:rsidRDefault="00975ED1">
            <w:r>
              <w:t xml:space="preserve">º just follow your curiosity. º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01:00:16:20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01:00:20:09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Why do birds sing and how do they fly? º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01:00:23:27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01:00:27:19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Why do ants march and where do they hide? º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01:00:31:10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º There's so much to learn, º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01:00:33:09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º wherever you turn, º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01:00:35:03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º just listen and see, º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01:00:36:26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º and follow your curiosity. º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01:00:40:22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>[ººº]</w:t>
            </w:r>
            <w:r>
              <w:t xml:space="preserve">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01:00:42:12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lastRenderedPageBreak/>
              <w:t>01:00:46:05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Ask a question, what will you find? º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01:00:49:23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01:00:53:15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Just listen and see, come and wonder with me. º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01:01:00:27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[º]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01:01:03:01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[bird chirping]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01:01:04:03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"Bird Song"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01:01:06:00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[º]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01:01:08:22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[bird chirping]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01:01:13:17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[bird chirping]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01:01:15:24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MR. RABBIT: </w:t>
            </w:r>
            <w:r>
              <w:t xml:space="preserve">[snoring]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01:01:20:06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[bird chirping loud]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01:01:23:11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MR. RABBIT: </w:t>
            </w:r>
            <w:r>
              <w:t xml:space="preserve">[snoring]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01:01:24:25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proofErr w:type="spellStart"/>
            <w:proofErr w:type="gramStart"/>
            <w:r>
              <w:t>Wha</w:t>
            </w:r>
            <w:proofErr w:type="spellEnd"/>
            <w:r>
              <w:t>..?</w:t>
            </w:r>
            <w:proofErr w:type="gramEnd"/>
            <w:r>
              <w:t xml:space="preserve">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01:01:26:13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[bird chirping]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01:01:28:10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MR. RABBIT: </w:t>
            </w:r>
            <w:r>
              <w:t xml:space="preserve">What is that?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01:01:33:11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MR. RABBIT: </w:t>
            </w:r>
            <w:proofErr w:type="spellStart"/>
            <w:r>
              <w:t>Ahhh</w:t>
            </w:r>
            <w:proofErr w:type="spellEnd"/>
            <w:r>
              <w:t xml:space="preserve">, that's better...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01:01:37:03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proofErr w:type="spellStart"/>
            <w:r>
              <w:t>Aaahhh</w:t>
            </w:r>
            <w:proofErr w:type="spellEnd"/>
            <w:r>
              <w:t xml:space="preserve">....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01:01:39:17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[bird chirping]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01:01:40:17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MR. RABBIT: </w:t>
            </w:r>
            <w:proofErr w:type="spellStart"/>
            <w:r>
              <w:t>Whaaaa</w:t>
            </w:r>
            <w:proofErr w:type="spellEnd"/>
            <w:r>
              <w:t xml:space="preserve">... Oh gee.... Oh....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01:01:42:05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MR. RABBIT: </w:t>
            </w:r>
            <w:proofErr w:type="spellStart"/>
            <w:r>
              <w:t>Ahhh</w:t>
            </w:r>
            <w:proofErr w:type="spellEnd"/>
            <w:r>
              <w:t xml:space="preserve">...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01:01:46:07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MR. RABBIT: </w:t>
            </w:r>
            <w:r>
              <w:t xml:space="preserve">[grunts]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01:01:48:00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[sigh]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lastRenderedPageBreak/>
              <w:t>01:01:50:20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[bird chirping]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01:01:51:20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MR. RABBIT: </w:t>
            </w:r>
            <w:proofErr w:type="spellStart"/>
            <w:r>
              <w:t>Whaa</w:t>
            </w:r>
            <w:proofErr w:type="spellEnd"/>
            <w:r>
              <w:t xml:space="preserve">! </w:t>
            </w:r>
            <w:proofErr w:type="spellStart"/>
            <w:r>
              <w:t>OOh</w:t>
            </w:r>
            <w:proofErr w:type="spellEnd"/>
            <w:r>
              <w:t xml:space="preserve">! </w:t>
            </w:r>
            <w:proofErr w:type="spellStart"/>
            <w:r>
              <w:t>Eee</w:t>
            </w:r>
            <w:proofErr w:type="spellEnd"/>
            <w:r>
              <w:t xml:space="preserve">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01:01:52:26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proofErr w:type="spellStart"/>
            <w:r>
              <w:t>Oof</w:t>
            </w:r>
            <w:proofErr w:type="spellEnd"/>
            <w:r>
              <w:t xml:space="preserve">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01:01:53:26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MR. RABBIT: </w:t>
            </w:r>
            <w:r>
              <w:t xml:space="preserve">[groans] [growls]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01:01:57:06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MR. RABBIT: </w:t>
            </w:r>
            <w:r>
              <w:t xml:space="preserve">[groans]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01:01:59:07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[bird chirping]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01:02:02:06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Hmmm.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01:02:03:09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[bird chirping] </w:t>
            </w:r>
            <w:r>
              <w:rPr>
                <w:b/>
              </w:rPr>
              <w:t xml:space="preserve">ELINOR: </w:t>
            </w:r>
            <w:r>
              <w:t xml:space="preserve">Huh?!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01:02:05:11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[yawns] Who's that?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01:02:07:02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[bird chirping] [º]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01:02:11:04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Oh, good morning, little bird!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01:02:14:14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Thank you for the nice wake-up song!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01:02:16:26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I'll be outside soon.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01:02:18:09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Maybe we can play!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01:02:20:07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[º]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01:02:25:14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Good morning Mom!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01:02:26:29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RANGER </w:t>
            </w:r>
            <w:r>
              <w:rPr>
                <w:b/>
              </w:rPr>
              <w:t xml:space="preserve">RABBIT: </w:t>
            </w:r>
            <w:r>
              <w:t xml:space="preserve">Good morning, Elinor!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01:02:28:11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How are you this morning?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01:02:30:00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I'm great, Mom!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01:02:31:17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I just heard a cute little bird singing...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lastRenderedPageBreak/>
              <w:t>01:02:34:04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a </w:t>
            </w:r>
            <w:proofErr w:type="gramStart"/>
            <w:r>
              <w:t>really pretty</w:t>
            </w:r>
            <w:proofErr w:type="gramEnd"/>
            <w:r>
              <w:t xml:space="preserve"> wake-up song.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01:02:35:29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RANGER RABBIT: </w:t>
            </w:r>
            <w:r>
              <w:t xml:space="preserve">That's great dear.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01:02:38:29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MR. RABBIT: </w:t>
            </w:r>
            <w:r>
              <w:t xml:space="preserve">[yawn]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01:02:41:13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Good morning.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01:02:43:10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Morning, Dad!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01:02:44:14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Did you hear that cute bird singing this morning?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01:02:47:09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MR. RABBIT: </w:t>
            </w:r>
            <w:r>
              <w:t xml:space="preserve">[groan]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01:02:50:06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proofErr w:type="spellStart"/>
            <w:r>
              <w:t>Mmmm</w:t>
            </w:r>
            <w:proofErr w:type="spellEnd"/>
            <w:r>
              <w:t xml:space="preserve"> hmmm.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01:02:52:03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I sure did, Elinor.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01:02:56:13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Wasn't the song pretty?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01:02:58:08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MR. RABBIT: </w:t>
            </w:r>
            <w:r>
              <w:t xml:space="preserve">Yes.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01:03:01:04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Pretty loud.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01:03:03:08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RANGER RABBIT: </w:t>
            </w:r>
            <w:r>
              <w:t xml:space="preserve">[giggle] Did it wake you up, dear?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01:03:06:11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I know you wanted to sleep in </w:t>
            </w:r>
            <w:r>
              <w:t xml:space="preserve">today.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01:03:08:17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MR. RABBIT: </w:t>
            </w:r>
            <w:r>
              <w:t xml:space="preserve">Well, I tried to go back to sleep but I couldn't.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01:03:11:26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Why do birds have to sing right outside my window?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01:03:16:00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[sigh]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01:03:17:24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Good question, Dad!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01:03:19:09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Hmm... And why do </w:t>
            </w:r>
            <w:r>
              <w:t xml:space="preserve">birds sing anyway?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lastRenderedPageBreak/>
              <w:t>01:03:23:06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MR. RABBIT: </w:t>
            </w:r>
            <w:r>
              <w:t xml:space="preserve">Hmm...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01:03:24:22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Interesting.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01:03:26:09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Lizards don't sing.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01:03:27:28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Plants don't sing.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01:03:29:14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Some bugs make nice sounds, but I don't think they sing.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01:03:33:27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MR. </w:t>
            </w:r>
            <w:r>
              <w:rPr>
                <w:b/>
              </w:rPr>
              <w:t xml:space="preserve">RABBIT: </w:t>
            </w:r>
            <w:r>
              <w:t xml:space="preserve">Hmmm.... Thank goodness for that!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01:03:38:11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[sigh]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01:03:41:07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So why do birds sing?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01:03:44:16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RANGER RABBIT: </w:t>
            </w:r>
            <w:r>
              <w:t xml:space="preserve">That is a good question, Elinor!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01:03:46:21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Why do you think birds sing?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01:03:49:15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Hmmm...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01:03:50:21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Maybe they are practicing...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01:03:52:01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to give a big singing concert </w:t>
            </w:r>
            <w:proofErr w:type="gramStart"/>
            <w:r>
              <w:t>somewhere?</w:t>
            </w:r>
            <w:proofErr w:type="gramEnd"/>
            <w:r>
              <w:t xml:space="preserve">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01:03:55:09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RANGER RABBIT: </w:t>
            </w:r>
            <w:r>
              <w:t xml:space="preserve">[chuckle] That is a fun idea.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01:03:58:03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Have you ever heard of birds giving a concert?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01:04:01:25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>No, you're ri</w:t>
            </w:r>
            <w:r>
              <w:t xml:space="preserve">ght.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01:04:03:03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Birds don't give concerts.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01:04:05:11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So why do they sing?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01:04:07:10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MR. RABBIT: </w:t>
            </w:r>
            <w:r>
              <w:t xml:space="preserve">Maybe they just like waking up sleeping bunnies?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lastRenderedPageBreak/>
              <w:t>01:04:09:28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[laugh] </w:t>
            </w:r>
            <w:r>
              <w:rPr>
                <w:b/>
              </w:rPr>
              <w:t xml:space="preserve">RANGER RABBIT: </w:t>
            </w:r>
            <w:r>
              <w:t xml:space="preserve">[laugh]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01:04:12:29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If I figure out </w:t>
            </w:r>
            <w:r>
              <w:t xml:space="preserve">why birds sing,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01:04:15:24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then maybe I can figure out how to keep it...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01:04:18:02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from waking you up Dad!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01:04:20:07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MR. RABBIT: </w:t>
            </w:r>
            <w:r>
              <w:t xml:space="preserve">Thank you, Elinor.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01:04:22:15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That's the best idea I've heard all morning.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01:04:26:05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Hmm...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01:04:28:01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I need more observations!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01:04:30:26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RANGER RABBIT: </w:t>
            </w:r>
            <w:r>
              <w:t xml:space="preserve">Then you might want to use these binoculars.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01:04:34:14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They're good for watching birds.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01:04:37:14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Ok, I'm going to figure out this mystery!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01:04:41:11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Thanks for the breakfast, Mom!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01:04:43:01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See you later, Dad!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01:04:44:20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[snoring sounds]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01:04:45:28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Dad?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01:04:47:04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MR. RABBIT: </w:t>
            </w:r>
            <w:r>
              <w:t xml:space="preserve">[snoring]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01:04:52:16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[whispering] Don't worry, Dad.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01:04:54:00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I'll figure </w:t>
            </w:r>
            <w:r>
              <w:t xml:space="preserve">this out for you.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01:04:57:24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[º]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lastRenderedPageBreak/>
              <w:t>01:05:03:23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Ok, let's find some birds...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01:05:06:00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and make some observations!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01:05:12:29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Hmm, that doesn't look right.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01:05:16:11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These are supposed to make things look </w:t>
            </w:r>
            <w:r>
              <w:t xml:space="preserve">closer,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01:05:19:18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not farther away!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01:05:22:03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Oh.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01:05:23:22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[giggles] Oops!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01:05:26:22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That's better!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01:05:30:20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Hmm...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01:05:32:01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[gasp] Ooh!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01:05:34:17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[giggle] Hello butterfly.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01:05:37:17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proofErr w:type="spellStart"/>
            <w:r>
              <w:t>Oooh</w:t>
            </w:r>
            <w:proofErr w:type="spellEnd"/>
            <w:r>
              <w:t xml:space="preserve">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01:05:39:11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There's a cute little bird.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01:05:41:08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Sing for me, birdie!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01:05:43:24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Huh? What's that?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01:05:45:26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ARI: </w:t>
            </w:r>
            <w:r>
              <w:t xml:space="preserve">Hi, Elinor!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01:05:47:11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proofErr w:type="spellStart"/>
            <w:r>
              <w:t>Whatcha</w:t>
            </w:r>
            <w:proofErr w:type="spellEnd"/>
            <w:r>
              <w:t xml:space="preserve"> doing?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01:05:48:21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[giggle] Hi Ari, Hi </w:t>
            </w:r>
            <w:r>
              <w:t xml:space="preserve">Olive!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01:05:51:04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OLIVE: </w:t>
            </w:r>
            <w:r>
              <w:t xml:space="preserve">Hi Elinor!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01:05:52:13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I'm using these binoculars to look for birds.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lastRenderedPageBreak/>
              <w:t>01:05:55:15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I'm trying to answer a question!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01:05:57:24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OLIVE: </w:t>
            </w:r>
            <w:r>
              <w:t xml:space="preserve">Cool!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01:05:59:12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Uh, what's the question?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01:06:01:17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I </w:t>
            </w:r>
            <w:r>
              <w:t xml:space="preserve">want to know why birds sing!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01:06:04:09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Plants don't sing, lizards don't sing.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01:06:07:03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Why do birds sing?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01:06:08:23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ARI: </w:t>
            </w:r>
            <w:r>
              <w:t xml:space="preserve">Uh, of course birds sing!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01:06:10:28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They are birds!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01:06:12:09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OLIVE: </w:t>
            </w:r>
            <w:r>
              <w:t xml:space="preserve">But why do they sing, Ari?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01:06:14:20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ARI: </w:t>
            </w:r>
            <w:r>
              <w:t xml:space="preserve">Oh! Huh!...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01:06:15:24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Uh... I never thought about it before.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01:06:18:19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You're right, I don't know!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01:06:20:27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OLIVE: </w:t>
            </w:r>
            <w:r>
              <w:t xml:space="preserve">We'll help you, Elinor.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01:06:22:03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Let's all solve the mystery together!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01:06:24:05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ARI: </w:t>
            </w:r>
            <w:r>
              <w:t xml:space="preserve">Yeah!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01:06:25:05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Ok!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01:06:26:05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We'll all watch the birds...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01:06:27:05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and try to figure out what makes them sing.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01:06:30:24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[birds singing]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01:06:37:12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ARI: </w:t>
            </w:r>
            <w:r>
              <w:t xml:space="preserve">There's one that way!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lastRenderedPageBreak/>
              <w:t>01:06:38:26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OLIVE: </w:t>
            </w:r>
            <w:r>
              <w:t xml:space="preserve">I heard one this </w:t>
            </w:r>
            <w:r>
              <w:t xml:space="preserve">way!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01:06:40:10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I think there's one over there.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01:06:42:09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[birds singing]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01:06:43:10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Huh.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01:06:44:20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There are a lot of birds in the forest.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01:06:47:05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OLIVE: </w:t>
            </w:r>
            <w:r>
              <w:t xml:space="preserve">Let's split up!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01:06:48:09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I'll look for birds </w:t>
            </w:r>
            <w:r>
              <w:t xml:space="preserve">over here...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01:06:50:00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ARI: </w:t>
            </w:r>
            <w:r>
              <w:t xml:space="preserve">And I'll listen for some over there!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01:06:52:02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Great idea!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01:06:53:02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Now we can get more observations!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01:07:02:22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Ok birds, I'm ready, let's hear some songs!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01:07:08:07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[birds </w:t>
            </w:r>
            <w:r>
              <w:t xml:space="preserve">singing]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01:07:09:18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[gasp]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01:07:10:18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[birds singing]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01:07:14:22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[bird singing]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01:07:17:11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Hmm, you look like you're looking for something.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01:07:20:14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[bird singing]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01:07:22:01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Ooh, another bird.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01:07:24:06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They sound kind of the same.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lastRenderedPageBreak/>
              <w:t>01:07:26:06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I wonder if they know </w:t>
            </w:r>
            <w:proofErr w:type="gramStart"/>
            <w:r>
              <w:t>each other?</w:t>
            </w:r>
            <w:proofErr w:type="gramEnd"/>
            <w:r>
              <w:t xml:space="preserve">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01:07:28:19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Hi, cute little bird!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01:07:30:21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You look like a baby version of the other bird!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01:07:33:16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You look like you're </w:t>
            </w:r>
            <w:r>
              <w:t xml:space="preserve">looking for something too.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01:07:36:07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[bird singing]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01:07:38:15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Hey, you must be the mama bird!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01:07:40:22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Are you looking for your baby?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01:07:42:09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[bird singing]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01:07:45:26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[º]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01:07:50:24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[bird chirping]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01:07:52:22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Yes, your baby is over there!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01:07:56:06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[bird chirps]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01:07:58:05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[bird chirping]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01:08:02:04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[birds chirp]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01:08:03:06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Yay! You found each other!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01:08:06:08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proofErr w:type="spellStart"/>
            <w:r>
              <w:t>Hmmmm</w:t>
            </w:r>
            <w:proofErr w:type="spellEnd"/>
            <w:r>
              <w:t xml:space="preserve">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01:08:08:29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ARI: </w:t>
            </w:r>
            <w:r>
              <w:t xml:space="preserve">Olive!?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01:08:11:00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Where are you?!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01:08:12:19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OLIVE: </w:t>
            </w:r>
            <w:r>
              <w:t xml:space="preserve">I'm over here!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01:08:15:27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Who is calling me?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lastRenderedPageBreak/>
              <w:t>01:08:17:15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ARI: </w:t>
            </w:r>
            <w:r>
              <w:t xml:space="preserve">It's me Ari!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01:08:19:13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OLIVE: </w:t>
            </w:r>
            <w:r>
              <w:t xml:space="preserve">Ari?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01:08:20:15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ARI: </w:t>
            </w:r>
            <w:r>
              <w:t xml:space="preserve">Yes!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01:08:21:15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OLIVE: </w:t>
            </w:r>
            <w:r>
              <w:t xml:space="preserve">Where are you?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01:08:22:18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ARI: </w:t>
            </w:r>
            <w:r>
              <w:t xml:space="preserve">Here!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01:08:23:26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OLIVE: </w:t>
            </w:r>
            <w:r>
              <w:t xml:space="preserve">Where's here?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01:08:25:06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ARI: </w:t>
            </w:r>
            <w:r>
              <w:t xml:space="preserve">I'm right next to a tree!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01:08:26:24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OLIVE: </w:t>
            </w:r>
            <w:r>
              <w:t xml:space="preserve">Which tree?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01:08:28:04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ARI: </w:t>
            </w:r>
            <w:r>
              <w:t xml:space="preserve">The one beside me.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01:08:29:26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OLIVE: </w:t>
            </w:r>
            <w:r>
              <w:t xml:space="preserve">Besides you where?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01:08:31:27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Hmm...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01:08:33:08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OLIVE: </w:t>
            </w:r>
            <w:r>
              <w:t xml:space="preserve">[sigh] What does it look like?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01:08:37:17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ARI: </w:t>
            </w:r>
            <w:r>
              <w:t xml:space="preserve">Uh, it's tall, with a bunch of leaves.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01:08:43:07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OLIVE: </w:t>
            </w:r>
            <w:r>
              <w:t xml:space="preserve">That sounds just like the tree I'm standing next to.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01:08:46:10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[birds singing]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01:08:49:11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ARI: </w:t>
            </w:r>
            <w:r>
              <w:t xml:space="preserve">Oh, I see you!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01:08:50:15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OLIVE: </w:t>
            </w:r>
            <w:r>
              <w:t xml:space="preserve">I see you too!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01:08:52:01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Guys! I think I figured it out!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01:08:55:05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I think I know why birds sing.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01:08:57:00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ARI: </w:t>
            </w:r>
            <w:r>
              <w:t xml:space="preserve">What? Already?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01:08:58:19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OLIVE: </w:t>
            </w:r>
            <w:r>
              <w:t xml:space="preserve">Yeah, we haven't seen a lot of birds yet.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lastRenderedPageBreak/>
              <w:t>01:09:01:20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You </w:t>
            </w:r>
            <w:r>
              <w:t xml:space="preserve">two helped me figure it out!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01:09:03:23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ARI: </w:t>
            </w:r>
            <w:r>
              <w:t xml:space="preserve">We did? </w:t>
            </w:r>
            <w:r>
              <w:rPr>
                <w:b/>
              </w:rPr>
              <w:t xml:space="preserve">OLIVE: </w:t>
            </w:r>
            <w:r>
              <w:t xml:space="preserve">We did?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01:09:06:09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I was looking around, and then I saw a mama bird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01:09:09:26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trying to find her baby bird.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01:09:12:05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[bird chirps]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01:09:13:16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OLIVE: </w:t>
            </w:r>
            <w:proofErr w:type="spellStart"/>
            <w:r>
              <w:t>Awww</w:t>
            </w:r>
            <w:proofErr w:type="spellEnd"/>
            <w:r>
              <w:t xml:space="preserve">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01:09:15:08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Both birds were singing,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01:09:17:06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and then I realized they were doing the same thing...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01:09:20:10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you and Ari were doing!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01:09:22:17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ARI: </w:t>
            </w:r>
            <w:r>
              <w:t xml:space="preserve">They were?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01:09:24:09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Yes!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01:09:25:09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They were talking to </w:t>
            </w:r>
            <w:r>
              <w:t xml:space="preserve">find each other!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01:09:29:09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ARI: </w:t>
            </w:r>
            <w:r>
              <w:t xml:space="preserve">Wait, am I supposed to be a baby bird?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01:09:31:18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OLIVE: </w:t>
            </w:r>
            <w:r>
              <w:t xml:space="preserve">[giggle]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01:09:34:13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OLIVE: </w:t>
            </w:r>
            <w:proofErr w:type="spellStart"/>
            <w:r>
              <w:t>Noooo</w:t>
            </w:r>
            <w:proofErr w:type="spellEnd"/>
            <w:r>
              <w:t xml:space="preserve">, Elinor means the birds called to each other...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01:09:37:22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with their singing the way we did with our words.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01:09:40:20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ARI: </w:t>
            </w:r>
            <w:proofErr w:type="spellStart"/>
            <w:r>
              <w:t>mhmm</w:t>
            </w:r>
            <w:proofErr w:type="spellEnd"/>
            <w:r>
              <w:t xml:space="preserve">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01:09:41:20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ARI: </w:t>
            </w:r>
            <w:r>
              <w:t xml:space="preserve">Oh yeah!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lastRenderedPageBreak/>
              <w:t>01:09:42:22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When we couldn't find each other!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01:09:44:15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Birds use singing to talk to each other!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01:09:46:27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That's why they sing!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01:09:48:20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ARI: </w:t>
            </w:r>
            <w:proofErr w:type="spellStart"/>
            <w:r>
              <w:t>Ohhh</w:t>
            </w:r>
            <w:proofErr w:type="spellEnd"/>
            <w:r>
              <w:t xml:space="preserve">... I get it.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01:09:51:21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It's bird talk!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01:09:53:09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Yes!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01:09:54:10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That is so interesting!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01:09:58:03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[ººº]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01:09:59:05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ALL: </w:t>
            </w:r>
            <w:r>
              <w:t xml:space="preserve">º We know it's true, º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01:10:01:19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º Birds like to sing, º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01:10:04:13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º </w:t>
            </w:r>
            <w:proofErr w:type="gramStart"/>
            <w:r>
              <w:t>But</w:t>
            </w:r>
            <w:proofErr w:type="gramEnd"/>
            <w:r>
              <w:t xml:space="preserve"> why do they sing? º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01:10:07:12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º It's for lots of things. º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01:10:10:08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ALL: </w:t>
            </w:r>
            <w:r>
              <w:t xml:space="preserve">º A singing bird can say. º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01:10:13:05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º How do you do! º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01:10:15:25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º </w:t>
            </w:r>
            <w:proofErr w:type="gramStart"/>
            <w:r>
              <w:t>Or</w:t>
            </w:r>
            <w:proofErr w:type="gramEnd"/>
            <w:r>
              <w:t xml:space="preserve"> this is my tree, º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01:10:18:19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º </w:t>
            </w:r>
            <w:proofErr w:type="gramStart"/>
            <w:r>
              <w:t>Or</w:t>
            </w:r>
            <w:proofErr w:type="gramEnd"/>
            <w:r>
              <w:t xml:space="preserve"> even I love you, º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01:10:21:23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º Birds like to sing, º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01:10:24:14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now we can see! º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01:10:27:05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º They're talking to each other, º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01:10:30:08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º Just like you and </w:t>
            </w:r>
            <w:proofErr w:type="spellStart"/>
            <w:r>
              <w:t>meeeee</w:t>
            </w:r>
            <w:proofErr w:type="spellEnd"/>
            <w:r>
              <w:t xml:space="preserve">! º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01:10:36:03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ALL: </w:t>
            </w:r>
            <w:proofErr w:type="spellStart"/>
            <w:r>
              <w:t>Whhoooaaaa</w:t>
            </w:r>
            <w:proofErr w:type="spellEnd"/>
            <w:r>
              <w:t xml:space="preserve">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01:10:40:11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ALL: </w:t>
            </w:r>
            <w:r>
              <w:t xml:space="preserve">[giggle]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lastRenderedPageBreak/>
              <w:t>01:10:44:11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ARI: </w:t>
            </w:r>
            <w:r>
              <w:t xml:space="preserve">We solved the mystery!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01:10:46:21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OLIVE: </w:t>
            </w:r>
            <w:r>
              <w:t xml:space="preserve">We know why birds sing!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01:10:48:21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Hmmm...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01:10:49:28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and that gives me an idea to help my dad.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01:10:53:00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[º]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01:11:04:27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[birds singing]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01:11:13:23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[whistles </w:t>
            </w:r>
            <w:proofErr w:type="spellStart"/>
            <w:r>
              <w:t>immitating</w:t>
            </w:r>
            <w:proofErr w:type="spellEnd"/>
            <w:r>
              <w:t xml:space="preserve"> bird]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01:11:16:08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[whistling]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01:11:17:21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[whistle] C'mon, little bird.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01:11:19:06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[whistle]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01:11:20:16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Let's go sing somewhere else.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01:11:22:27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[whistling]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01:11:25:17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[bird sings]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01:11:26:26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[º]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01:11:30:27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[birds </w:t>
            </w:r>
            <w:r>
              <w:t xml:space="preserve">singing]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01:11:32:01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Sleep well, Dad!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01:11:33:22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[whistling]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01:11:35:26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[birds singing]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01:11:41:06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MR. RABBIT: </w:t>
            </w:r>
            <w:r>
              <w:t xml:space="preserve">[sigh] Ah!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01:11:46:17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[alarm clock blaring] </w:t>
            </w:r>
            <w:r>
              <w:rPr>
                <w:b/>
              </w:rPr>
              <w:t xml:space="preserve">MR. RABBIT: </w:t>
            </w:r>
            <w:r>
              <w:t xml:space="preserve">Ooh </w:t>
            </w:r>
            <w:proofErr w:type="spellStart"/>
            <w:r>
              <w:t>nooo</w:t>
            </w:r>
            <w:proofErr w:type="spellEnd"/>
            <w:r>
              <w:t xml:space="preserve">!!!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01:11:49:17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MR. RABBIT: </w:t>
            </w:r>
            <w:r>
              <w:t xml:space="preserve">Aww...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lastRenderedPageBreak/>
              <w:t>01:11:51:15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MR. RABBIT: </w:t>
            </w:r>
            <w:r>
              <w:t xml:space="preserve">[crying] Oh gee...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01:11:54:24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rPr>
                <w:b/>
              </w:rPr>
              <w:t xml:space="preserve">ELINOR: </w:t>
            </w:r>
            <w:r>
              <w:t xml:space="preserve">[whistle] </w:t>
            </w:r>
          </w:p>
        </w:tc>
      </w:tr>
      <w:tr w:rsidR="0019596E" w:rsidTr="00975ED1">
        <w:tc>
          <w:tcPr>
            <w:tcW w:w="2877" w:type="dxa"/>
          </w:tcPr>
          <w:p w:rsidR="0019596E" w:rsidRDefault="00975ED1">
            <w:r>
              <w:t>01:11:57:03</w:t>
            </w:r>
          </w:p>
        </w:tc>
        <w:tc>
          <w:tcPr>
            <w:tcW w:w="2876" w:type="dxa"/>
          </w:tcPr>
          <w:p w:rsidR="0019596E" w:rsidRDefault="0019596E"/>
        </w:tc>
        <w:tc>
          <w:tcPr>
            <w:tcW w:w="2877" w:type="dxa"/>
          </w:tcPr>
          <w:p w:rsidR="0019596E" w:rsidRDefault="00975ED1">
            <w:r>
              <w:t xml:space="preserve">[birds singing] </w:t>
            </w:r>
          </w:p>
        </w:tc>
      </w:tr>
    </w:tbl>
    <w:p w:rsidR="0019596E" w:rsidRDefault="00975ED1">
      <w:r>
        <w:br w:type="page"/>
      </w:r>
    </w:p>
    <w:sectPr w:rsidR="0019596E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679E" w:rsidRDefault="004E679E" w:rsidP="004E679E">
      <w:pPr>
        <w:spacing w:after="0" w:line="240" w:lineRule="auto"/>
      </w:pPr>
      <w:r>
        <w:separator/>
      </w:r>
    </w:p>
  </w:endnote>
  <w:endnote w:type="continuationSeparator" w:id="0">
    <w:p w:rsidR="004E679E" w:rsidRDefault="004E679E" w:rsidP="004E6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679E" w:rsidRDefault="004E679E" w:rsidP="004E679E">
      <w:pPr>
        <w:spacing w:after="0" w:line="240" w:lineRule="auto"/>
      </w:pPr>
      <w:r>
        <w:separator/>
      </w:r>
    </w:p>
  </w:footnote>
  <w:footnote w:type="continuationSeparator" w:id="0">
    <w:p w:rsidR="004E679E" w:rsidRDefault="004E679E" w:rsidP="004E67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679E" w:rsidRDefault="004E679E">
    <w:pPr>
      <w:pStyle w:val="Header"/>
    </w:pPr>
    <w:r>
      <w:t>EWW107A_TRANSCRIPT_BROADCAST</w:t>
    </w:r>
  </w:p>
  <w:p w:rsidR="004E679E" w:rsidRDefault="004E67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596E"/>
    <w:rsid w:val="0029639D"/>
    <w:rsid w:val="00326F90"/>
    <w:rsid w:val="004E679E"/>
    <w:rsid w:val="00975ED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9EC022"/>
  <w14:defaultImageDpi w14:val="300"/>
  <w15:docId w15:val="{1B53C3C2-8A36-498B-BF5C-1BF78FE71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4" w:semiHidden="1" w:unhideWhenUsed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FD95245-13E9-4EB3-978A-4817DAEC7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1736</Words>
  <Characters>9896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11609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Paul Moncrieffe</cp:lastModifiedBy>
  <cp:revision>3</cp:revision>
  <dcterms:created xsi:type="dcterms:W3CDTF">2020-02-06T21:31:00Z</dcterms:created>
  <dcterms:modified xsi:type="dcterms:W3CDTF">2020-02-06T21:32:00Z</dcterms:modified>
  <cp:category/>
</cp:coreProperties>
</file>