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2E733A" w:rsidTr="00205430">
        <w:tc>
          <w:tcPr>
            <w:tcW w:w="2880" w:type="dxa"/>
          </w:tcPr>
          <w:p w:rsidR="002E733A" w:rsidRDefault="002E733A" w:rsidP="00205430">
            <w:r>
              <w:t>TC:</w:t>
            </w:r>
            <w:bookmarkStart w:id="0" w:name="_GoBack"/>
            <w:bookmarkEnd w:id="0"/>
          </w:p>
        </w:tc>
        <w:tc>
          <w:tcPr>
            <w:tcW w:w="2880" w:type="dxa"/>
          </w:tcPr>
          <w:p w:rsidR="002E733A" w:rsidRDefault="002E733A" w:rsidP="00205430">
            <w:r>
              <w:t>VIDEO:</w:t>
            </w:r>
          </w:p>
        </w:tc>
        <w:tc>
          <w:tcPr>
            <w:tcW w:w="2880" w:type="dxa"/>
          </w:tcPr>
          <w:p w:rsidR="002E733A" w:rsidRPr="002E733A" w:rsidRDefault="002E733A" w:rsidP="00205430">
            <w:pPr>
              <w:rPr>
                <w:bCs/>
              </w:rPr>
            </w:pPr>
            <w:r w:rsidRPr="002E733A">
              <w:rPr>
                <w:bCs/>
              </w:rPr>
              <w:t>AUDIO: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01:13:31:17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"Feathers"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01:13:33:04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[birds chirping]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01:13:37:03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[efforts]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01:13:39:05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>Woo-</w:t>
            </w:r>
            <w:proofErr w:type="spellStart"/>
            <w:r>
              <w:t>hooo</w:t>
            </w:r>
            <w:proofErr w:type="spellEnd"/>
            <w:r>
              <w:t xml:space="preserve">! [giggle]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01:13:43:16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Oh yeah!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01:13:45:01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Flying is so fun...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01:13:47:00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[bird chirps] </w:t>
            </w:r>
            <w:r>
              <w:rPr>
                <w:b/>
              </w:rPr>
              <w:t xml:space="preserve">ARI: </w:t>
            </w:r>
            <w:r>
              <w:t xml:space="preserve">Huh?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01:13:57:06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[gasp]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01:13:58:06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[giggle]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01:14:02:06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Oh cool! A bird </w:t>
            </w:r>
            <w:proofErr w:type="gramStart"/>
            <w:r>
              <w:t>feather</w:t>
            </w:r>
            <w:proofErr w:type="gramEnd"/>
            <w:r>
              <w:t xml:space="preserve">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01:14:06:17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Wow! That's so neat.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01:14:09:18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proofErr w:type="spellStart"/>
            <w:r>
              <w:t>Hooo</w:t>
            </w:r>
            <w:proofErr w:type="spellEnd"/>
            <w:r>
              <w:t xml:space="preserve">! </w:t>
            </w:r>
            <w:proofErr w:type="spellStart"/>
            <w:r>
              <w:t>Haaa</w:t>
            </w:r>
            <w:proofErr w:type="spellEnd"/>
            <w:r>
              <w:t xml:space="preserve">... </w:t>
            </w:r>
            <w:proofErr w:type="spellStart"/>
            <w:r>
              <w:t>Whaa</w:t>
            </w:r>
            <w:proofErr w:type="spellEnd"/>
            <w:r>
              <w:t xml:space="preserve">...!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01:14:11:19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[giggle]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01:14:13:10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spellStart"/>
            <w:r>
              <w:t>Aaahh</w:t>
            </w:r>
            <w:proofErr w:type="spellEnd"/>
            <w:r>
              <w:t xml:space="preserve">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01:14:14:10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[giggle]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01:14:16:00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[sigh]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01:14:19:03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[giggle]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01:14:21:04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You're my new lucky feather!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01:14:24:23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I can't wait to show Olive and Elinor!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01:14:27:14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[humming]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01:14:30:08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01:14:40:17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[humming]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01:14:43:05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[humming]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lastRenderedPageBreak/>
              <w:t>01:14:45:13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There!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01:14:46:13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[humming]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01:14:48:20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Nice!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01:14:50:01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What do you think, Olive?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01:14:51:17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I think our </w:t>
            </w:r>
            <w:proofErr w:type="gramStart"/>
            <w:r>
              <w:t>sand castle</w:t>
            </w:r>
            <w:proofErr w:type="gramEnd"/>
            <w:r>
              <w:t xml:space="preserve"> came out pretty well, Elinor.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01:14:55:00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Yeah but it doesn't look done yet.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01:14:58:07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Really?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01:14:59:07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01:15:02:00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[sigh] There they are!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01:15:04:03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They're </w:t>
            </w:r>
            <w:proofErr w:type="spellStart"/>
            <w:r>
              <w:t>gonna</w:t>
            </w:r>
            <w:proofErr w:type="spellEnd"/>
            <w:r>
              <w:t xml:space="preserve"> love my lucky feather.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01:15:07:07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What do you think it needs?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01:15:08:11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Hmmm... I don't know...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01:15:10:09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 just feel like it's missing something.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01:15:12:17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What if we add a tower?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01:15:14:01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Aw, they didn't notice.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01:15:17:03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Hm, I don't think we need another one.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01:15:21:20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[sigh]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01:15:24:04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Or maybe we need a flag?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lastRenderedPageBreak/>
              <w:t>01:15:26:01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[effort] </w:t>
            </w:r>
            <w:r>
              <w:rPr>
                <w:b/>
              </w:rPr>
              <w:t xml:space="preserve">OLIVE: </w:t>
            </w:r>
            <w:r>
              <w:t xml:space="preserve">That would be nice!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01:15:28:01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Something bright and colorful?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01:15:29:09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Ahem!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01:15:30:11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Oh, hi Ari!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01:15:31:13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When did you get here?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01:15:33:04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I...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01:15:34:06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[grunt] </w:t>
            </w:r>
            <w:proofErr w:type="spellStart"/>
            <w:r>
              <w:t>Nevermind</w:t>
            </w:r>
            <w:proofErr w:type="spellEnd"/>
            <w:r>
              <w:t xml:space="preserve">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01:15:35:23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Hi, Elinor! Hi, Olive!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01:15:38:00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Notice anything extra cool about me today?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01:15:41:12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BOTH: </w:t>
            </w:r>
            <w:r>
              <w:t xml:space="preserve">Hmmm...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01:15:43:10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Is that a new shirt?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01:15:44:22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It's a nice color.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01:15:46:05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[sigh] No, you guys!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01:15:48:19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Look! On my hat!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01:15:51:12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Whoa...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01:15:52:18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Is that a feather?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01:15:54:01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Cool!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01:15:55:02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It's so bright and colorful.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01:15:56:14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Where did you get it?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01:15:57:14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Well, let me tell you!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01:15:59:05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I was walking in the forest, when suddenly,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lastRenderedPageBreak/>
              <w:t>01:16:02:04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 heard something moving up in the trees!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01:16:04:18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And then, this feather came floating down,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01:16:07:13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and it landed right on my head!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01:16:11:09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Wow, how lucky!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01:16:13:02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A bird </w:t>
            </w:r>
            <w:proofErr w:type="gramStart"/>
            <w:r>
              <w:t>feather</w:t>
            </w:r>
            <w:proofErr w:type="gramEnd"/>
            <w:r>
              <w:t xml:space="preserve">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01:16:14:04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It is lucky!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01:16:15:10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 call it my lucky feather!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01:16:17:06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Can I see it?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01:16:21:00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01:16:24:12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My turn!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01:16:26:12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[giggle]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01:16:29:10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[gasp]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01:16:30:21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01:16:35:23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It's </w:t>
            </w:r>
            <w:proofErr w:type="gramStart"/>
            <w:r>
              <w:t>really pretty</w:t>
            </w:r>
            <w:proofErr w:type="gramEnd"/>
            <w:r>
              <w:t xml:space="preserve">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01:16:39:09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Wow, it looks like it has little hairs...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01:16:42:04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when I brush it with my finger!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01:16:45:03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That is so interesting!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01:16:48:08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I didn't notice that.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01:16:49:21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And the colors are so beautiful!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01:16:52:10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It would be cool if we had feathers.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lastRenderedPageBreak/>
              <w:t>01:16:54:23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I wonder, why do birds have feathers?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01:16:58:11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Hmm, good question, Elinor.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01:17:02:05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Hmmm...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01:17:03:15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I know!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01:17:05:06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Maybe birds use their feathers to tickle each other?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01:17:07:13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[birds laugh]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01:17:09:04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[laugh]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01:17:12:14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KIDS: </w:t>
            </w:r>
            <w:r>
              <w:t xml:space="preserve">[laugh]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01:17:13:18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Wait! My parents have pillows with feathers in them.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01:17:16:22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Maybe birds have feathers to sleep on them?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01:17:20:23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proofErr w:type="spellStart"/>
            <w:r>
              <w:t>Hmmmm</w:t>
            </w:r>
            <w:proofErr w:type="spellEnd"/>
            <w:r>
              <w:t xml:space="preserve">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01:17:22:06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proofErr w:type="spellStart"/>
            <w:r>
              <w:t>Hmmmm</w:t>
            </w:r>
            <w:proofErr w:type="spellEnd"/>
            <w:r>
              <w:t xml:space="preserve">... </w:t>
            </w:r>
            <w:r>
              <w:rPr>
                <w:b/>
              </w:rPr>
              <w:t xml:space="preserve">OLIVE: </w:t>
            </w:r>
            <w:r>
              <w:t xml:space="preserve">Hmmm...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01:17:23:12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It's a mystery.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01:17:24:15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Why do birds have feathers?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01:17:26:22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I have an idea!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01:17:28:15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Let's go look for some birds and see if we can figure it out!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01:17:32:19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Yes!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01:17:34:06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I'll get my notepad!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01:17:35:16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We need more observations!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lastRenderedPageBreak/>
              <w:t>01:17:38:19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01:17:40:07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[humming]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01:17:43:05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[º]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01:17:48:07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There sure are lots of birds around here!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01:17:51:00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Let's watch and observe them!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01:17:52:22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[ººº]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01:17:53:22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KIDS: </w:t>
            </w:r>
            <w:r>
              <w:t xml:space="preserve">º Why do birds have feathers? º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01:17:59:07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º Let's find out together! º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01:18:04:11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º We'll find some birds, º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01:18:06:01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º and </w:t>
            </w:r>
            <w:proofErr w:type="gramStart"/>
            <w:r>
              <w:t>take a look</w:t>
            </w:r>
            <w:proofErr w:type="gramEnd"/>
            <w:r>
              <w:t xml:space="preserve">. º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01:18:07:12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º We'll draw what we notice º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01:18:08:22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º in our book! º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01:18:10:03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º Why do birds have feathers? º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01:18:15:14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º Let's find out together! º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01:18:20:23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º Flying high, º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01:18:22:07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º and singing loud! º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01:18:23:17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º We'll find answers all around! º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01:18:26:12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º Why do birds have feathers? º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01:18:31:20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º Let's find out together! º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01:18:36:16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º Oh, oh yeah. º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lastRenderedPageBreak/>
              <w:t>01:18:42:19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I'll go this way.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01:18:45:10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I'll go that way.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01:18:46:20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[º]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01:18:58:17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Hmmm...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01:19:04:02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[bird chirping]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01:19:05:13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[gasp]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01:19:06:13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[bird chirping]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01:19:12:08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Hey, little birdie!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01:19:13:23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We're trying to figure out what your feathers are for.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01:19:16:18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Can you tell me?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01:19:19:22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Hold up! Hold up!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01:19:23:10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proofErr w:type="spellStart"/>
            <w:r>
              <w:t>Hmmmm</w:t>
            </w:r>
            <w:proofErr w:type="spellEnd"/>
            <w:r>
              <w:t xml:space="preserve">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01:19:24:10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[bird chirping]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01:19:26:00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You have wings just like I do.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01:19:28:02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But yours are </w:t>
            </w:r>
            <w:proofErr w:type="gramStart"/>
            <w:r>
              <w:t>made out of</w:t>
            </w:r>
            <w:proofErr w:type="gramEnd"/>
            <w:r>
              <w:t xml:space="preserve"> feathers.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01:19:30:19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[gasp] I think I figured it out!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01:19:33:01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Birds have feathers to help them fly!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01:19:35:18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 can't wait to tell Olive and Elinor!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01:19:41:02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[bird screeching]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01:19:42:02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[gasp]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01:19:44:23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You two birds are </w:t>
            </w:r>
            <w:proofErr w:type="gramStart"/>
            <w:r>
              <w:t>really colorful</w:t>
            </w:r>
            <w:proofErr w:type="gramEnd"/>
            <w:r>
              <w:t xml:space="preserve">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lastRenderedPageBreak/>
              <w:t>01:19:47:06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 wonder if you like being blue.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01:19:49:12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It's my favorite color.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01:19:51:22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Oops, [giggle]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01:19:54:06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spellStart"/>
            <w:r>
              <w:t>Uhhh</w:t>
            </w:r>
            <w:proofErr w:type="spellEnd"/>
            <w:r>
              <w:t xml:space="preserve">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01:19:55:13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There we go.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01:19:56:13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That looks better.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01:19:58:03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Hey!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01:19:59:22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You wear blue on your head too!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01:20:02:22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Hmmm...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01:20:05:00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[gasp] I think I figured it out!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01:20:07:05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Feathers are for being colorful,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01:20:09:09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just like my bow!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01:20:10:23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 can't wait to tell Ari and Elinor.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01:20:14:22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[humming]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01:20:18:10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[quack sound]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01:20:19:11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proofErr w:type="spellStart"/>
            <w:r>
              <w:t>Ooooh</w:t>
            </w:r>
            <w:proofErr w:type="spellEnd"/>
            <w:r>
              <w:t xml:space="preserve">... [quacks sounds]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01:20:21:13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[laughs]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01:20:22:13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[ducks quacking] </w:t>
            </w:r>
            <w:r>
              <w:rPr>
                <w:b/>
              </w:rPr>
              <w:t xml:space="preserve">ELINOR: </w:t>
            </w:r>
            <w:proofErr w:type="spellStart"/>
            <w:r>
              <w:t>Ooooh</w:t>
            </w:r>
            <w:proofErr w:type="spellEnd"/>
            <w:r>
              <w:t xml:space="preserve">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01:20:24:21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Pretty ducks!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01:20:26:17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It's a whole duck family!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lastRenderedPageBreak/>
              <w:t>01:20:28:21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[ducks quacking]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01:20:31:21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Hello, duck family!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01:20:33:23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Can you tell me why birds have feathers?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01:20:36:12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[ducks quacking]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01:20:38:02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[giggles]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01:20:39:02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That water must be cold,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01:20:41:08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but you all look so nice and warm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01:20:44:02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with those soft and cozy feathers.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01:20:46:04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Hmm...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01:20:48:09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[gasp] I </w:t>
            </w:r>
            <w:proofErr w:type="gramStart"/>
            <w:r>
              <w:t>think  I</w:t>
            </w:r>
            <w:proofErr w:type="gramEnd"/>
            <w:r>
              <w:t xml:space="preserve"> figured it out!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01:20:50:20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Birds use feathers to stay warm!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01:20:54:08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 can't wait to tell Ari and Olive!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01:20:57:07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[º]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01:21:00:02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01:21:03:22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KIDS: </w:t>
            </w:r>
            <w:r>
              <w:t xml:space="preserve">Hey guys,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01:21:05:06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KIDS: </w:t>
            </w:r>
            <w:r>
              <w:t xml:space="preserve">I figured it out!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01:21:06:18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KIDS: </w:t>
            </w:r>
            <w:r>
              <w:t xml:space="preserve">[talking all at once]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01:21:09:02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KIDS: </w:t>
            </w:r>
            <w:r>
              <w:t xml:space="preserve">[talking all at once]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01:21:11:02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01:21:13:01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Wait guys, one at a time!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lastRenderedPageBreak/>
              <w:t>01:21:15:06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Ok, I'll go first.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01:21:17:07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 think birds need feathers to help them fly!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01:21:20:11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Their wings are made of feathers!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01:21:23:02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Yeah.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01:21:24:13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That makes sense.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01:21:25:18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But wait...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01:21:26:20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 have a different idea.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01:21:28:06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 saw birds that had bright blue feathers.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01:21:31:04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 think birds use feathers so they can be colorful.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01:21:34:13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proofErr w:type="spellStart"/>
            <w:r>
              <w:t>Mmmm</w:t>
            </w:r>
            <w:proofErr w:type="spellEnd"/>
            <w:r>
              <w:t xml:space="preserve">... </w:t>
            </w:r>
            <w:proofErr w:type="spellStart"/>
            <w:r>
              <w:t>hmmmm</w:t>
            </w:r>
            <w:proofErr w:type="spellEnd"/>
            <w:r>
              <w:t xml:space="preserve">. </w:t>
            </w:r>
            <w:r>
              <w:rPr>
                <w:b/>
              </w:rPr>
              <w:t xml:space="preserve">ELINOR: </w:t>
            </w:r>
            <w:r>
              <w:t xml:space="preserve">Maybe...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01:21:35:20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MZ. MOLE: </w:t>
            </w:r>
            <w:r>
              <w:t xml:space="preserve">[chuckles]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01:21:37:13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But I have a different idea, too!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01:21:40:16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 saw a duck family coming out of the water,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01:21:43:16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and their feathers were like a snuggly coat.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01:21:46:12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 think birds use feathers to stay warm.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01:21:50:11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Ok... </w:t>
            </w:r>
            <w:r>
              <w:rPr>
                <w:b/>
              </w:rPr>
              <w:t xml:space="preserve">ARI: </w:t>
            </w:r>
            <w:r>
              <w:t xml:space="preserve">That also makes sense.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01:21:52:21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But </w:t>
            </w:r>
            <w:proofErr w:type="gramStart"/>
            <w:r>
              <w:t>definitely flying</w:t>
            </w:r>
            <w:proofErr w:type="gramEnd"/>
            <w:r>
              <w:t xml:space="preserve"> is the most important.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lastRenderedPageBreak/>
              <w:t>01:21:55:10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That must be why birds have feathers.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01:21:58:01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But if birds didn't have colorful feathers...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01:22:00:23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they would all look the same!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01:22:03:01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 think birds have feathers to have color.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01:22:05:16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I don't know.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01:22:07:01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If they didn't have feathers, they would get so cold!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01:22:11:03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gramStart"/>
            <w:r>
              <w:t>So</w:t>
            </w:r>
            <w:proofErr w:type="gramEnd"/>
            <w:r>
              <w:t xml:space="preserve"> I think feathers are to stay warm.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01:22:13:23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We have three good ideas!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01:22:16:01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Which one is the real reason...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01:22:17:17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why birds have feathers?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01:22:19:06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01:22:20:09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How can we figure it out?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01:22:23:00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Hmm...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01:22:26:11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Do you little scientists mind if I ask you a few questions?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01:22:30:10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Sure, </w:t>
            </w:r>
            <w:proofErr w:type="spellStart"/>
            <w:r>
              <w:t>Mz</w:t>
            </w:r>
            <w:proofErr w:type="spellEnd"/>
            <w:r>
              <w:t xml:space="preserve">. Mole!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01:22:31:10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Ari, that's a nice hat.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01:22:33:07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Why did you pick that one today?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01:22:35:06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Um... Thanks!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lastRenderedPageBreak/>
              <w:t>01:22:37:00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It's my favorite and it keeps me warm!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01:22:39:06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So you chose your hat to keep you warm?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01:22:42:01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Yeah.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01:22:43:01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Also, it has a secret pocket for snacks!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01:22:46:13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[munching]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01:22:49:22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Olive, what about you?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01:22:51:13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Why did you choose that shirt and that skirt?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01:22:54:15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Well, blue is my favorite color, of course!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01:22:58:19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Ah!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01:22:59:19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gramStart"/>
            <w:r>
              <w:t>So</w:t>
            </w:r>
            <w:proofErr w:type="gramEnd"/>
            <w:r>
              <w:t xml:space="preserve"> you chose your clothes because of the color?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01:23:02:07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proofErr w:type="spellStart"/>
            <w:r>
              <w:t>Mmm</w:t>
            </w:r>
            <w:proofErr w:type="spellEnd"/>
            <w:r>
              <w:t xml:space="preserve">-hmm.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01:23:03:08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 love blue!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01:23:04:08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And what about you Elinor?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01:23:06:04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Why did you choose that jacket?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01:23:08:18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It looked like it might rain this morning,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01:23:11:00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gramStart"/>
            <w:r>
              <w:t>so</w:t>
            </w:r>
            <w:proofErr w:type="gramEnd"/>
            <w:r>
              <w:t xml:space="preserve"> I picked this raincoat.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01:23:13:00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Ah yes, of course!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01:23:15:12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gramStart"/>
            <w:r>
              <w:t>So</w:t>
            </w:r>
            <w:proofErr w:type="gramEnd"/>
            <w:r>
              <w:t xml:space="preserve"> you chose it to stay dry?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lastRenderedPageBreak/>
              <w:t>01:23:18:09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That's right, </w:t>
            </w:r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01:23:20:00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MZ. MOLE: </w:t>
            </w:r>
            <w:r>
              <w:t xml:space="preserve">Good.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01:23:21:00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Now tell me,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01:23:22:00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what's the reason we wear any clothes at all?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01:23:25:05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To stay dry!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01:23:26:10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To stay warm!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01:23:27:14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To show colors!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01:23:29:00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So, which is it?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01:23:30:04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Is there just one reason?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01:23:32:20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KIDS: </w:t>
            </w:r>
            <w:r>
              <w:t xml:space="preserve">They're all good reasons!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01:23:35:14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That's right!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01:23:36:14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Sometimes there's more than one reason for something!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01:23:40:00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Your clothes help you in many ways,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01:23:41:23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just like feathers help birds in many ways.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01:23:46:16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I get it!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01:23:48:07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OLIVE: </w:t>
            </w:r>
            <w:r>
              <w:t xml:space="preserve">There's more than one reason why birds have feathers!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01:23:52:01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Yeah!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01:23:53:01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Birds have feathers to fly and to stay warm,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01:23:56:08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and to be colorful!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lastRenderedPageBreak/>
              <w:t>01:23:58:06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ELINOR: </w:t>
            </w:r>
            <w:r>
              <w:t xml:space="preserve">We all figured it out!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01:24:00:21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proofErr w:type="gramStart"/>
            <w:r>
              <w:rPr>
                <w:b/>
              </w:rPr>
              <w:t>MZ.MOLE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Alright, alright, alright!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01:24:02:21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KIDS: </w:t>
            </w:r>
            <w:r>
              <w:t xml:space="preserve">[cheer]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01:24:06:13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>Woo-</w:t>
            </w:r>
            <w:proofErr w:type="spellStart"/>
            <w:r>
              <w:t>hoo</w:t>
            </w:r>
            <w:proofErr w:type="spellEnd"/>
            <w:r>
              <w:t xml:space="preserve">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01:24:08:20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[giggle]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01:24:12:02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Wait, I thought of one more thing </w:t>
            </w:r>
            <w:proofErr w:type="gramStart"/>
            <w:r>
              <w:t>feathers</w:t>
            </w:r>
            <w:proofErr w:type="gramEnd"/>
            <w:r>
              <w:t xml:space="preserve"> are good for.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01:24:16:19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ARI: </w:t>
            </w:r>
            <w:r>
              <w:t xml:space="preserve">There we go!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01:24:17:23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They're also good for finishing </w:t>
            </w:r>
            <w:proofErr w:type="gramStart"/>
            <w:r>
              <w:t>sand castles</w:t>
            </w:r>
            <w:proofErr w:type="gramEnd"/>
            <w:r>
              <w:t xml:space="preserve">!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01:24:20:22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rPr>
                <w:b/>
              </w:rPr>
              <w:t xml:space="preserve">ALL: </w:t>
            </w:r>
            <w:r>
              <w:t xml:space="preserve">[laughs]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01:24:24:11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[bird chirping] </w:t>
            </w:r>
          </w:p>
        </w:tc>
      </w:tr>
      <w:tr w:rsidR="002E733A" w:rsidTr="00205430">
        <w:tc>
          <w:tcPr>
            <w:tcW w:w="2880" w:type="dxa"/>
          </w:tcPr>
          <w:p w:rsidR="002E733A" w:rsidRDefault="002E733A" w:rsidP="00205430">
            <w:r>
              <w:t>01:24:28:23</w:t>
            </w:r>
          </w:p>
        </w:tc>
        <w:tc>
          <w:tcPr>
            <w:tcW w:w="2880" w:type="dxa"/>
          </w:tcPr>
          <w:p w:rsidR="002E733A" w:rsidRDefault="002E733A" w:rsidP="00205430"/>
        </w:tc>
        <w:tc>
          <w:tcPr>
            <w:tcW w:w="2880" w:type="dxa"/>
          </w:tcPr>
          <w:p w:rsidR="002E733A" w:rsidRDefault="002E733A" w:rsidP="00205430">
            <w:r>
              <w:t xml:space="preserve">[ººº] </w:t>
            </w:r>
          </w:p>
        </w:tc>
      </w:tr>
    </w:tbl>
    <w:p w:rsidR="00292F2F" w:rsidRDefault="00292F2F"/>
    <w:sectPr w:rsidR="00292F2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733A" w:rsidRDefault="002E733A" w:rsidP="002E733A">
      <w:pPr>
        <w:spacing w:after="0" w:line="240" w:lineRule="auto"/>
      </w:pPr>
      <w:r>
        <w:separator/>
      </w:r>
    </w:p>
  </w:endnote>
  <w:endnote w:type="continuationSeparator" w:id="0">
    <w:p w:rsidR="002E733A" w:rsidRDefault="002E733A" w:rsidP="002E7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733A" w:rsidRDefault="002E733A" w:rsidP="002E733A">
      <w:pPr>
        <w:spacing w:after="0" w:line="240" w:lineRule="auto"/>
      </w:pPr>
      <w:r>
        <w:separator/>
      </w:r>
    </w:p>
  </w:footnote>
  <w:footnote w:type="continuationSeparator" w:id="0">
    <w:p w:rsidR="002E733A" w:rsidRDefault="002E733A" w:rsidP="002E7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33A" w:rsidRDefault="002E733A">
    <w:pPr>
      <w:pStyle w:val="Header"/>
    </w:pPr>
    <w:r>
      <w:t>EWW106B_TRANSCRIPT_DOM_INT</w:t>
    </w:r>
  </w:p>
  <w:p w:rsidR="002E733A" w:rsidRDefault="002E73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33A"/>
    <w:rsid w:val="00070A67"/>
    <w:rsid w:val="00292F2F"/>
    <w:rsid w:val="002E733A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5C401"/>
  <w15:chartTrackingRefBased/>
  <w15:docId w15:val="{AD106A3F-3E0E-44E6-A761-8FABA0ED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E733A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2E7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33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E7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33A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2E733A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2E733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E733A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2E733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2E733A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2E733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2E733A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2E733A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2E733A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2E733A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2E733A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2E733A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2E733A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2E733A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E733A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E733A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E733A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E733A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E733A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E733A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E733A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2E733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2E733A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2E733A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2E733A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2E733A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2E733A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2E733A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2E733A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2E73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2E73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E73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2E73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2E73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E73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2E73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2E73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2E73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2E73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2E73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2E73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2E73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2E73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2E733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2E733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2E733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2E733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2E733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2E733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2E733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2E733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2E733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2020-02-06T19:32:00Z</dcterms:created>
  <dcterms:modified xsi:type="dcterms:W3CDTF">2020-02-06T19:33:00Z</dcterms:modified>
</cp:coreProperties>
</file>