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31322" w:rsidTr="0031351A">
        <w:tc>
          <w:tcPr>
            <w:tcW w:w="2880" w:type="dxa"/>
          </w:tcPr>
          <w:p w:rsidR="00131322" w:rsidRDefault="0031351A">
            <w:r>
              <w:t>TC:</w:t>
            </w:r>
          </w:p>
        </w:tc>
        <w:tc>
          <w:tcPr>
            <w:tcW w:w="2880" w:type="dxa"/>
          </w:tcPr>
          <w:p w:rsidR="00131322" w:rsidRDefault="0031351A">
            <w:r>
              <w:t>VIDEO:</w:t>
            </w:r>
          </w:p>
        </w:tc>
        <w:tc>
          <w:tcPr>
            <w:tcW w:w="2880" w:type="dxa"/>
          </w:tcPr>
          <w:p w:rsidR="00131322" w:rsidRDefault="0031351A">
            <w:r>
              <w:t>AUDIO: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01:00:00:08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[ººº]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01:00:01:21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01:00:03:15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I see things that I want to know.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01:00:05:14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Wherever I am,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01:00:07:00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01:00:09:07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ºGo and explore, listen and see,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01:00:12:21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just follow your curiosity.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01:00:16:16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01:00:20:07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01:00:23:21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01:00:27:15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01:00:31:08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There's so much to learn,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01:00:33:07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wherever you turn,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01:00:35:02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just listen and see,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01:00:36:20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and follow your curiosity.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01:00:40:17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[ººº]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01:00:42:09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01:00:46:04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01:00:49:18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01:00:53:12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01:01:00:12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[ººº]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01:01:02:16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"The Lizard Lounge"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01:01:04:17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[birds chirping]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01:01:07:16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KIDS: </w:t>
            </w:r>
            <w:r>
              <w:t xml:space="preserve">[laughs]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01:01:13:14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What a wonderful day for a walk!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01:01:16:04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Yeah, Mom, I love sunny days!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01:01:18:18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There are so many interesting things to see...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01:01:21:17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smell and find!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01:01:25:15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01:01:27:09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Elinor, you notice interesting things...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01:01:29:10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on any kind of day!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01:01:31:19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Hmm... I notice things on rainy days,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01:01:35:08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windy days and cloudy days...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01:01:38:15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Hey, it's true Olive,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01:01:40:14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 notice things on all kinds of days!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01:01:43:00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[giggles]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01:01:47:00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Phew. Wait up, guys! How do you walk so fast?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01:01:52:01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Oh, Ari,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01:01:53:14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you look like you could use a break.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01:01:56:17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Let's stop here for a minute.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01:01:58:08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Good! I'm a bit thirsty!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01:02:02:02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[gulps]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01:02:05:18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proofErr w:type="spellStart"/>
            <w:r>
              <w:t>Ahhhh</w:t>
            </w:r>
            <w:proofErr w:type="spellEnd"/>
            <w:r>
              <w:t xml:space="preserve">... that's better.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01:02:13:14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[wind blowing]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01:02:15:04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[gasp] </w:t>
            </w:r>
            <w:proofErr w:type="spellStart"/>
            <w:r>
              <w:t>Brrrr</w:t>
            </w:r>
            <w:proofErr w:type="spellEnd"/>
            <w:r>
              <w:t xml:space="preserve">....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01:02:17:02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 feel a little bit chilly here!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01:02:19:14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Really? I'm not cold.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01:02:22:04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It's nice and toasty in the sun.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01:02:26:22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Wow, the sun can really warm you up!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01:02:32:02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Yeah, standing in the shade cools you down,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01:02:35:00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the sun warms you up.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01:02:37:18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Warm.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01:02:38:19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Cool!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01:02:40:03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Warm.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01:02:41:14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Cool.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01:02:43:16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That's so neat!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01:02:44:22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Ok, let's keep going!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01:02:46:12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Ari, are you feeling better?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01:02:48:05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Yeah! Thanks, Mrs. Rabbit!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01:02:50:11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Parents are the best!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01:02:52:03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01:02:54:00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Why thank you Ari.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01:02:55:00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Oh no. No, no, no...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01:02:56:10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that wasn't the plan...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01:02:58:08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I wonder what's going on?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01:03:03:00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Nope, nope, nope! That just won't do.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01:03:05:22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Hello, Mrs. Beaver. Is something wrong?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01:03:09:11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Is something wrong?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01:03:10:16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Oh, only everything!  We can't do anything today.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01:03:14:13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We are supposed to build a new park bench right over there!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01:03:18:15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That's a great spot for a bench!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01:03:21:08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It would have such a nice view of the river.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01:03:24:01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Oh, I see. That rock is in the way.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01:03:27:06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Yep.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01:03:28:09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Do you need help moving it?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01:03:30:03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I'm super strong, I can do it!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01:03:33:05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Thanks Ari,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01:03:34:05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but moving the rock is not the problem.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01:03:36:18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 problem is that there are two lizards sitting on the rock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01:03:39:22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they just won't budge!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01:03:43:14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of course, park rules say we can't build something...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01:03:46:05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if there are animals there.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01:03:47:21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Oh, we've tried everything to get them to leave...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01:03:50:07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proofErr w:type="gramStart"/>
            <w:r>
              <w:t>so</w:t>
            </w:r>
            <w:proofErr w:type="gramEnd"/>
            <w:r>
              <w:t xml:space="preserve"> we can move the rock and build our bench,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01:03:53:09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but nothing works!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01:03:55:07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>Did you try shoo-</w:t>
            </w:r>
            <w:proofErr w:type="spellStart"/>
            <w:r>
              <w:t>ing</w:t>
            </w:r>
            <w:proofErr w:type="spellEnd"/>
            <w:r>
              <w:t xml:space="preserve"> them away?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01:03:58:07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Yup.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01:03:59:08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Did you try calling them to come over here?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01:04:01:17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Tried it.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01:04:02:18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Did you wave your arms?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01:04:04:19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Yes.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01:04:05:20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Did you try whistling them over?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01:04:07:23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Yup.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01:04:09:00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Did you try singing a song and doing a silly dance?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01:04:11:15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Like this! La, la, la, la, </w:t>
            </w:r>
            <w:proofErr w:type="spellStart"/>
            <w:r>
              <w:t>laaa</w:t>
            </w:r>
            <w:proofErr w:type="spellEnd"/>
            <w:r>
              <w:t xml:space="preserve">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01:04:14:06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Pa dam pow </w:t>
            </w:r>
            <w:proofErr w:type="spellStart"/>
            <w:r>
              <w:t>chhh</w:t>
            </w:r>
            <w:proofErr w:type="spellEnd"/>
            <w:r>
              <w:t xml:space="preserve">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01:04:18:02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Hey, it could work!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01:04:19:17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01:04:20:22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Oh Ari!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01:04:22:11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Do the lizards ever move?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01:04:25:01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Yes, they do leave at the end of the day,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01:04:27:10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but by then it's too dark for us to work!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01:04:30:11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What about in the morning?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01:04:32:02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Every morning they come back...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01:04:33:10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climb on top of the rock again!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01:04:35:16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Mrs. Beaver, have you thought about...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01:04:37:08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building the bench in a different spot?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01:04:39:13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A different spot? Oh no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01:04:41:22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 plans say we </w:t>
            </w:r>
            <w:proofErr w:type="gramStart"/>
            <w:r>
              <w:t>have to</w:t>
            </w:r>
            <w:proofErr w:type="gramEnd"/>
            <w:r>
              <w:t xml:space="preserve"> build it there!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01:04:44:15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Oh, if we don't figure out </w:t>
            </w:r>
            <w:r>
              <w:lastRenderedPageBreak/>
              <w:t xml:space="preserve">something soon,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01:04:47:02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we won't be able to build the bench!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01:04:49:08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Hmmm...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01:04:51:00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Can I </w:t>
            </w:r>
            <w:proofErr w:type="gramStart"/>
            <w:r>
              <w:t>take a look</w:t>
            </w:r>
            <w:proofErr w:type="gramEnd"/>
            <w:r>
              <w:t xml:space="preserve"> at the plans, Mrs. Beaver?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01:04:52:21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proofErr w:type="gramStart"/>
            <w:r>
              <w:t>Oh</w:t>
            </w:r>
            <w:proofErr w:type="gramEnd"/>
            <w:r>
              <w:t xml:space="preserve"> please do!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01:04:56:07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Hmmm, that is so interesting!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01:04:59:19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 wonder why the lizards like that rock so </w:t>
            </w:r>
            <w:proofErr w:type="gramStart"/>
            <w:r>
              <w:t>much?</w:t>
            </w:r>
            <w:proofErr w:type="gramEnd"/>
            <w:r>
              <w:t xml:space="preserve">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01:05:03:19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There's another rock right over there.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01:05:05:18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 wonder why the lizards like this rock,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01:05:07:23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not that other one?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01:05:09:21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Good question, Ari.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01:05:10:22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If we knew what they liked about that rock,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01:05:12:19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maybe we could figure out how to get them to move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01:05:15:02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to another rock!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01:05:16:19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Hmm... It sounds like we need more observations!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01:05:21:10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Yeah! </w:t>
            </w:r>
            <w:r>
              <w:rPr>
                <w:b/>
              </w:rPr>
              <w:t xml:space="preserve">ARI: </w:t>
            </w:r>
            <w:r>
              <w:t xml:space="preserve">Cool!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01:05:25:21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Ok. Why do the lizards...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01:05:27:17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like to sit on that rock so </w:t>
            </w:r>
            <w:r>
              <w:lastRenderedPageBreak/>
              <w:t xml:space="preserve">much?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01:05:30:14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Maybe they like the view of the river?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01:05:33:16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But they're looking the wrong direction!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01:05:37:20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Maybe they're playing a super long game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01:05:39:18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of freeze tag?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01:05:41:08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Hmmm, but they do move.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01:05:44:10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They leave at the end of the day...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01:05:45:18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come back in the morning.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01:05:47:15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I've never heard of lizards playing tag.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01:05:50:09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I wonder what lizards do like to do?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01:05:53:03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I know! Let's learn more about lizards.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01:05:56:12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Olive, do you have your Nature Book?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01:05:58:11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Of course! It's my favorite book!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01:06:01:12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Let's see... Ladybugs... Leaves... </w:t>
            </w:r>
            <w:proofErr w:type="spellStart"/>
            <w:r>
              <w:t>Lilypads</w:t>
            </w:r>
            <w:proofErr w:type="spellEnd"/>
            <w:r>
              <w:t xml:space="preserve">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01:06:07:09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Ah, here it is. Lizards!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01:06:09:18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Lizards are animals with scaly skin.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01:06:12:09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They mostly eat bugs...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01:06:14:11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Crunchy!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01:06:15:11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01:06:16:11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they also eat worms.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01:06:17:20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Slurpy!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01:06:18:22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proofErr w:type="spellStart"/>
            <w:r>
              <w:t>Eeek</w:t>
            </w:r>
            <w:proofErr w:type="spellEnd"/>
            <w:r>
              <w:t xml:space="preserve">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01:06:19:22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[laughs]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01:06:21:03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But they also like fruit!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01:06:22:18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I like fruit!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01:06:24:03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And it says here...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01:06:26:01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...that lizards can't make heat all by themselves.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01:06:28:14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So, they need the sun to warm themselves up.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01:06:32:05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That is so interesting.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01:06:34:05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Cool!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01:06:36:16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01:06:38:14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[wind blowing]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01:06:39:22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Speaking of cool,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01:06:41:18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I'm feeling a little chilly here in the shade.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01:06:43:23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I'm </w:t>
            </w:r>
            <w:proofErr w:type="spellStart"/>
            <w:r>
              <w:t>gonna</w:t>
            </w:r>
            <w:proofErr w:type="spellEnd"/>
            <w:r>
              <w:t xml:space="preserve"> move over here where it's sunny.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01:06:47:11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Ahh, that's better.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01:06:49:16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proofErr w:type="spellStart"/>
            <w:r>
              <w:t>Oooooh</w:t>
            </w:r>
            <w:proofErr w:type="spellEnd"/>
            <w:r>
              <w:t xml:space="preserve">. That's it! It's the sun!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01:06:54:09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 lizards must like that </w:t>
            </w:r>
            <w:r>
              <w:lastRenderedPageBreak/>
              <w:t xml:space="preserve">rock over there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01:06:57:01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because it's in the sun!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01:06:59:18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You're right!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01:07:00:18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They look nice and toasty over there.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01:07:03:15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Oh! The rock is where they sit to get warm!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01:07:07:14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01:07:08:14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But why do they leave at the end of the day?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01:07:11:11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01:07:13:02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 know!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01:07:14:06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There's no sun out at the end of the day.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01:07:17:06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That's why they leave!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01:07:20:05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That's it!! Let's go tell Mrs. Beaver and my mom!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01:07:25:07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Uh-oh.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01:07:29:23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Mom, I think we discovered something!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01:07:32:06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The lizards like to sit on that rock because it's in the sun.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01:07:36:06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Lizards use the sun to warm themselves up.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01:07:38:22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And that other rock is too shady...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01:07:40:23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cool for them.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01:07:42:08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I think </w:t>
            </w:r>
            <w:r>
              <w:lastRenderedPageBreak/>
              <w:t xml:space="preserve">you're right, kids.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01:07:44:12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Lizards can't get warm by themselves,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01:07:46:19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proofErr w:type="gramStart"/>
            <w:r>
              <w:t>so</w:t>
            </w:r>
            <w:proofErr w:type="gramEnd"/>
            <w:r>
              <w:t xml:space="preserve"> they like to sit in places that get a lot of sun.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01:07:50:15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Huh, well, I'm glad we figured that out,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01:07:53:08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but how do we get them to move!?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01:07:55:10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Hmmm, well...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01:07:58:01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now that we know why they like that rock,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01:08:01:11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maybe we can figure out how to make them move to another rock.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01:08:06:09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Yeah, we need to get the sun </w:t>
            </w:r>
            <w:proofErr w:type="gramStart"/>
            <w:r>
              <w:t>off of</w:t>
            </w:r>
            <w:proofErr w:type="gramEnd"/>
            <w:r>
              <w:t xml:space="preserve"> their rock...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01:08:09:08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on to another rock.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01:08:11:07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Ok, all we </w:t>
            </w:r>
            <w:proofErr w:type="gramStart"/>
            <w:r>
              <w:t>have to</w:t>
            </w:r>
            <w:proofErr w:type="gramEnd"/>
            <w:r>
              <w:t xml:space="preserve"> do is move the sun...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01:08:14:07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from there </w:t>
            </w:r>
            <w:proofErr w:type="spellStart"/>
            <w:r>
              <w:t>tooooo</w:t>
            </w:r>
            <w:proofErr w:type="spellEnd"/>
            <w:r>
              <w:t xml:space="preserve">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01:08:17:08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...over there!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01:08:19:09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Ah, Mr. </w:t>
            </w:r>
            <w:proofErr w:type="gramStart"/>
            <w:r>
              <w:t>Buffalo,  can</w:t>
            </w:r>
            <w:proofErr w:type="gramEnd"/>
            <w:r>
              <w:t xml:space="preserve"> you move the sun?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01:08:22:15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MR. BUFFALO: </w:t>
            </w:r>
            <w:r>
              <w:t xml:space="preserve">[snorts] [grunts]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01:08:25:00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01:08:26:05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Ari, we can't move the sun!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01:08:29:11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No, but we </w:t>
            </w:r>
            <w:r>
              <w:lastRenderedPageBreak/>
              <w:t xml:space="preserve">can move that other rock...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01:08:32:15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...into a sunny spot.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01:08:34:06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Great idea!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01:08:35:21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Let's go!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01:08:36:21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[º]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01:08:42:07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I'm super strong! [efforts]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01:08:48:17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[efforts]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01:08:52:17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01:08:56:22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01:08:59:05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Perfect! That's just the way the lizards like it.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01:09:02:04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Nice and sunny!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01:09:04:02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We can make it even nicer for the lizards.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01:09:06:16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Let's get them some snacks!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01:09:08:05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[ººº]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01:09:11:16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KIDS: </w:t>
            </w:r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 sun! In the sun!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01:09:14:03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You can feel warm and have more fun!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01:09:17:12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We want to find the perfect spot,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01:09:20:06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lizards to feel nice and hot!?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01:09:22:23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Worms look </w:t>
            </w:r>
            <w:proofErr w:type="gramStart"/>
            <w:r>
              <w:t>really gross</w:t>
            </w:r>
            <w:proofErr w:type="gramEnd"/>
            <w:r>
              <w:t xml:space="preserve"> to eat.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01:09:25:15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lizards think they're quite a treat!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01:09:29:06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 sun! In the sun!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01:09:31:21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You can feel warm and have more fun!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01:09:35:05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Feel warm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01:09:37:20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º and have more fun! º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01:09:43:05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The lizards haven't moved.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01:09:45:04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Oh, it didn't work!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01:09:47:10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We won't be able to build the park bench!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01:09:50:14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Hmmm...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01:09:52:00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But we made them the perfect spot!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01:09:55:18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Maybe they haven't noticed yet?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01:09:59:16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Hey, Lizards, look at that warm rock over there!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01:10:05:10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It's in the sun!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01:10:07:12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Check it out! It's got worms and fruit...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01:10:11:00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and it's nice and warm!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01:10:16:18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They're not moving.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01:10:18:11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I guess they like their rock.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01:10:23:04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But our rock is sunny and warm, too!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01:10:26:08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Don't move.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01:10:28:02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That's it!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01:10:29:16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Your shadow!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01:10:31:06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We need shade!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01:10:32:22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Good thinking, Ari!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01:10:34:21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Yeah! Umm... Wait... What?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01:10:38:20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[whispers]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01:10:41:08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Oh, I get it!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01:10:43:14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 can make shade on the rock to cool it down!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01:10:46:12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Leave it to me!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01:10:48:15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[º]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01:10:55:16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They still aren't moving!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01:10:57:15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It must not be cool enough yet.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01:11:00:03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[panting] I can't... fly forever!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01:11:04:14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It's working.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01:11:06:07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01:11:08:23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Oh! We did it! Woohoo!!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01:11:16:20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RANGER RABBIT: </w:t>
            </w:r>
            <w:r>
              <w:t xml:space="preserve">They moved!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01:11:18:07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Good job, kids!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01:11:19:20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MRS. BEAVER: </w:t>
            </w:r>
            <w:r>
              <w:t xml:space="preserve">Oh, </w:t>
            </w:r>
            <w:proofErr w:type="gramStart"/>
            <w:r>
              <w:t>Thank</w:t>
            </w:r>
            <w:proofErr w:type="gramEnd"/>
            <w:r>
              <w:t xml:space="preserve"> you, thank you so much, kids!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01:11:22:21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Now we can build the bench and finish the project!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lastRenderedPageBreak/>
              <w:t>01:11:32:06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ELINOR: </w:t>
            </w:r>
            <w:r>
              <w:t xml:space="preserve">And the lizards can still stay warm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01:11:34:14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on their new rock.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01:11:36:07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Good job, Ari!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01:11:39:03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Phew!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01:11:40:19</w:t>
            </w:r>
          </w:p>
        </w:tc>
        <w:tc>
          <w:tcPr>
            <w:tcW w:w="2880" w:type="dxa"/>
          </w:tcPr>
          <w:p w:rsidR="00131322" w:rsidRDefault="00131322">
            <w:bookmarkStart w:id="0" w:name="_GoBack"/>
            <w:bookmarkEnd w:id="0"/>
          </w:p>
        </w:tc>
        <w:tc>
          <w:tcPr>
            <w:tcW w:w="2880" w:type="dxa"/>
          </w:tcPr>
          <w:p w:rsidR="00131322" w:rsidRDefault="0031351A">
            <w:r>
              <w:t xml:space="preserve">[sigh] Now I'm a bit hungry too!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01:11:44:05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OLIVE: </w:t>
            </w:r>
            <w:r>
              <w:t xml:space="preserve">Well, the lizards ate the fruit...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01:11:47:10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t xml:space="preserve">but there are still some worms left!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01:11:50:01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ARI: </w:t>
            </w:r>
            <w:r>
              <w:t xml:space="preserve">Ok, I'm not that hungry. </w:t>
            </w:r>
          </w:p>
        </w:tc>
      </w:tr>
      <w:tr w:rsidR="00131322" w:rsidTr="0031351A">
        <w:tc>
          <w:tcPr>
            <w:tcW w:w="2880" w:type="dxa"/>
          </w:tcPr>
          <w:p w:rsidR="00131322" w:rsidRDefault="0031351A">
            <w:r>
              <w:t>01:11:52:11</w:t>
            </w:r>
          </w:p>
        </w:tc>
        <w:tc>
          <w:tcPr>
            <w:tcW w:w="2880" w:type="dxa"/>
          </w:tcPr>
          <w:p w:rsidR="00131322" w:rsidRDefault="00131322"/>
        </w:tc>
        <w:tc>
          <w:tcPr>
            <w:tcW w:w="2880" w:type="dxa"/>
          </w:tcPr>
          <w:p w:rsidR="00131322" w:rsidRDefault="0031351A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</w:tbl>
    <w:p w:rsidR="00131322" w:rsidRDefault="0031351A">
      <w:r>
        <w:br w:type="page"/>
      </w:r>
    </w:p>
    <w:sectPr w:rsidR="0013132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550" w:rsidRDefault="00010550" w:rsidP="00010550">
      <w:pPr>
        <w:spacing w:after="0" w:line="240" w:lineRule="auto"/>
      </w:pPr>
      <w:r>
        <w:separator/>
      </w:r>
    </w:p>
  </w:endnote>
  <w:endnote w:type="continuationSeparator" w:id="0">
    <w:p w:rsidR="00010550" w:rsidRDefault="00010550" w:rsidP="0001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550" w:rsidRDefault="00010550" w:rsidP="00010550">
      <w:pPr>
        <w:spacing w:after="0" w:line="240" w:lineRule="auto"/>
      </w:pPr>
      <w:r>
        <w:separator/>
      </w:r>
    </w:p>
  </w:footnote>
  <w:footnote w:type="continuationSeparator" w:id="0">
    <w:p w:rsidR="00010550" w:rsidRDefault="00010550" w:rsidP="00010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0550" w:rsidRDefault="00010550">
    <w:pPr>
      <w:pStyle w:val="Header"/>
    </w:pPr>
    <w:r>
      <w:t>EWW106A_TRANSCRIPT_DOM_INT</w:t>
    </w:r>
  </w:p>
  <w:p w:rsidR="00010550" w:rsidRDefault="000105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50"/>
    <w:rsid w:val="00034616"/>
    <w:rsid w:val="0006063C"/>
    <w:rsid w:val="00131322"/>
    <w:rsid w:val="0015074B"/>
    <w:rsid w:val="0029639D"/>
    <w:rsid w:val="0031351A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98A3FC"/>
  <w14:defaultImageDpi w14:val="300"/>
  <w15:docId w15:val="{FC2922FB-B618-4AD4-8FDC-04BDB2DE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4B8A6E-CEC4-4F95-90F0-0A6C8E843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2020-02-06T19:34:00Z</dcterms:created>
  <dcterms:modified xsi:type="dcterms:W3CDTF">2020-02-06T19:34:00Z</dcterms:modified>
  <cp:category/>
</cp:coreProperties>
</file>