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77FC2" w:rsidTr="003A2BDC">
        <w:tc>
          <w:tcPr>
            <w:tcW w:w="2880" w:type="dxa"/>
          </w:tcPr>
          <w:p w:rsidR="00D77FC2" w:rsidRDefault="00D77FC2" w:rsidP="003A2BDC">
            <w:r>
              <w:t>TC:</w:t>
            </w:r>
          </w:p>
        </w:tc>
        <w:tc>
          <w:tcPr>
            <w:tcW w:w="2880" w:type="dxa"/>
          </w:tcPr>
          <w:p w:rsidR="00D77FC2" w:rsidRDefault="00D77FC2" w:rsidP="003A2BDC">
            <w:r>
              <w:t>VIDEO:</w:t>
            </w:r>
          </w:p>
        </w:tc>
        <w:tc>
          <w:tcPr>
            <w:tcW w:w="2880" w:type="dxa"/>
          </w:tcPr>
          <w:p w:rsidR="00D77FC2" w:rsidRDefault="00D77FC2" w:rsidP="003A2BDC">
            <w:r>
              <w:t>AUDIO: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01:13:30:01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[ººº]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01:13:31:21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"Look What I can Do"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01:13:33:19</w:t>
            </w:r>
          </w:p>
        </w:tc>
        <w:tc>
          <w:tcPr>
            <w:tcW w:w="2880" w:type="dxa"/>
          </w:tcPr>
          <w:p w:rsidR="00D77FC2" w:rsidRDefault="00D77FC2" w:rsidP="003A2BDC">
            <w:bookmarkStart w:id="0" w:name="_GoBack"/>
            <w:bookmarkEnd w:id="0"/>
          </w:p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Follow me!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01:13:36:08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[birds </w:t>
            </w:r>
            <w:proofErr w:type="spellStart"/>
            <w:r>
              <w:t>chirpping</w:t>
            </w:r>
            <w:proofErr w:type="spellEnd"/>
            <w:r>
              <w:t xml:space="preserve">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01:13:39:02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[º]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01:13:42:16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>[</w:t>
            </w:r>
            <w:proofErr w:type="gramStart"/>
            <w:r>
              <w:t>whistles]  All</w:t>
            </w:r>
            <w:proofErr w:type="gramEnd"/>
            <w:r>
              <w:t xml:space="preserve"> right class,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01:13:44:17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who's ready to play soccer?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01:13:46:22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Me!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01:13:47:22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I am! </w:t>
            </w:r>
            <w:r>
              <w:rPr>
                <w:b/>
              </w:rPr>
              <w:t xml:space="preserve">OLIVE: </w:t>
            </w:r>
            <w:r>
              <w:t xml:space="preserve">I want to play!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01:13:49:17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Okay, let's go!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01:13:53:15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KIDS: </w:t>
            </w:r>
            <w:r>
              <w:t xml:space="preserve">Cool! Whoa!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01:13:54:19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[laugh]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01:13:55:20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01:13:58:06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[effort]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01:13:59:16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I can't wait to start playing!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01:14:01:22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Yeah! Me too, Elinor!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01:14:03:10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bet I'm going to be a super sensational soccer star!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01:14:08:14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Whoa! </w:t>
            </w:r>
            <w:proofErr w:type="spellStart"/>
            <w:r>
              <w:t>Wa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01:14:11:10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Huh okay, maybe I should learn how to play first.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01:14:16:17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[grunt]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01:14:17:21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[giggles] Oh, Ari.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01:14:20:03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What are you reading, Olive?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01:14:21:11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It's the rule book.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01:14:22:18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It tells you all the things you can and can't do...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01:14:25:15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when you play soccer.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01:14:26:22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Reading about the rules is my favorite part of any game.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01:14:30:05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01:14:31:14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Well, my favorite part of any game...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01:14:34:02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is the playing part!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01:14:35:17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Let's go!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01:14:36:20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01:14:39:01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Okay, kids!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01:14:40:01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Soccer is a wonderful game where you play with a ball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01:14:43:06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in all kinds of different ways.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01:14:45:12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You can run with it,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01:14:48:19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[grunt] kick it,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01:14:50:11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or bounce it off your body.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01:14:52:14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But the only thing you can't do is use your hands,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01:14:56:02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unless you're the goalie.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01:14:58:01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The goalie's the one who tries to stop the ball...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01:15:00:05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from going in the net, right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01:15:02:21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That's right, Olive.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01:15:04:09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see you found my rule book!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01:15:06:13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You </w:t>
            </w:r>
            <w:proofErr w:type="spellStart"/>
            <w:r>
              <w:t>betcha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01:15:07:13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[giggle]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01:15:08:16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Goalies can use their hands,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01:15:10:11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but everyone else </w:t>
            </w:r>
            <w:proofErr w:type="gramStart"/>
            <w:r>
              <w:t>has to</w:t>
            </w:r>
            <w:proofErr w:type="gramEnd"/>
            <w:r>
              <w:t xml:space="preserve"> use the other parts of their body.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01:15:13:23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Like their feet!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01:15:17:00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But the most important thing...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01:15:18:17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is to just have fun and do your best.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01:15:20:23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Remember, everyone is good at different things!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01:15:28:12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ALL: </w:t>
            </w:r>
            <w:r>
              <w:t xml:space="preserve">Whoa! [amazed]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01:15:30:06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That was... amazing!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01:15:35:19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Let's give it a try!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01:15:38:03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Here </w:t>
            </w:r>
            <w:proofErr w:type="spellStart"/>
            <w:r>
              <w:t>ya</w:t>
            </w:r>
            <w:proofErr w:type="spellEnd"/>
            <w:r>
              <w:t xml:space="preserve"> go Sally.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01:15:39:17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KIDS: </w:t>
            </w:r>
            <w:r>
              <w:t xml:space="preserve">[laugh] Yay!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01:15:41:19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[laugh]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01:15:44:03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[grunt] </w:t>
            </w:r>
            <w:proofErr w:type="spellStart"/>
            <w:r>
              <w:t>Aahh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01:15:45:18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Yes! [whistle sound]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01:15:47:02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Ah-ah!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01:15:49:02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Remember, Ari. No hands.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01:15:52:10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Ahh! Sorry!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01:15:55:17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Heads up Elinor!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01:15:59:08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Here </w:t>
            </w:r>
            <w:proofErr w:type="spellStart"/>
            <w:r>
              <w:t>ya</w:t>
            </w:r>
            <w:proofErr w:type="spellEnd"/>
            <w:r>
              <w:t xml:space="preserve"> go Olive!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01:16:01:09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>Right back '</w:t>
            </w:r>
            <w:proofErr w:type="spellStart"/>
            <w:r>
              <w:t>atcha</w:t>
            </w:r>
            <w:proofErr w:type="spellEnd"/>
            <w:r>
              <w:t xml:space="preserve">, Elinor.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01:16:04:07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Over to you, Ari!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01:16:06:08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Ok, watch this move!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01:16:09:02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proofErr w:type="spellStart"/>
            <w:r>
              <w:t>Whaaa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01:16:11:03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[giggles] </w:t>
            </w:r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01:16:12:09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Maybe not that move.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01:16:14:06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Thanks, Olive.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01:16:15:09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[whistle sound]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01:16:17:14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Okay...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01:16:18:23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are you ready to try some fun soccer moves?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01:16:21:20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I'm ready!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01:16:22:20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Me too!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01:16:23:20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And me!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01:16:25:06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Splendid!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01:16:26:10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Now, in soccer you </w:t>
            </w:r>
            <w:proofErr w:type="gramStart"/>
            <w:r>
              <w:t>have to</w:t>
            </w:r>
            <w:proofErr w:type="gramEnd"/>
            <w:r>
              <w:t xml:space="preserve"> move fast,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01:16:28:18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so first, let's do some running.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01:16:31:17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Ready?...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01:16:32:20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Go!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01:16:38:13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[panting]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01:16:42:22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[panting] Silas... You're really....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01:16:46:06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[panting] fast!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01:16:47:19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SILAS: </w:t>
            </w:r>
            <w:r>
              <w:t xml:space="preserve">[giggle]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01:16:49:14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That was a lot of running!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01:16:52:04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usually fly when I'm in a hurry.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01:16:55:03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Hmm, there's nothing in the rules...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01:16:57:17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that say you can't fly, Ari.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01:16:59:16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Really?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01:17:00:16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>[</w:t>
            </w:r>
            <w:proofErr w:type="spellStart"/>
            <w:r>
              <w:t>whislte</w:t>
            </w:r>
            <w:proofErr w:type="spellEnd"/>
            <w:r>
              <w:t xml:space="preserve">] Okay!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01:17:02:03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Come on back!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01:17:07:16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[panting]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01:17:13:06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Now let's try moving the ball in different ways.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01:17:18:21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This is called "dribbling".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01:17:22:00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And "passing"!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01:17:27:20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[panting]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01:17:28:20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[grunt] Oh... sorry.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01:17:31:19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MARY: </w:t>
            </w:r>
            <w:r>
              <w:t xml:space="preserve">[giggle]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01:17:35:15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01:17:40:15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LIZZIE: </w:t>
            </w:r>
            <w:r>
              <w:t xml:space="preserve">[giggle]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01:17:44:10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Wow!  Mary and Lizzie are good at this!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01:17:46:18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yeah!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01:17:50:04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Whoa, ah!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01:17:51:09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[whistle sound]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01:17:52:09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proofErr w:type="spellStart"/>
            <w:r>
              <w:t>Ariii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01:17:53:09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Remember, no hands!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01:17:55:22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Sorry.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01:18:00:11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Now let's see how far you can kick the ball!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01:18:07:12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[effort] Whoa!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01:18:09:09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[sigh]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01:18:17:07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01:18:19:16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Great kick, Sally!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01:18:20:19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Your tail is </w:t>
            </w:r>
            <w:proofErr w:type="gramStart"/>
            <w:r>
              <w:t>really strong</w:t>
            </w:r>
            <w:proofErr w:type="gram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01:18:22:15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That was amazing!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01:18:26:22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You can also juggle the ball with your feet.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01:18:29:11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Give it a try!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01:18:34:12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proofErr w:type="spellStart"/>
            <w:proofErr w:type="gramStart"/>
            <w:r>
              <w:t>Oooh</w:t>
            </w:r>
            <w:proofErr w:type="spellEnd"/>
            <w:r>
              <w:t>..</w:t>
            </w:r>
            <w:proofErr w:type="gramEnd"/>
            <w:r>
              <w:t xml:space="preserve"> </w:t>
            </w:r>
            <w:proofErr w:type="gramStart"/>
            <w:r>
              <w:t>Uh..</w:t>
            </w:r>
            <w:proofErr w:type="gramEnd"/>
            <w:r>
              <w:t xml:space="preserve"> Ah </w:t>
            </w:r>
            <w:proofErr w:type="spellStart"/>
            <w:proofErr w:type="gramStart"/>
            <w:r>
              <w:t>ah</w:t>
            </w:r>
            <w:proofErr w:type="spellEnd"/>
            <w:r>
              <w:t>..</w:t>
            </w:r>
            <w:proofErr w:type="gramEnd"/>
            <w:r>
              <w:t xml:space="preserve"> ooh oh... whoa!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01:18:37:12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Aww, this is hard!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01:18:39:13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I agree.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01:18:41:11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Whoa, are you allowed to do that?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01:18:43:21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You can use anything except your hands.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01:18:46:13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Oops.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01:18:48:10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proofErr w:type="spellStart"/>
            <w:r>
              <w:t>Soooo</w:t>
            </w:r>
            <w:proofErr w:type="spellEnd"/>
            <w:r>
              <w:t xml:space="preserve">, yes Ari.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01:18:52:21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Wow! Who knew Olive had a 'nose' for soccer!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01:18:56:23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[giggling]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01:18:59:11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Go </w:t>
            </w:r>
            <w:proofErr w:type="spellStart"/>
            <w:r>
              <w:t>Oliiive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01:19:05:03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01:19:07:12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proofErr w:type="spellStart"/>
            <w:r>
              <w:t>Oof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01:19:08:19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[sigh]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01:19:13:00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[sigh] Training to be a super soccer star...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01:19:17:01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is hard work, huh?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01:19:19:01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Yeah...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01:19:24:05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Hmm...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01:19:26:18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What's the matter, soccer stars?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01:19:29:20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I'm </w:t>
            </w:r>
            <w:proofErr w:type="gramStart"/>
            <w:r>
              <w:t>really excited</w:t>
            </w:r>
            <w:proofErr w:type="gramEnd"/>
            <w:r>
              <w:t xml:space="preserve"> about playing, </w:t>
            </w:r>
            <w:proofErr w:type="spellStart"/>
            <w:r>
              <w:t>Mz</w:t>
            </w:r>
            <w:proofErr w:type="spellEnd"/>
            <w:r>
              <w:t xml:space="preserve">. Mole...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01:19:32:20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but I don't know what I'm good at.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01:19:35:00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Me neither.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01:19:36:13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Hmmm...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01:19:38:15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Exactly what do you mean by that, Elinor?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01:19:41:18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Well...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01:19:43:05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Everyone is good at something.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01:19:45:12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Silas is a </w:t>
            </w:r>
            <w:proofErr w:type="gramStart"/>
            <w:r>
              <w:t>really good</w:t>
            </w:r>
            <w:proofErr w:type="gramEnd"/>
            <w:r>
              <w:t xml:space="preserve"> runner.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01:19:48:21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He's a cheetah, and cheetahs have long legs...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01:19:51:13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that help them run fast.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01:19:53:00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proofErr w:type="spellStart"/>
            <w:r>
              <w:t>Super fast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01:19:54:23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And Mary and Lizzie are </w:t>
            </w:r>
            <w:proofErr w:type="gramStart"/>
            <w:r>
              <w:t>really good</w:t>
            </w:r>
            <w:proofErr w:type="gramEnd"/>
            <w:r>
              <w:t xml:space="preserve"> at dribbling,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01:19:57:18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and passing the ball.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01:19:59:02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That's because goats have extra strong legs...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01:20:02:17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they use for climbing and kicking.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01:20:06:08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Right on target.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01:20:07:18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Sally is great at kicking the ball with her tail.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01:20:11:07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Beavers have </w:t>
            </w:r>
            <w:proofErr w:type="gramStart"/>
            <w:r>
              <w:t>really big</w:t>
            </w:r>
            <w:proofErr w:type="gramEnd"/>
            <w:r>
              <w:t xml:space="preserve">, strong tails that help them swim.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01:20:16:02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There's no stopping that tail!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01:20:18:06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And Olive is </w:t>
            </w:r>
            <w:proofErr w:type="gramStart"/>
            <w:r>
              <w:t>really good</w:t>
            </w:r>
            <w:proofErr w:type="gramEnd"/>
            <w:r>
              <w:t xml:space="preserve"> at bouncing the ball...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01:20:21:05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with her trunk.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01:20:22:19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Elephants can do all kinds of things with their trunks,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01:20:25:13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like push </w:t>
            </w:r>
            <w:proofErr w:type="gramStart"/>
            <w:r>
              <w:t>things, or</w:t>
            </w:r>
            <w:proofErr w:type="gramEnd"/>
            <w:r>
              <w:t xml:space="preserve"> grab things!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01:20:27:23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Wow! I hadn't noticed all of that before.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01:20:30:13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wish I had a trunk!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01:20:32:03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[imitates trumpet sound]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01:20:35:03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01:20:36:05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Everyone is good at something.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01:20:39:00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But what am I good at, </w:t>
            </w:r>
            <w:proofErr w:type="spellStart"/>
            <w:proofErr w:type="gramStart"/>
            <w:r>
              <w:t>Mz</w:t>
            </w:r>
            <w:proofErr w:type="spellEnd"/>
            <w:r>
              <w:t>.</w:t>
            </w:r>
            <w:proofErr w:type="gramEnd"/>
            <w:r>
              <w:t xml:space="preserve"> Mole?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01:20:41:14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Well, Elinor,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01:20:43:03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think you are </w:t>
            </w:r>
            <w:proofErr w:type="gramStart"/>
            <w:r>
              <w:t>really good</w:t>
            </w:r>
            <w:proofErr w:type="gramEnd"/>
            <w:r>
              <w:t xml:space="preserve"> at something.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01:20:47:02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Really?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01:20:48:10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Yes!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01:20:49:10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You are </w:t>
            </w:r>
            <w:proofErr w:type="gramStart"/>
            <w:r>
              <w:t>really good</w:t>
            </w:r>
            <w:proofErr w:type="gramEnd"/>
            <w:r>
              <w:t xml:space="preserve"> at noticing things!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01:20:52:10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Not everyone sees all the little things that you do!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01:20:55:20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Yeah, you're a superstar at noticing things, Elinor!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01:21:00:03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I guess I am...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01:21:01:23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But... is that good for soccer?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01:21:04:17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proofErr w:type="gramStart"/>
            <w:r>
              <w:t>Of course</w:t>
            </w:r>
            <w:proofErr w:type="gramEnd"/>
            <w:r>
              <w:t xml:space="preserve"> it is!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01:21:06:07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Playing is also about working together...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01:21:09:09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and noticing what your teammates can do.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01:21:12:02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For example,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01:21:13:03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bet you could tell us what Ari is good at in soccer.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01:21:17:03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Oh, I don't think I'm that good at playing soccer.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01:21:19:23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Well, Ari...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01:21:21:21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noticed your wings are </w:t>
            </w:r>
            <w:proofErr w:type="gramStart"/>
            <w:r>
              <w:t>really wide</w:t>
            </w:r>
            <w:proofErr w:type="gramEnd"/>
            <w:r>
              <w:t xml:space="preserve">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01:21:24:08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And you can fly up </w:t>
            </w:r>
            <w:proofErr w:type="gramStart"/>
            <w:r>
              <w:t>really high</w:t>
            </w:r>
            <w:proofErr w:type="gramEnd"/>
            <w:r>
              <w:t xml:space="preserve">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01:21:27:01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And I noticed that you are </w:t>
            </w:r>
            <w:proofErr w:type="gramStart"/>
            <w:r>
              <w:t>really good</w:t>
            </w:r>
            <w:proofErr w:type="gramEnd"/>
            <w:r>
              <w:t xml:space="preserve"> at grabbing the ball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01:21:29:18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with your hands.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01:21:30:22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Yeah, it's a problem.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01:21:33:19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No, don't you see?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01:21:36:13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I think you'd be </w:t>
            </w:r>
            <w:proofErr w:type="gramStart"/>
            <w:r>
              <w:t>really good</w:t>
            </w:r>
            <w:proofErr w:type="gramEnd"/>
            <w:r>
              <w:t xml:space="preserve"> at being the goalie!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01:21:39:13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Goalies can grab the ball with their hands!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01:21:42:03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And wings!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01:21:44:03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Hey, I like that!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01:21:46:16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See, Elinor?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01:21:48:04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When you look closely, you see that everyone is different,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01:21:51:20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and everyone is good at different things!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01:21:55:06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01:21:58:16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We need more observations!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01:22:00:10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[ººº]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01:22:02:19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º Some kids are </w:t>
            </w:r>
            <w:proofErr w:type="gramStart"/>
            <w:r>
              <w:t>really tall</w:t>
            </w:r>
            <w:proofErr w:type="gramEnd"/>
            <w:r>
              <w:t xml:space="preserve">,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01:22:05:01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others are really quick!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01:22:07:14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º Some kids are </w:t>
            </w:r>
            <w:proofErr w:type="gramStart"/>
            <w:r>
              <w:t>really small</w:t>
            </w:r>
            <w:proofErr w:type="gramEnd"/>
            <w:r>
              <w:t xml:space="preserve">,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01:22:10:02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some can really kick!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01:22:12:21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BOTH: </w:t>
            </w:r>
            <w:r>
              <w:t xml:space="preserve">º Ring-a-ding-ding it's great to sing.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01:22:15:10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We're all good at different things!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01:22:17:22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º Playing games is fun for all!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01:22:20:07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º Whether you are tall or small!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01:22:23:01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BOTH: </w:t>
            </w:r>
            <w:r>
              <w:t xml:space="preserve">º There's always a place for you!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01:22:25:12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No matter what you can do!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01:22:28:03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Ring-a-ding-ding it's great to sing,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01:22:30:14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We're all good at different things!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01:22:33:04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Ring-a-ding-ding it's great to sing,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01:22:35:18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º We're all good at different things! º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01:22:39:17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Who's ready to play a game?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01:22:41:23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Let's go!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01:22:43:01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01:22:50:17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[whistles]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01:22:51:17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01:22:54:19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Me!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01:22:58:10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LIZZIE: </w:t>
            </w:r>
            <w:r>
              <w:t xml:space="preserve">[giggle]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01:23:04:00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01:23:05:23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I love soccer!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01:23:11:09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Whoops!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01:23:12:12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Hey!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01:23:18:13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01:23:21:16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01:23:23:05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Elinor! You're </w:t>
            </w:r>
            <w:proofErr w:type="gramStart"/>
            <w:r>
              <w:t>really good</w:t>
            </w:r>
            <w:proofErr w:type="gramEnd"/>
            <w:r>
              <w:t xml:space="preserve"> at jumping to the ball...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01:23:25:16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when it's up high!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01:23:26:19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I guess my rabbit legs and feet are good for hopping!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01:23:30:22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And your ears are good for stopping the ball,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01:23:33:19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which...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01:23:35:02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...you can do because they're not your hands!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01:23:37:19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[laughs] </w:t>
            </w:r>
            <w:r>
              <w:rPr>
                <w:b/>
              </w:rPr>
              <w:t xml:space="preserve">OLIVE: </w:t>
            </w:r>
            <w:r>
              <w:t xml:space="preserve">[laughs]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01:23:43:17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proofErr w:type="spellStart"/>
            <w:r>
              <w:t>Whoooa</w:t>
            </w:r>
            <w:proofErr w:type="spellEnd"/>
            <w:r>
              <w:t xml:space="preserve">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01:23:45:13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It's heading for the goal!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01:23:46:18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SALLY: </w:t>
            </w:r>
            <w:r>
              <w:t xml:space="preserve">Whoa! </w:t>
            </w:r>
            <w:r>
              <w:rPr>
                <w:b/>
              </w:rPr>
              <w:t xml:space="preserve">LIZZIE: </w:t>
            </w:r>
            <w:r>
              <w:t xml:space="preserve">Oh my!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01:23:50:01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ALL: </w:t>
            </w:r>
            <w:r>
              <w:t xml:space="preserve">Whoa!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01:23:52:08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OLIVE: </w:t>
            </w:r>
            <w:r>
              <w:t xml:space="preserve">Nice save, Ari!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01:23:54:06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KIDS: </w:t>
            </w:r>
            <w:r>
              <w:t xml:space="preserve">[cheer] [laugh]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01:23:56:14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ARI: </w:t>
            </w:r>
            <w:r>
              <w:t xml:space="preserve">Oh yeah! Super Goalie Soccer Star!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01:23:59:00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Oh yeah! Oh yeah!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01:24:00:16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01:24:02:18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[gasp]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01:24:03:22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01:24:05:19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We make a great team...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01:24:07:09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because we're all good at different things!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01:24:09:23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Ring-a-ding-ding it's great to sing.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01:24:12:09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We're all good at different things!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01:24:15:17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[whistle sound]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01:24:16:23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MZ. MOLE: </w:t>
            </w:r>
            <w:r>
              <w:t xml:space="preserve">Ok kids, now who wants some lemonade?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01:24:20:06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rPr>
                <w:b/>
              </w:rPr>
              <w:t xml:space="preserve">ALL: </w:t>
            </w:r>
            <w:r>
              <w:t xml:space="preserve">[cheer] Yay!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01:24:23:19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Me!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01:24:24:19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Yeah!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t>01:24:26:16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Lemonade! </w:t>
            </w:r>
          </w:p>
        </w:tc>
      </w:tr>
      <w:tr w:rsidR="00D77FC2" w:rsidTr="003A2BDC">
        <w:tc>
          <w:tcPr>
            <w:tcW w:w="2880" w:type="dxa"/>
          </w:tcPr>
          <w:p w:rsidR="00D77FC2" w:rsidRDefault="00D77FC2" w:rsidP="003A2BDC">
            <w:r>
              <w:lastRenderedPageBreak/>
              <w:t>01:24:29:04</w:t>
            </w:r>
          </w:p>
        </w:tc>
        <w:tc>
          <w:tcPr>
            <w:tcW w:w="2880" w:type="dxa"/>
          </w:tcPr>
          <w:p w:rsidR="00D77FC2" w:rsidRDefault="00D77FC2" w:rsidP="003A2BDC"/>
        </w:tc>
        <w:tc>
          <w:tcPr>
            <w:tcW w:w="2880" w:type="dxa"/>
          </w:tcPr>
          <w:p w:rsidR="00D77FC2" w:rsidRDefault="00D77FC2" w:rsidP="003A2BDC">
            <w:r>
              <w:t xml:space="preserve">[ººº] </w:t>
            </w:r>
          </w:p>
        </w:tc>
      </w:tr>
    </w:tbl>
    <w:p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7FC2" w:rsidRDefault="00D77FC2" w:rsidP="00D77FC2">
      <w:pPr>
        <w:spacing w:after="0" w:line="240" w:lineRule="auto"/>
      </w:pPr>
      <w:r>
        <w:separator/>
      </w:r>
    </w:p>
  </w:endnote>
  <w:endnote w:type="continuationSeparator" w:id="0">
    <w:p w:rsidR="00D77FC2" w:rsidRDefault="00D77FC2" w:rsidP="00D77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7FC2" w:rsidRDefault="00D77FC2" w:rsidP="00D77FC2">
      <w:pPr>
        <w:spacing w:after="0" w:line="240" w:lineRule="auto"/>
      </w:pPr>
      <w:r>
        <w:separator/>
      </w:r>
    </w:p>
  </w:footnote>
  <w:footnote w:type="continuationSeparator" w:id="0">
    <w:p w:rsidR="00D77FC2" w:rsidRDefault="00D77FC2" w:rsidP="00D77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7FC2" w:rsidRDefault="00D77FC2">
    <w:pPr>
      <w:pStyle w:val="Header"/>
    </w:pPr>
    <w:r>
      <w:t>EWW105B_TRANSCRIPT_DOM_INT</w:t>
    </w:r>
  </w:p>
  <w:p w:rsidR="00D77FC2" w:rsidRDefault="00D77F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FC2"/>
    <w:rsid w:val="00070A67"/>
    <w:rsid w:val="00292F2F"/>
    <w:rsid w:val="004F43B2"/>
    <w:rsid w:val="006C4D3C"/>
    <w:rsid w:val="00D7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DF803"/>
  <w15:chartTrackingRefBased/>
  <w15:docId w15:val="{6A8B5106-A18C-4C08-ABC9-9A3EA2FC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7FC2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77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FC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77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FC2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D77FC2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77F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7FC2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D77F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77FC2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D77FC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77FC2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D77F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D77F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D77FC2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D77FC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D77FC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D77FC2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D77FC2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D77FC2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D77FC2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D77FC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D77FC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D77FC2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D77FC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D77FC2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D77FC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77FC2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77FC2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D77FC2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D77FC2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77FC2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77FC2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D77FC2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77FC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D77FC2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D77FC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D77FC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D77FC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D77FC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D77FC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D77FC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77FC2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77FC2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2020-02-06T19:09:00Z</dcterms:created>
  <dcterms:modified xsi:type="dcterms:W3CDTF">2020-02-06T19:10:00Z</dcterms:modified>
</cp:coreProperties>
</file>