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C3303E" w14:paraId="68EE0403" w14:textId="77777777" w:rsidTr="00A410C2">
        <w:tc>
          <w:tcPr>
            <w:tcW w:w="2880" w:type="dxa"/>
          </w:tcPr>
          <w:p w14:paraId="57CFE5DB" w14:textId="421E69EF" w:rsidR="00C3303E" w:rsidRDefault="00C3303E" w:rsidP="00A410C2">
            <w:r>
              <w:t>TC:</w:t>
            </w:r>
          </w:p>
        </w:tc>
        <w:tc>
          <w:tcPr>
            <w:tcW w:w="2880" w:type="dxa"/>
          </w:tcPr>
          <w:p w14:paraId="5DB1E803" w14:textId="32F893BA" w:rsidR="00C3303E" w:rsidRDefault="00C3303E" w:rsidP="00A410C2">
            <w:r>
              <w:t>VIDEO:</w:t>
            </w:r>
          </w:p>
        </w:tc>
        <w:tc>
          <w:tcPr>
            <w:tcW w:w="2880" w:type="dxa"/>
          </w:tcPr>
          <w:p w14:paraId="0D1E92AF" w14:textId="215AEF92" w:rsidR="00C3303E" w:rsidRPr="00C3303E" w:rsidRDefault="00C3303E" w:rsidP="00A410C2">
            <w:pPr>
              <w:rPr>
                <w:bCs/>
              </w:rPr>
            </w:pPr>
            <w:r w:rsidRPr="00C3303E">
              <w:rPr>
                <w:bCs/>
              </w:rPr>
              <w:t>AUDIO:</w:t>
            </w:r>
          </w:p>
        </w:tc>
      </w:tr>
      <w:tr w:rsidR="00C3303E" w14:paraId="263F56CA" w14:textId="77777777" w:rsidTr="00A410C2">
        <w:tc>
          <w:tcPr>
            <w:tcW w:w="2880" w:type="dxa"/>
          </w:tcPr>
          <w:p w14:paraId="043B63CD" w14:textId="77777777" w:rsidR="00C3303E" w:rsidRDefault="00C3303E" w:rsidP="00A410C2">
            <w:r>
              <w:t>01:13:32:23</w:t>
            </w:r>
          </w:p>
        </w:tc>
        <w:tc>
          <w:tcPr>
            <w:tcW w:w="2880" w:type="dxa"/>
          </w:tcPr>
          <w:p w14:paraId="7570602C" w14:textId="77777777" w:rsidR="00C3303E" w:rsidRDefault="00C3303E" w:rsidP="00A410C2"/>
        </w:tc>
        <w:tc>
          <w:tcPr>
            <w:tcW w:w="2880" w:type="dxa"/>
          </w:tcPr>
          <w:p w14:paraId="73267ABB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"Look What I can Do" </w:t>
            </w:r>
          </w:p>
        </w:tc>
      </w:tr>
      <w:tr w:rsidR="00C3303E" w14:paraId="405E83D5" w14:textId="77777777" w:rsidTr="00A410C2">
        <w:tc>
          <w:tcPr>
            <w:tcW w:w="2880" w:type="dxa"/>
          </w:tcPr>
          <w:p w14:paraId="66F14ACA" w14:textId="77777777" w:rsidR="00C3303E" w:rsidRDefault="00C3303E" w:rsidP="00A410C2">
            <w:r>
              <w:t>01:13:34:20</w:t>
            </w:r>
          </w:p>
        </w:tc>
        <w:tc>
          <w:tcPr>
            <w:tcW w:w="2880" w:type="dxa"/>
          </w:tcPr>
          <w:p w14:paraId="51CF0531" w14:textId="77777777" w:rsidR="00C3303E" w:rsidRDefault="00C3303E" w:rsidP="00A410C2"/>
        </w:tc>
        <w:tc>
          <w:tcPr>
            <w:tcW w:w="2880" w:type="dxa"/>
          </w:tcPr>
          <w:p w14:paraId="0E071287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Follow me! </w:t>
            </w:r>
          </w:p>
        </w:tc>
      </w:tr>
      <w:tr w:rsidR="00C3303E" w14:paraId="63F13EFF" w14:textId="77777777" w:rsidTr="00A410C2">
        <w:tc>
          <w:tcPr>
            <w:tcW w:w="2880" w:type="dxa"/>
          </w:tcPr>
          <w:p w14:paraId="04F46477" w14:textId="77777777" w:rsidR="00C3303E" w:rsidRDefault="00C3303E" w:rsidP="00A410C2">
            <w:r>
              <w:t>01:13:37:07</w:t>
            </w:r>
          </w:p>
        </w:tc>
        <w:tc>
          <w:tcPr>
            <w:tcW w:w="2880" w:type="dxa"/>
          </w:tcPr>
          <w:p w14:paraId="2EBED3CB" w14:textId="77777777" w:rsidR="00C3303E" w:rsidRDefault="00C3303E" w:rsidP="00A410C2"/>
        </w:tc>
        <w:tc>
          <w:tcPr>
            <w:tcW w:w="2880" w:type="dxa"/>
          </w:tcPr>
          <w:p w14:paraId="69CFCCD0" w14:textId="77777777" w:rsidR="00C3303E" w:rsidRDefault="00C3303E" w:rsidP="00A410C2">
            <w:r>
              <w:t xml:space="preserve">[birds </w:t>
            </w:r>
            <w:proofErr w:type="spellStart"/>
            <w:r>
              <w:t>chirpping</w:t>
            </w:r>
            <w:proofErr w:type="spellEnd"/>
            <w:r>
              <w:t xml:space="preserve">] </w:t>
            </w:r>
          </w:p>
        </w:tc>
      </w:tr>
      <w:tr w:rsidR="00C3303E" w14:paraId="7F2D538A" w14:textId="77777777" w:rsidTr="00A410C2">
        <w:tc>
          <w:tcPr>
            <w:tcW w:w="2880" w:type="dxa"/>
          </w:tcPr>
          <w:p w14:paraId="390AAB02" w14:textId="77777777" w:rsidR="00C3303E" w:rsidRDefault="00C3303E" w:rsidP="00A410C2">
            <w:r>
              <w:t>01:13:39:04</w:t>
            </w:r>
          </w:p>
        </w:tc>
        <w:tc>
          <w:tcPr>
            <w:tcW w:w="2880" w:type="dxa"/>
          </w:tcPr>
          <w:p w14:paraId="694F348E" w14:textId="77777777" w:rsidR="00C3303E" w:rsidRDefault="00C3303E" w:rsidP="00A410C2">
            <w:bookmarkStart w:id="0" w:name="_GoBack"/>
            <w:bookmarkEnd w:id="0"/>
          </w:p>
        </w:tc>
        <w:tc>
          <w:tcPr>
            <w:tcW w:w="2880" w:type="dxa"/>
          </w:tcPr>
          <w:p w14:paraId="1EA01AB5" w14:textId="77777777" w:rsidR="00C3303E" w:rsidRDefault="00C3303E" w:rsidP="00A410C2">
            <w:r>
              <w:t xml:space="preserve">[º] </w:t>
            </w:r>
          </w:p>
        </w:tc>
      </w:tr>
      <w:tr w:rsidR="00C3303E" w14:paraId="584BAA3C" w14:textId="77777777" w:rsidTr="00A410C2">
        <w:tc>
          <w:tcPr>
            <w:tcW w:w="2880" w:type="dxa"/>
          </w:tcPr>
          <w:p w14:paraId="08EAC168" w14:textId="77777777" w:rsidR="00C3303E" w:rsidRDefault="00C3303E" w:rsidP="00A410C2">
            <w:r>
              <w:t>01:13:43:08</w:t>
            </w:r>
          </w:p>
        </w:tc>
        <w:tc>
          <w:tcPr>
            <w:tcW w:w="2880" w:type="dxa"/>
          </w:tcPr>
          <w:p w14:paraId="310A7864" w14:textId="77777777" w:rsidR="00C3303E" w:rsidRDefault="00C3303E" w:rsidP="00A410C2"/>
        </w:tc>
        <w:tc>
          <w:tcPr>
            <w:tcW w:w="2880" w:type="dxa"/>
          </w:tcPr>
          <w:p w14:paraId="79B96459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>[</w:t>
            </w:r>
            <w:proofErr w:type="gramStart"/>
            <w:r>
              <w:t>whistles]  All</w:t>
            </w:r>
            <w:proofErr w:type="gramEnd"/>
            <w:r>
              <w:t xml:space="preserve"> right class, </w:t>
            </w:r>
          </w:p>
        </w:tc>
      </w:tr>
      <w:tr w:rsidR="00C3303E" w14:paraId="7E209A45" w14:textId="77777777" w:rsidTr="00A410C2">
        <w:tc>
          <w:tcPr>
            <w:tcW w:w="2880" w:type="dxa"/>
          </w:tcPr>
          <w:p w14:paraId="69CE9C08" w14:textId="77777777" w:rsidR="00C3303E" w:rsidRDefault="00C3303E" w:rsidP="00A410C2">
            <w:r>
              <w:t>01:13:45:19</w:t>
            </w:r>
          </w:p>
        </w:tc>
        <w:tc>
          <w:tcPr>
            <w:tcW w:w="2880" w:type="dxa"/>
          </w:tcPr>
          <w:p w14:paraId="3644CFC0" w14:textId="77777777" w:rsidR="00C3303E" w:rsidRDefault="00C3303E" w:rsidP="00A410C2"/>
        </w:tc>
        <w:tc>
          <w:tcPr>
            <w:tcW w:w="2880" w:type="dxa"/>
          </w:tcPr>
          <w:p w14:paraId="08E2C15C" w14:textId="77777777" w:rsidR="00C3303E" w:rsidRDefault="00C3303E" w:rsidP="00A410C2">
            <w:r>
              <w:t xml:space="preserve">who's ready to play soccer? </w:t>
            </w:r>
          </w:p>
        </w:tc>
      </w:tr>
      <w:tr w:rsidR="00C3303E" w14:paraId="06081C36" w14:textId="77777777" w:rsidTr="00A410C2">
        <w:tc>
          <w:tcPr>
            <w:tcW w:w="2880" w:type="dxa"/>
          </w:tcPr>
          <w:p w14:paraId="43CB3D94" w14:textId="77777777" w:rsidR="00C3303E" w:rsidRDefault="00C3303E" w:rsidP="00A410C2">
            <w:r>
              <w:t>01:13:47:13</w:t>
            </w:r>
          </w:p>
        </w:tc>
        <w:tc>
          <w:tcPr>
            <w:tcW w:w="2880" w:type="dxa"/>
          </w:tcPr>
          <w:p w14:paraId="670641FC" w14:textId="77777777" w:rsidR="00C3303E" w:rsidRDefault="00C3303E" w:rsidP="00A410C2"/>
        </w:tc>
        <w:tc>
          <w:tcPr>
            <w:tcW w:w="2880" w:type="dxa"/>
          </w:tcPr>
          <w:p w14:paraId="761E5DF9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Me! </w:t>
            </w:r>
          </w:p>
        </w:tc>
      </w:tr>
      <w:tr w:rsidR="00C3303E" w14:paraId="158D39CF" w14:textId="77777777" w:rsidTr="00A410C2">
        <w:tc>
          <w:tcPr>
            <w:tcW w:w="2880" w:type="dxa"/>
          </w:tcPr>
          <w:p w14:paraId="002EF5C0" w14:textId="77777777" w:rsidR="00C3303E" w:rsidRDefault="00C3303E" w:rsidP="00A410C2">
            <w:r>
              <w:t>01:13:48:13</w:t>
            </w:r>
          </w:p>
        </w:tc>
        <w:tc>
          <w:tcPr>
            <w:tcW w:w="2880" w:type="dxa"/>
          </w:tcPr>
          <w:p w14:paraId="249667B8" w14:textId="77777777" w:rsidR="00C3303E" w:rsidRDefault="00C3303E" w:rsidP="00A410C2"/>
        </w:tc>
        <w:tc>
          <w:tcPr>
            <w:tcW w:w="2880" w:type="dxa"/>
          </w:tcPr>
          <w:p w14:paraId="3915D4B0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I am! </w:t>
            </w:r>
            <w:r>
              <w:rPr>
                <w:b/>
              </w:rPr>
              <w:t xml:space="preserve">OLIVE: </w:t>
            </w:r>
            <w:r>
              <w:t xml:space="preserve">I want to play! </w:t>
            </w:r>
          </w:p>
        </w:tc>
      </w:tr>
      <w:tr w:rsidR="00C3303E" w14:paraId="7192389A" w14:textId="77777777" w:rsidTr="00A410C2">
        <w:tc>
          <w:tcPr>
            <w:tcW w:w="2880" w:type="dxa"/>
          </w:tcPr>
          <w:p w14:paraId="65EF73D1" w14:textId="77777777" w:rsidR="00C3303E" w:rsidRDefault="00C3303E" w:rsidP="00A410C2">
            <w:r>
              <w:t>01:13:50:16</w:t>
            </w:r>
          </w:p>
        </w:tc>
        <w:tc>
          <w:tcPr>
            <w:tcW w:w="2880" w:type="dxa"/>
          </w:tcPr>
          <w:p w14:paraId="2E3B0CEB" w14:textId="77777777" w:rsidR="00C3303E" w:rsidRDefault="00C3303E" w:rsidP="00A410C2"/>
        </w:tc>
        <w:tc>
          <w:tcPr>
            <w:tcW w:w="2880" w:type="dxa"/>
          </w:tcPr>
          <w:p w14:paraId="2A6B4DBE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Okay, let's go! </w:t>
            </w:r>
          </w:p>
        </w:tc>
      </w:tr>
      <w:tr w:rsidR="00C3303E" w14:paraId="1E385D2F" w14:textId="77777777" w:rsidTr="00A410C2">
        <w:tc>
          <w:tcPr>
            <w:tcW w:w="2880" w:type="dxa"/>
          </w:tcPr>
          <w:p w14:paraId="11927032" w14:textId="77777777" w:rsidR="00C3303E" w:rsidRDefault="00C3303E" w:rsidP="00A410C2">
            <w:r>
              <w:t>01:13:54:16</w:t>
            </w:r>
          </w:p>
        </w:tc>
        <w:tc>
          <w:tcPr>
            <w:tcW w:w="2880" w:type="dxa"/>
          </w:tcPr>
          <w:p w14:paraId="39E6F892" w14:textId="77777777" w:rsidR="00C3303E" w:rsidRDefault="00C3303E" w:rsidP="00A410C2"/>
        </w:tc>
        <w:tc>
          <w:tcPr>
            <w:tcW w:w="2880" w:type="dxa"/>
          </w:tcPr>
          <w:p w14:paraId="6CDABAAD" w14:textId="77777777" w:rsidR="00C3303E" w:rsidRDefault="00C3303E" w:rsidP="00A410C2">
            <w:r>
              <w:rPr>
                <w:b/>
              </w:rPr>
              <w:t xml:space="preserve">KIDS: </w:t>
            </w:r>
            <w:r>
              <w:t xml:space="preserve">Cool! Whoa! </w:t>
            </w:r>
          </w:p>
        </w:tc>
      </w:tr>
      <w:tr w:rsidR="00C3303E" w14:paraId="77081077" w14:textId="77777777" w:rsidTr="00A410C2">
        <w:tc>
          <w:tcPr>
            <w:tcW w:w="2880" w:type="dxa"/>
          </w:tcPr>
          <w:p w14:paraId="735BA1EC" w14:textId="77777777" w:rsidR="00C3303E" w:rsidRDefault="00C3303E" w:rsidP="00A410C2">
            <w:r>
              <w:t>01:13:56:06</w:t>
            </w:r>
          </w:p>
        </w:tc>
        <w:tc>
          <w:tcPr>
            <w:tcW w:w="2880" w:type="dxa"/>
          </w:tcPr>
          <w:p w14:paraId="1D5FD060" w14:textId="77777777" w:rsidR="00C3303E" w:rsidRDefault="00C3303E" w:rsidP="00A410C2"/>
        </w:tc>
        <w:tc>
          <w:tcPr>
            <w:tcW w:w="2880" w:type="dxa"/>
          </w:tcPr>
          <w:p w14:paraId="7FC9AD3E" w14:textId="77777777" w:rsidR="00C3303E" w:rsidRDefault="00C3303E" w:rsidP="00A410C2">
            <w:r>
              <w:t xml:space="preserve">[laugh] </w:t>
            </w:r>
          </w:p>
        </w:tc>
      </w:tr>
      <w:tr w:rsidR="00C3303E" w14:paraId="26002404" w14:textId="77777777" w:rsidTr="00A410C2">
        <w:tc>
          <w:tcPr>
            <w:tcW w:w="2880" w:type="dxa"/>
          </w:tcPr>
          <w:p w14:paraId="0B6CA9A2" w14:textId="77777777" w:rsidR="00C3303E" w:rsidRDefault="00C3303E" w:rsidP="00A410C2">
            <w:r>
              <w:t>01:13:57:06</w:t>
            </w:r>
          </w:p>
        </w:tc>
        <w:tc>
          <w:tcPr>
            <w:tcW w:w="2880" w:type="dxa"/>
          </w:tcPr>
          <w:p w14:paraId="62B45DD4" w14:textId="77777777" w:rsidR="00C3303E" w:rsidRDefault="00C3303E" w:rsidP="00A410C2"/>
        </w:tc>
        <w:tc>
          <w:tcPr>
            <w:tcW w:w="2880" w:type="dxa"/>
          </w:tcPr>
          <w:p w14:paraId="3C806DC6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C3303E" w14:paraId="35EC743B" w14:textId="77777777" w:rsidTr="00A410C2">
        <w:tc>
          <w:tcPr>
            <w:tcW w:w="2880" w:type="dxa"/>
          </w:tcPr>
          <w:p w14:paraId="6E72742F" w14:textId="77777777" w:rsidR="00C3303E" w:rsidRDefault="00C3303E" w:rsidP="00A410C2">
            <w:r>
              <w:t>01:13:59:10</w:t>
            </w:r>
          </w:p>
        </w:tc>
        <w:tc>
          <w:tcPr>
            <w:tcW w:w="2880" w:type="dxa"/>
          </w:tcPr>
          <w:p w14:paraId="37E01AE6" w14:textId="77777777" w:rsidR="00C3303E" w:rsidRDefault="00C3303E" w:rsidP="00A410C2"/>
        </w:tc>
        <w:tc>
          <w:tcPr>
            <w:tcW w:w="2880" w:type="dxa"/>
          </w:tcPr>
          <w:p w14:paraId="2B74ABB8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[effort] </w:t>
            </w:r>
          </w:p>
        </w:tc>
      </w:tr>
      <w:tr w:rsidR="00C3303E" w14:paraId="6D5E6F12" w14:textId="77777777" w:rsidTr="00A410C2">
        <w:tc>
          <w:tcPr>
            <w:tcW w:w="2880" w:type="dxa"/>
          </w:tcPr>
          <w:p w14:paraId="4B33D2BA" w14:textId="77777777" w:rsidR="00C3303E" w:rsidRDefault="00C3303E" w:rsidP="00A410C2">
            <w:r>
              <w:t>01:14:00:22</w:t>
            </w:r>
          </w:p>
        </w:tc>
        <w:tc>
          <w:tcPr>
            <w:tcW w:w="2880" w:type="dxa"/>
          </w:tcPr>
          <w:p w14:paraId="1E27F480" w14:textId="77777777" w:rsidR="00C3303E" w:rsidRDefault="00C3303E" w:rsidP="00A410C2"/>
        </w:tc>
        <w:tc>
          <w:tcPr>
            <w:tcW w:w="2880" w:type="dxa"/>
          </w:tcPr>
          <w:p w14:paraId="7DDB9E8C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I can't wait to start playing! </w:t>
            </w:r>
          </w:p>
        </w:tc>
      </w:tr>
      <w:tr w:rsidR="00C3303E" w14:paraId="59CB590F" w14:textId="77777777" w:rsidTr="00A410C2">
        <w:tc>
          <w:tcPr>
            <w:tcW w:w="2880" w:type="dxa"/>
          </w:tcPr>
          <w:p w14:paraId="5AD7FC73" w14:textId="77777777" w:rsidR="00C3303E" w:rsidRDefault="00C3303E" w:rsidP="00A410C2">
            <w:r>
              <w:t>01:14:02:19</w:t>
            </w:r>
          </w:p>
        </w:tc>
        <w:tc>
          <w:tcPr>
            <w:tcW w:w="2880" w:type="dxa"/>
          </w:tcPr>
          <w:p w14:paraId="2AFCABCF" w14:textId="77777777" w:rsidR="00C3303E" w:rsidRDefault="00C3303E" w:rsidP="00A410C2"/>
        </w:tc>
        <w:tc>
          <w:tcPr>
            <w:tcW w:w="2880" w:type="dxa"/>
          </w:tcPr>
          <w:p w14:paraId="3A57EA7C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Yeah! Me too, Elinor! </w:t>
            </w:r>
          </w:p>
        </w:tc>
      </w:tr>
      <w:tr w:rsidR="00C3303E" w14:paraId="63EB45AE" w14:textId="77777777" w:rsidTr="00A410C2">
        <w:tc>
          <w:tcPr>
            <w:tcW w:w="2880" w:type="dxa"/>
          </w:tcPr>
          <w:p w14:paraId="69246F43" w14:textId="77777777" w:rsidR="00C3303E" w:rsidRDefault="00C3303E" w:rsidP="00A410C2">
            <w:r>
              <w:t>01:14:04:12</w:t>
            </w:r>
          </w:p>
        </w:tc>
        <w:tc>
          <w:tcPr>
            <w:tcW w:w="2880" w:type="dxa"/>
          </w:tcPr>
          <w:p w14:paraId="35CD3CE0" w14:textId="77777777" w:rsidR="00C3303E" w:rsidRDefault="00C3303E" w:rsidP="00A410C2"/>
        </w:tc>
        <w:tc>
          <w:tcPr>
            <w:tcW w:w="2880" w:type="dxa"/>
          </w:tcPr>
          <w:p w14:paraId="1DA5278E" w14:textId="77777777" w:rsidR="00C3303E" w:rsidRDefault="00C3303E" w:rsidP="00A410C2">
            <w:r>
              <w:t xml:space="preserve">I bet I'm going to be a super sensational soccer star! </w:t>
            </w:r>
          </w:p>
        </w:tc>
      </w:tr>
      <w:tr w:rsidR="00C3303E" w14:paraId="06C1D77B" w14:textId="77777777" w:rsidTr="00A410C2">
        <w:tc>
          <w:tcPr>
            <w:tcW w:w="2880" w:type="dxa"/>
          </w:tcPr>
          <w:p w14:paraId="53DD0EE8" w14:textId="77777777" w:rsidR="00C3303E" w:rsidRDefault="00C3303E" w:rsidP="00A410C2">
            <w:r>
              <w:t>01:14:09:18</w:t>
            </w:r>
          </w:p>
        </w:tc>
        <w:tc>
          <w:tcPr>
            <w:tcW w:w="2880" w:type="dxa"/>
          </w:tcPr>
          <w:p w14:paraId="6291CD4B" w14:textId="77777777" w:rsidR="00C3303E" w:rsidRDefault="00C3303E" w:rsidP="00A410C2"/>
        </w:tc>
        <w:tc>
          <w:tcPr>
            <w:tcW w:w="2880" w:type="dxa"/>
          </w:tcPr>
          <w:p w14:paraId="0E7DAF7C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Whoa! </w:t>
            </w:r>
            <w:proofErr w:type="spellStart"/>
            <w:r>
              <w:t>Wa</w:t>
            </w:r>
            <w:proofErr w:type="spellEnd"/>
            <w:r>
              <w:t xml:space="preserve">! </w:t>
            </w:r>
          </w:p>
        </w:tc>
      </w:tr>
      <w:tr w:rsidR="00C3303E" w14:paraId="01BE032D" w14:textId="77777777" w:rsidTr="00A410C2">
        <w:tc>
          <w:tcPr>
            <w:tcW w:w="2880" w:type="dxa"/>
          </w:tcPr>
          <w:p w14:paraId="55743C56" w14:textId="77777777" w:rsidR="00C3303E" w:rsidRDefault="00C3303E" w:rsidP="00A410C2">
            <w:r>
              <w:t>01:14:12:11</w:t>
            </w:r>
          </w:p>
        </w:tc>
        <w:tc>
          <w:tcPr>
            <w:tcW w:w="2880" w:type="dxa"/>
          </w:tcPr>
          <w:p w14:paraId="673B80FD" w14:textId="77777777" w:rsidR="00C3303E" w:rsidRDefault="00C3303E" w:rsidP="00A410C2"/>
        </w:tc>
        <w:tc>
          <w:tcPr>
            <w:tcW w:w="2880" w:type="dxa"/>
          </w:tcPr>
          <w:p w14:paraId="70D04A44" w14:textId="77777777" w:rsidR="00C3303E" w:rsidRDefault="00C3303E" w:rsidP="00A410C2">
            <w:r>
              <w:t xml:space="preserve">Huh okay, maybe I should learn how to play first. </w:t>
            </w:r>
          </w:p>
        </w:tc>
      </w:tr>
      <w:tr w:rsidR="00C3303E" w14:paraId="2DEE12FD" w14:textId="77777777" w:rsidTr="00A410C2">
        <w:tc>
          <w:tcPr>
            <w:tcW w:w="2880" w:type="dxa"/>
          </w:tcPr>
          <w:p w14:paraId="718C7B2F" w14:textId="77777777" w:rsidR="00C3303E" w:rsidRDefault="00C3303E" w:rsidP="00A410C2">
            <w:r>
              <w:t>01:14:17:21</w:t>
            </w:r>
          </w:p>
        </w:tc>
        <w:tc>
          <w:tcPr>
            <w:tcW w:w="2880" w:type="dxa"/>
          </w:tcPr>
          <w:p w14:paraId="355EAFDD" w14:textId="77777777" w:rsidR="00C3303E" w:rsidRDefault="00C3303E" w:rsidP="00A410C2"/>
        </w:tc>
        <w:tc>
          <w:tcPr>
            <w:tcW w:w="2880" w:type="dxa"/>
          </w:tcPr>
          <w:p w14:paraId="0C8D9086" w14:textId="77777777" w:rsidR="00C3303E" w:rsidRDefault="00C3303E" w:rsidP="00A410C2">
            <w:r>
              <w:t xml:space="preserve">[grunt] </w:t>
            </w:r>
          </w:p>
        </w:tc>
      </w:tr>
      <w:tr w:rsidR="00C3303E" w14:paraId="7B1412E4" w14:textId="77777777" w:rsidTr="00A410C2">
        <w:tc>
          <w:tcPr>
            <w:tcW w:w="2880" w:type="dxa"/>
          </w:tcPr>
          <w:p w14:paraId="215B3121" w14:textId="77777777" w:rsidR="00C3303E" w:rsidRDefault="00C3303E" w:rsidP="00A410C2">
            <w:r>
              <w:t>01:14:18:21</w:t>
            </w:r>
          </w:p>
        </w:tc>
        <w:tc>
          <w:tcPr>
            <w:tcW w:w="2880" w:type="dxa"/>
          </w:tcPr>
          <w:p w14:paraId="427881D3" w14:textId="77777777" w:rsidR="00C3303E" w:rsidRDefault="00C3303E" w:rsidP="00A410C2"/>
        </w:tc>
        <w:tc>
          <w:tcPr>
            <w:tcW w:w="2880" w:type="dxa"/>
          </w:tcPr>
          <w:p w14:paraId="24195664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[giggles] Oh, Ari. </w:t>
            </w:r>
          </w:p>
        </w:tc>
      </w:tr>
      <w:tr w:rsidR="00C3303E" w14:paraId="504E2F6C" w14:textId="77777777" w:rsidTr="00A410C2">
        <w:tc>
          <w:tcPr>
            <w:tcW w:w="2880" w:type="dxa"/>
          </w:tcPr>
          <w:p w14:paraId="4C25A97E" w14:textId="77777777" w:rsidR="00C3303E" w:rsidRDefault="00C3303E" w:rsidP="00A410C2">
            <w:r>
              <w:lastRenderedPageBreak/>
              <w:t>01:14:21:06</w:t>
            </w:r>
          </w:p>
        </w:tc>
        <w:tc>
          <w:tcPr>
            <w:tcW w:w="2880" w:type="dxa"/>
          </w:tcPr>
          <w:p w14:paraId="5BE41991" w14:textId="77777777" w:rsidR="00C3303E" w:rsidRDefault="00C3303E" w:rsidP="00A410C2"/>
        </w:tc>
        <w:tc>
          <w:tcPr>
            <w:tcW w:w="2880" w:type="dxa"/>
          </w:tcPr>
          <w:p w14:paraId="58B5C4DD" w14:textId="77777777" w:rsidR="00C3303E" w:rsidRDefault="00C3303E" w:rsidP="00A410C2">
            <w:r>
              <w:t xml:space="preserve">What are you reading, Olive? </w:t>
            </w:r>
          </w:p>
        </w:tc>
      </w:tr>
      <w:tr w:rsidR="00C3303E" w14:paraId="5B8C390F" w14:textId="77777777" w:rsidTr="00A410C2">
        <w:tc>
          <w:tcPr>
            <w:tcW w:w="2880" w:type="dxa"/>
          </w:tcPr>
          <w:p w14:paraId="627E139B" w14:textId="77777777" w:rsidR="00C3303E" w:rsidRDefault="00C3303E" w:rsidP="00A410C2">
            <w:r>
              <w:t>01:14:22:14</w:t>
            </w:r>
          </w:p>
        </w:tc>
        <w:tc>
          <w:tcPr>
            <w:tcW w:w="2880" w:type="dxa"/>
          </w:tcPr>
          <w:p w14:paraId="19C30531" w14:textId="77777777" w:rsidR="00C3303E" w:rsidRDefault="00C3303E" w:rsidP="00A410C2"/>
        </w:tc>
        <w:tc>
          <w:tcPr>
            <w:tcW w:w="2880" w:type="dxa"/>
          </w:tcPr>
          <w:p w14:paraId="69AAE125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It's the rule book. </w:t>
            </w:r>
          </w:p>
        </w:tc>
      </w:tr>
      <w:tr w:rsidR="00C3303E" w14:paraId="4B8703A7" w14:textId="77777777" w:rsidTr="00A410C2">
        <w:tc>
          <w:tcPr>
            <w:tcW w:w="2880" w:type="dxa"/>
          </w:tcPr>
          <w:p w14:paraId="2D75CE84" w14:textId="77777777" w:rsidR="00C3303E" w:rsidRDefault="00C3303E" w:rsidP="00A410C2">
            <w:r>
              <w:t>01:14:23:21</w:t>
            </w:r>
          </w:p>
        </w:tc>
        <w:tc>
          <w:tcPr>
            <w:tcW w:w="2880" w:type="dxa"/>
          </w:tcPr>
          <w:p w14:paraId="1B805E2B" w14:textId="77777777" w:rsidR="00C3303E" w:rsidRDefault="00C3303E" w:rsidP="00A410C2"/>
        </w:tc>
        <w:tc>
          <w:tcPr>
            <w:tcW w:w="2880" w:type="dxa"/>
          </w:tcPr>
          <w:p w14:paraId="26A964A6" w14:textId="77777777" w:rsidR="00C3303E" w:rsidRDefault="00C3303E" w:rsidP="00A410C2">
            <w:r>
              <w:t xml:space="preserve">It tells you all the things you can and can't do... </w:t>
            </w:r>
          </w:p>
        </w:tc>
      </w:tr>
      <w:tr w:rsidR="00C3303E" w14:paraId="4F71F63F" w14:textId="77777777" w:rsidTr="00A410C2">
        <w:tc>
          <w:tcPr>
            <w:tcW w:w="2880" w:type="dxa"/>
          </w:tcPr>
          <w:p w14:paraId="15A40539" w14:textId="77777777" w:rsidR="00C3303E" w:rsidRDefault="00C3303E" w:rsidP="00A410C2">
            <w:r>
              <w:t>01:14:26:11</w:t>
            </w:r>
          </w:p>
        </w:tc>
        <w:tc>
          <w:tcPr>
            <w:tcW w:w="2880" w:type="dxa"/>
          </w:tcPr>
          <w:p w14:paraId="5069103B" w14:textId="77777777" w:rsidR="00C3303E" w:rsidRDefault="00C3303E" w:rsidP="00A410C2"/>
        </w:tc>
        <w:tc>
          <w:tcPr>
            <w:tcW w:w="2880" w:type="dxa"/>
          </w:tcPr>
          <w:p w14:paraId="69A08DEF" w14:textId="77777777" w:rsidR="00C3303E" w:rsidRDefault="00C3303E" w:rsidP="00A410C2">
            <w:r>
              <w:t xml:space="preserve">when you play soccer. </w:t>
            </w:r>
          </w:p>
        </w:tc>
      </w:tr>
      <w:tr w:rsidR="00C3303E" w14:paraId="74F935FF" w14:textId="77777777" w:rsidTr="00A410C2">
        <w:tc>
          <w:tcPr>
            <w:tcW w:w="2880" w:type="dxa"/>
          </w:tcPr>
          <w:p w14:paraId="6200A25B" w14:textId="77777777" w:rsidR="00C3303E" w:rsidRDefault="00C3303E" w:rsidP="00A410C2">
            <w:r>
              <w:t>01:14:28:00</w:t>
            </w:r>
          </w:p>
        </w:tc>
        <w:tc>
          <w:tcPr>
            <w:tcW w:w="2880" w:type="dxa"/>
          </w:tcPr>
          <w:p w14:paraId="4D61643C" w14:textId="77777777" w:rsidR="00C3303E" w:rsidRDefault="00C3303E" w:rsidP="00A410C2"/>
        </w:tc>
        <w:tc>
          <w:tcPr>
            <w:tcW w:w="2880" w:type="dxa"/>
          </w:tcPr>
          <w:p w14:paraId="2C4F3035" w14:textId="77777777" w:rsidR="00C3303E" w:rsidRDefault="00C3303E" w:rsidP="00A410C2">
            <w:r>
              <w:t xml:space="preserve">Reading about the rules is my favorite part of any game. </w:t>
            </w:r>
          </w:p>
        </w:tc>
      </w:tr>
      <w:tr w:rsidR="00C3303E" w14:paraId="2F67D422" w14:textId="77777777" w:rsidTr="00A410C2">
        <w:tc>
          <w:tcPr>
            <w:tcW w:w="2880" w:type="dxa"/>
          </w:tcPr>
          <w:p w14:paraId="17996230" w14:textId="77777777" w:rsidR="00C3303E" w:rsidRDefault="00C3303E" w:rsidP="00A410C2">
            <w:r>
              <w:t>01:14:31:06</w:t>
            </w:r>
          </w:p>
        </w:tc>
        <w:tc>
          <w:tcPr>
            <w:tcW w:w="2880" w:type="dxa"/>
          </w:tcPr>
          <w:p w14:paraId="72588A4D" w14:textId="77777777" w:rsidR="00C3303E" w:rsidRDefault="00C3303E" w:rsidP="00A410C2"/>
        </w:tc>
        <w:tc>
          <w:tcPr>
            <w:tcW w:w="2880" w:type="dxa"/>
          </w:tcPr>
          <w:p w14:paraId="49BE9506" w14:textId="77777777" w:rsidR="00C3303E" w:rsidRDefault="00C3303E" w:rsidP="00A410C2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C3303E" w14:paraId="46BB5350" w14:textId="77777777" w:rsidTr="00A410C2">
        <w:tc>
          <w:tcPr>
            <w:tcW w:w="2880" w:type="dxa"/>
          </w:tcPr>
          <w:p w14:paraId="3D41E4BC" w14:textId="77777777" w:rsidR="00C3303E" w:rsidRDefault="00C3303E" w:rsidP="00A410C2">
            <w:r>
              <w:t>01:14:32:27</w:t>
            </w:r>
          </w:p>
        </w:tc>
        <w:tc>
          <w:tcPr>
            <w:tcW w:w="2880" w:type="dxa"/>
          </w:tcPr>
          <w:p w14:paraId="23F0C59C" w14:textId="77777777" w:rsidR="00C3303E" w:rsidRDefault="00C3303E" w:rsidP="00A410C2"/>
        </w:tc>
        <w:tc>
          <w:tcPr>
            <w:tcW w:w="2880" w:type="dxa"/>
          </w:tcPr>
          <w:p w14:paraId="66D9A5D2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Well, my favorite part of any game... </w:t>
            </w:r>
          </w:p>
        </w:tc>
      </w:tr>
      <w:tr w:rsidR="00C3303E" w14:paraId="5B8E1B57" w14:textId="77777777" w:rsidTr="00A410C2">
        <w:tc>
          <w:tcPr>
            <w:tcW w:w="2880" w:type="dxa"/>
          </w:tcPr>
          <w:p w14:paraId="1B77FEBA" w14:textId="77777777" w:rsidR="00C3303E" w:rsidRDefault="00C3303E" w:rsidP="00A410C2">
            <w:r>
              <w:t>01:14:35:03</w:t>
            </w:r>
          </w:p>
        </w:tc>
        <w:tc>
          <w:tcPr>
            <w:tcW w:w="2880" w:type="dxa"/>
          </w:tcPr>
          <w:p w14:paraId="6573F72A" w14:textId="77777777" w:rsidR="00C3303E" w:rsidRDefault="00C3303E" w:rsidP="00A410C2"/>
        </w:tc>
        <w:tc>
          <w:tcPr>
            <w:tcW w:w="2880" w:type="dxa"/>
          </w:tcPr>
          <w:p w14:paraId="2CDDFF0B" w14:textId="77777777" w:rsidR="00C3303E" w:rsidRDefault="00C3303E" w:rsidP="00A410C2">
            <w:r>
              <w:t xml:space="preserve">is the playing part! </w:t>
            </w:r>
          </w:p>
        </w:tc>
      </w:tr>
      <w:tr w:rsidR="00C3303E" w14:paraId="4E519861" w14:textId="77777777" w:rsidTr="00A410C2">
        <w:tc>
          <w:tcPr>
            <w:tcW w:w="2880" w:type="dxa"/>
          </w:tcPr>
          <w:p w14:paraId="75BBCA58" w14:textId="77777777" w:rsidR="00C3303E" w:rsidRDefault="00C3303E" w:rsidP="00A410C2">
            <w:r>
              <w:t>01:14:36:22</w:t>
            </w:r>
          </w:p>
        </w:tc>
        <w:tc>
          <w:tcPr>
            <w:tcW w:w="2880" w:type="dxa"/>
          </w:tcPr>
          <w:p w14:paraId="404E87D5" w14:textId="77777777" w:rsidR="00C3303E" w:rsidRDefault="00C3303E" w:rsidP="00A410C2"/>
        </w:tc>
        <w:tc>
          <w:tcPr>
            <w:tcW w:w="2880" w:type="dxa"/>
          </w:tcPr>
          <w:p w14:paraId="1FBDC595" w14:textId="77777777" w:rsidR="00C3303E" w:rsidRDefault="00C3303E" w:rsidP="00A410C2">
            <w:r>
              <w:t xml:space="preserve">Let's go! </w:t>
            </w:r>
          </w:p>
        </w:tc>
      </w:tr>
      <w:tr w:rsidR="00C3303E" w14:paraId="3A55BC22" w14:textId="77777777" w:rsidTr="00A410C2">
        <w:tc>
          <w:tcPr>
            <w:tcW w:w="2880" w:type="dxa"/>
          </w:tcPr>
          <w:p w14:paraId="2B4FA45F" w14:textId="77777777" w:rsidR="00C3303E" w:rsidRDefault="00C3303E" w:rsidP="00A410C2">
            <w:r>
              <w:t>01:14:37:25</w:t>
            </w:r>
          </w:p>
        </w:tc>
        <w:tc>
          <w:tcPr>
            <w:tcW w:w="2880" w:type="dxa"/>
          </w:tcPr>
          <w:p w14:paraId="29618FE7" w14:textId="77777777" w:rsidR="00C3303E" w:rsidRDefault="00C3303E" w:rsidP="00A410C2"/>
        </w:tc>
        <w:tc>
          <w:tcPr>
            <w:tcW w:w="2880" w:type="dxa"/>
          </w:tcPr>
          <w:p w14:paraId="1EDA5E06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C3303E" w14:paraId="11EAD497" w14:textId="77777777" w:rsidTr="00A410C2">
        <w:tc>
          <w:tcPr>
            <w:tcW w:w="2880" w:type="dxa"/>
          </w:tcPr>
          <w:p w14:paraId="061F47C9" w14:textId="77777777" w:rsidR="00C3303E" w:rsidRDefault="00C3303E" w:rsidP="00A410C2">
            <w:r>
              <w:t>01:14:39:28</w:t>
            </w:r>
          </w:p>
        </w:tc>
        <w:tc>
          <w:tcPr>
            <w:tcW w:w="2880" w:type="dxa"/>
          </w:tcPr>
          <w:p w14:paraId="79119EEA" w14:textId="77777777" w:rsidR="00C3303E" w:rsidRDefault="00C3303E" w:rsidP="00A410C2"/>
        </w:tc>
        <w:tc>
          <w:tcPr>
            <w:tcW w:w="2880" w:type="dxa"/>
          </w:tcPr>
          <w:p w14:paraId="340A805A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Okay, kids! </w:t>
            </w:r>
          </w:p>
        </w:tc>
      </w:tr>
      <w:tr w:rsidR="00C3303E" w14:paraId="7EAB93D2" w14:textId="77777777" w:rsidTr="00A410C2">
        <w:tc>
          <w:tcPr>
            <w:tcW w:w="2880" w:type="dxa"/>
          </w:tcPr>
          <w:p w14:paraId="78EA5ACD" w14:textId="77777777" w:rsidR="00C3303E" w:rsidRDefault="00C3303E" w:rsidP="00A410C2">
            <w:r>
              <w:t>01:14:40:29</w:t>
            </w:r>
          </w:p>
        </w:tc>
        <w:tc>
          <w:tcPr>
            <w:tcW w:w="2880" w:type="dxa"/>
          </w:tcPr>
          <w:p w14:paraId="51AA6248" w14:textId="77777777" w:rsidR="00C3303E" w:rsidRDefault="00C3303E" w:rsidP="00A410C2"/>
        </w:tc>
        <w:tc>
          <w:tcPr>
            <w:tcW w:w="2880" w:type="dxa"/>
          </w:tcPr>
          <w:p w14:paraId="10894F15" w14:textId="77777777" w:rsidR="00C3303E" w:rsidRDefault="00C3303E" w:rsidP="00A410C2">
            <w:r>
              <w:t xml:space="preserve">Soccer is a wonderful game where you play with a ball </w:t>
            </w:r>
          </w:p>
        </w:tc>
      </w:tr>
      <w:tr w:rsidR="00C3303E" w14:paraId="419D9EA3" w14:textId="77777777" w:rsidTr="00A410C2">
        <w:tc>
          <w:tcPr>
            <w:tcW w:w="2880" w:type="dxa"/>
          </w:tcPr>
          <w:p w14:paraId="1752CC2A" w14:textId="77777777" w:rsidR="00C3303E" w:rsidRDefault="00C3303E" w:rsidP="00A410C2">
            <w:r>
              <w:t>01:14:44:06</w:t>
            </w:r>
          </w:p>
        </w:tc>
        <w:tc>
          <w:tcPr>
            <w:tcW w:w="2880" w:type="dxa"/>
          </w:tcPr>
          <w:p w14:paraId="5E6F17E2" w14:textId="77777777" w:rsidR="00C3303E" w:rsidRDefault="00C3303E" w:rsidP="00A410C2"/>
        </w:tc>
        <w:tc>
          <w:tcPr>
            <w:tcW w:w="2880" w:type="dxa"/>
          </w:tcPr>
          <w:p w14:paraId="66F434E2" w14:textId="77777777" w:rsidR="00C3303E" w:rsidRDefault="00C3303E" w:rsidP="00A410C2">
            <w:r>
              <w:t xml:space="preserve">in all kinds of different ways. </w:t>
            </w:r>
          </w:p>
        </w:tc>
      </w:tr>
      <w:tr w:rsidR="00C3303E" w14:paraId="18FCDEBD" w14:textId="77777777" w:rsidTr="00A410C2">
        <w:tc>
          <w:tcPr>
            <w:tcW w:w="2880" w:type="dxa"/>
          </w:tcPr>
          <w:p w14:paraId="56DBB991" w14:textId="77777777" w:rsidR="00C3303E" w:rsidRDefault="00C3303E" w:rsidP="00A410C2">
            <w:r>
              <w:t>01:14:46:13</w:t>
            </w:r>
          </w:p>
        </w:tc>
        <w:tc>
          <w:tcPr>
            <w:tcW w:w="2880" w:type="dxa"/>
          </w:tcPr>
          <w:p w14:paraId="466ACE29" w14:textId="77777777" w:rsidR="00C3303E" w:rsidRDefault="00C3303E" w:rsidP="00A410C2"/>
        </w:tc>
        <w:tc>
          <w:tcPr>
            <w:tcW w:w="2880" w:type="dxa"/>
          </w:tcPr>
          <w:p w14:paraId="0A73D69C" w14:textId="77777777" w:rsidR="00C3303E" w:rsidRDefault="00C3303E" w:rsidP="00A410C2">
            <w:r>
              <w:t xml:space="preserve">You can run with it, </w:t>
            </w:r>
          </w:p>
        </w:tc>
      </w:tr>
      <w:tr w:rsidR="00C3303E" w14:paraId="00967FB8" w14:textId="77777777" w:rsidTr="00A410C2">
        <w:tc>
          <w:tcPr>
            <w:tcW w:w="2880" w:type="dxa"/>
          </w:tcPr>
          <w:p w14:paraId="37F9B7C0" w14:textId="77777777" w:rsidR="00C3303E" w:rsidRDefault="00C3303E" w:rsidP="00A410C2">
            <w:r>
              <w:t>01:14:49:19</w:t>
            </w:r>
          </w:p>
        </w:tc>
        <w:tc>
          <w:tcPr>
            <w:tcW w:w="2880" w:type="dxa"/>
          </w:tcPr>
          <w:p w14:paraId="020B1858" w14:textId="77777777" w:rsidR="00C3303E" w:rsidRDefault="00C3303E" w:rsidP="00A410C2"/>
        </w:tc>
        <w:tc>
          <w:tcPr>
            <w:tcW w:w="2880" w:type="dxa"/>
          </w:tcPr>
          <w:p w14:paraId="7EB1A867" w14:textId="77777777" w:rsidR="00C3303E" w:rsidRDefault="00C3303E" w:rsidP="00A410C2">
            <w:r>
              <w:t xml:space="preserve">[grunt] kick it, </w:t>
            </w:r>
          </w:p>
        </w:tc>
      </w:tr>
      <w:tr w:rsidR="00C3303E" w14:paraId="12C536CC" w14:textId="77777777" w:rsidTr="00A410C2">
        <w:tc>
          <w:tcPr>
            <w:tcW w:w="2880" w:type="dxa"/>
          </w:tcPr>
          <w:p w14:paraId="28AE6979" w14:textId="77777777" w:rsidR="00C3303E" w:rsidRDefault="00C3303E" w:rsidP="00A410C2">
            <w:r>
              <w:t>01:14:51:14</w:t>
            </w:r>
          </w:p>
        </w:tc>
        <w:tc>
          <w:tcPr>
            <w:tcW w:w="2880" w:type="dxa"/>
          </w:tcPr>
          <w:p w14:paraId="46110034" w14:textId="77777777" w:rsidR="00C3303E" w:rsidRDefault="00C3303E" w:rsidP="00A410C2"/>
        </w:tc>
        <w:tc>
          <w:tcPr>
            <w:tcW w:w="2880" w:type="dxa"/>
          </w:tcPr>
          <w:p w14:paraId="1541A78B" w14:textId="77777777" w:rsidR="00C3303E" w:rsidRDefault="00C3303E" w:rsidP="00A410C2">
            <w:r>
              <w:t xml:space="preserve">or bounce it off your body. </w:t>
            </w:r>
          </w:p>
        </w:tc>
      </w:tr>
      <w:tr w:rsidR="00C3303E" w14:paraId="508002CD" w14:textId="77777777" w:rsidTr="00A410C2">
        <w:tc>
          <w:tcPr>
            <w:tcW w:w="2880" w:type="dxa"/>
          </w:tcPr>
          <w:p w14:paraId="32D3E589" w14:textId="77777777" w:rsidR="00C3303E" w:rsidRDefault="00C3303E" w:rsidP="00A410C2">
            <w:r>
              <w:t>01:14:53:13</w:t>
            </w:r>
          </w:p>
        </w:tc>
        <w:tc>
          <w:tcPr>
            <w:tcW w:w="2880" w:type="dxa"/>
          </w:tcPr>
          <w:p w14:paraId="06197FCE" w14:textId="77777777" w:rsidR="00C3303E" w:rsidRDefault="00C3303E" w:rsidP="00A410C2"/>
        </w:tc>
        <w:tc>
          <w:tcPr>
            <w:tcW w:w="2880" w:type="dxa"/>
          </w:tcPr>
          <w:p w14:paraId="1B48BCCF" w14:textId="77777777" w:rsidR="00C3303E" w:rsidRDefault="00C3303E" w:rsidP="00A410C2">
            <w:r>
              <w:t xml:space="preserve">But the only thing you can't do is use your hands, </w:t>
            </w:r>
          </w:p>
        </w:tc>
      </w:tr>
      <w:tr w:rsidR="00C3303E" w14:paraId="5924B2B6" w14:textId="77777777" w:rsidTr="00A410C2">
        <w:tc>
          <w:tcPr>
            <w:tcW w:w="2880" w:type="dxa"/>
          </w:tcPr>
          <w:p w14:paraId="59F855C0" w14:textId="77777777" w:rsidR="00C3303E" w:rsidRDefault="00C3303E" w:rsidP="00A410C2">
            <w:r>
              <w:t>01:14:57:01</w:t>
            </w:r>
          </w:p>
        </w:tc>
        <w:tc>
          <w:tcPr>
            <w:tcW w:w="2880" w:type="dxa"/>
          </w:tcPr>
          <w:p w14:paraId="26FE9A71" w14:textId="77777777" w:rsidR="00C3303E" w:rsidRDefault="00C3303E" w:rsidP="00A410C2"/>
        </w:tc>
        <w:tc>
          <w:tcPr>
            <w:tcW w:w="2880" w:type="dxa"/>
          </w:tcPr>
          <w:p w14:paraId="1077A5EA" w14:textId="77777777" w:rsidR="00C3303E" w:rsidRDefault="00C3303E" w:rsidP="00A410C2">
            <w:r>
              <w:t xml:space="preserve">unless you're the goalie. </w:t>
            </w:r>
          </w:p>
        </w:tc>
      </w:tr>
      <w:tr w:rsidR="00C3303E" w14:paraId="44923C48" w14:textId="77777777" w:rsidTr="00A410C2">
        <w:tc>
          <w:tcPr>
            <w:tcW w:w="2880" w:type="dxa"/>
          </w:tcPr>
          <w:p w14:paraId="6FE8CC80" w14:textId="77777777" w:rsidR="00C3303E" w:rsidRDefault="00C3303E" w:rsidP="00A410C2">
            <w:r>
              <w:t>01:14:58:23</w:t>
            </w:r>
          </w:p>
        </w:tc>
        <w:tc>
          <w:tcPr>
            <w:tcW w:w="2880" w:type="dxa"/>
          </w:tcPr>
          <w:p w14:paraId="50FA4947" w14:textId="77777777" w:rsidR="00C3303E" w:rsidRDefault="00C3303E" w:rsidP="00A410C2"/>
        </w:tc>
        <w:tc>
          <w:tcPr>
            <w:tcW w:w="2880" w:type="dxa"/>
          </w:tcPr>
          <w:p w14:paraId="2CDA0F85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The goalie's the one who tries to stop the ball... </w:t>
            </w:r>
          </w:p>
        </w:tc>
      </w:tr>
      <w:tr w:rsidR="00C3303E" w14:paraId="0DF050E5" w14:textId="77777777" w:rsidTr="00A410C2">
        <w:tc>
          <w:tcPr>
            <w:tcW w:w="2880" w:type="dxa"/>
          </w:tcPr>
          <w:p w14:paraId="391F5D44" w14:textId="77777777" w:rsidR="00C3303E" w:rsidRDefault="00C3303E" w:rsidP="00A410C2">
            <w:r>
              <w:t>01:15:01:11</w:t>
            </w:r>
          </w:p>
        </w:tc>
        <w:tc>
          <w:tcPr>
            <w:tcW w:w="2880" w:type="dxa"/>
          </w:tcPr>
          <w:p w14:paraId="0349BBA5" w14:textId="77777777" w:rsidR="00C3303E" w:rsidRDefault="00C3303E" w:rsidP="00A410C2"/>
        </w:tc>
        <w:tc>
          <w:tcPr>
            <w:tcW w:w="2880" w:type="dxa"/>
          </w:tcPr>
          <w:p w14:paraId="3EB0566C" w14:textId="77777777" w:rsidR="00C3303E" w:rsidRDefault="00C3303E" w:rsidP="00A410C2">
            <w:r>
              <w:t xml:space="preserve">from going in the net, right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C3303E" w14:paraId="3AC95DCC" w14:textId="77777777" w:rsidTr="00A410C2">
        <w:tc>
          <w:tcPr>
            <w:tcW w:w="2880" w:type="dxa"/>
          </w:tcPr>
          <w:p w14:paraId="575C1BA2" w14:textId="77777777" w:rsidR="00C3303E" w:rsidRDefault="00C3303E" w:rsidP="00A410C2">
            <w:r>
              <w:lastRenderedPageBreak/>
              <w:t>01:15:03:27</w:t>
            </w:r>
          </w:p>
        </w:tc>
        <w:tc>
          <w:tcPr>
            <w:tcW w:w="2880" w:type="dxa"/>
          </w:tcPr>
          <w:p w14:paraId="039D09C5" w14:textId="77777777" w:rsidR="00C3303E" w:rsidRDefault="00C3303E" w:rsidP="00A410C2"/>
        </w:tc>
        <w:tc>
          <w:tcPr>
            <w:tcW w:w="2880" w:type="dxa"/>
          </w:tcPr>
          <w:p w14:paraId="3A8C7DF8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That's right, Olive. </w:t>
            </w:r>
          </w:p>
        </w:tc>
      </w:tr>
      <w:tr w:rsidR="00C3303E" w14:paraId="6C107648" w14:textId="77777777" w:rsidTr="00A410C2">
        <w:tc>
          <w:tcPr>
            <w:tcW w:w="2880" w:type="dxa"/>
          </w:tcPr>
          <w:p w14:paraId="5A20389E" w14:textId="77777777" w:rsidR="00C3303E" w:rsidRDefault="00C3303E" w:rsidP="00A410C2">
            <w:r>
              <w:t>01:15:05:10</w:t>
            </w:r>
          </w:p>
        </w:tc>
        <w:tc>
          <w:tcPr>
            <w:tcW w:w="2880" w:type="dxa"/>
          </w:tcPr>
          <w:p w14:paraId="2128F99D" w14:textId="77777777" w:rsidR="00C3303E" w:rsidRDefault="00C3303E" w:rsidP="00A410C2"/>
        </w:tc>
        <w:tc>
          <w:tcPr>
            <w:tcW w:w="2880" w:type="dxa"/>
          </w:tcPr>
          <w:p w14:paraId="3BFCCB4F" w14:textId="77777777" w:rsidR="00C3303E" w:rsidRDefault="00C3303E" w:rsidP="00A410C2">
            <w:r>
              <w:t xml:space="preserve">I see you found my rule book! </w:t>
            </w:r>
          </w:p>
        </w:tc>
      </w:tr>
      <w:tr w:rsidR="00C3303E" w14:paraId="716B9BB8" w14:textId="77777777" w:rsidTr="00A410C2">
        <w:tc>
          <w:tcPr>
            <w:tcW w:w="2880" w:type="dxa"/>
          </w:tcPr>
          <w:p w14:paraId="4E96872A" w14:textId="77777777" w:rsidR="00C3303E" w:rsidRDefault="00C3303E" w:rsidP="00A410C2">
            <w:r>
              <w:t>01:15:07:16</w:t>
            </w:r>
          </w:p>
        </w:tc>
        <w:tc>
          <w:tcPr>
            <w:tcW w:w="2880" w:type="dxa"/>
          </w:tcPr>
          <w:p w14:paraId="7FCC3C62" w14:textId="77777777" w:rsidR="00C3303E" w:rsidRDefault="00C3303E" w:rsidP="00A410C2"/>
        </w:tc>
        <w:tc>
          <w:tcPr>
            <w:tcW w:w="2880" w:type="dxa"/>
          </w:tcPr>
          <w:p w14:paraId="59356B8B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You </w:t>
            </w:r>
            <w:proofErr w:type="spellStart"/>
            <w:r>
              <w:t>betcha</w:t>
            </w:r>
            <w:proofErr w:type="spellEnd"/>
            <w:r>
              <w:t xml:space="preserve">! </w:t>
            </w:r>
          </w:p>
        </w:tc>
      </w:tr>
      <w:tr w:rsidR="00C3303E" w14:paraId="39EEA68A" w14:textId="77777777" w:rsidTr="00A410C2">
        <w:tc>
          <w:tcPr>
            <w:tcW w:w="2880" w:type="dxa"/>
          </w:tcPr>
          <w:p w14:paraId="4841D515" w14:textId="77777777" w:rsidR="00C3303E" w:rsidRDefault="00C3303E" w:rsidP="00A410C2">
            <w:r>
              <w:t>01:15:08:16</w:t>
            </w:r>
          </w:p>
        </w:tc>
        <w:tc>
          <w:tcPr>
            <w:tcW w:w="2880" w:type="dxa"/>
          </w:tcPr>
          <w:p w14:paraId="20986E8F" w14:textId="77777777" w:rsidR="00C3303E" w:rsidRDefault="00C3303E" w:rsidP="00A410C2"/>
        </w:tc>
        <w:tc>
          <w:tcPr>
            <w:tcW w:w="2880" w:type="dxa"/>
          </w:tcPr>
          <w:p w14:paraId="12D614F5" w14:textId="77777777" w:rsidR="00C3303E" w:rsidRDefault="00C3303E" w:rsidP="00A410C2">
            <w:r>
              <w:t xml:space="preserve">[giggle] </w:t>
            </w:r>
          </w:p>
        </w:tc>
      </w:tr>
      <w:tr w:rsidR="00C3303E" w14:paraId="4AAB1127" w14:textId="77777777" w:rsidTr="00A410C2">
        <w:tc>
          <w:tcPr>
            <w:tcW w:w="2880" w:type="dxa"/>
          </w:tcPr>
          <w:p w14:paraId="1377C411" w14:textId="77777777" w:rsidR="00C3303E" w:rsidRDefault="00C3303E" w:rsidP="00A410C2">
            <w:r>
              <w:t>01:15:09:20</w:t>
            </w:r>
          </w:p>
        </w:tc>
        <w:tc>
          <w:tcPr>
            <w:tcW w:w="2880" w:type="dxa"/>
          </w:tcPr>
          <w:p w14:paraId="74A98209" w14:textId="77777777" w:rsidR="00C3303E" w:rsidRDefault="00C3303E" w:rsidP="00A410C2"/>
        </w:tc>
        <w:tc>
          <w:tcPr>
            <w:tcW w:w="2880" w:type="dxa"/>
          </w:tcPr>
          <w:p w14:paraId="25EE8683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Goalies can use their hands, </w:t>
            </w:r>
          </w:p>
        </w:tc>
      </w:tr>
      <w:tr w:rsidR="00C3303E" w14:paraId="44EBCFF3" w14:textId="77777777" w:rsidTr="00A410C2">
        <w:tc>
          <w:tcPr>
            <w:tcW w:w="2880" w:type="dxa"/>
          </w:tcPr>
          <w:p w14:paraId="1FBDDC89" w14:textId="77777777" w:rsidR="00C3303E" w:rsidRDefault="00C3303E" w:rsidP="00A410C2">
            <w:r>
              <w:t>01:15:11:16</w:t>
            </w:r>
          </w:p>
        </w:tc>
        <w:tc>
          <w:tcPr>
            <w:tcW w:w="2880" w:type="dxa"/>
          </w:tcPr>
          <w:p w14:paraId="51C245AA" w14:textId="77777777" w:rsidR="00C3303E" w:rsidRDefault="00C3303E" w:rsidP="00A410C2"/>
        </w:tc>
        <w:tc>
          <w:tcPr>
            <w:tcW w:w="2880" w:type="dxa"/>
          </w:tcPr>
          <w:p w14:paraId="24F7790E" w14:textId="77777777" w:rsidR="00C3303E" w:rsidRDefault="00C3303E" w:rsidP="00A410C2">
            <w:r>
              <w:t xml:space="preserve">but everyone else </w:t>
            </w:r>
            <w:proofErr w:type="gramStart"/>
            <w:r>
              <w:t>has to</w:t>
            </w:r>
            <w:proofErr w:type="gramEnd"/>
            <w:r>
              <w:t xml:space="preserve"> use the other parts of their body. </w:t>
            </w:r>
          </w:p>
        </w:tc>
      </w:tr>
      <w:tr w:rsidR="00C3303E" w14:paraId="324FCC1C" w14:textId="77777777" w:rsidTr="00A410C2">
        <w:tc>
          <w:tcPr>
            <w:tcW w:w="2880" w:type="dxa"/>
          </w:tcPr>
          <w:p w14:paraId="25956A28" w14:textId="77777777" w:rsidR="00C3303E" w:rsidRDefault="00C3303E" w:rsidP="00A410C2">
            <w:r>
              <w:t>01:15:15:03</w:t>
            </w:r>
          </w:p>
        </w:tc>
        <w:tc>
          <w:tcPr>
            <w:tcW w:w="2880" w:type="dxa"/>
          </w:tcPr>
          <w:p w14:paraId="701641F1" w14:textId="77777777" w:rsidR="00C3303E" w:rsidRDefault="00C3303E" w:rsidP="00A410C2"/>
        </w:tc>
        <w:tc>
          <w:tcPr>
            <w:tcW w:w="2880" w:type="dxa"/>
          </w:tcPr>
          <w:p w14:paraId="20ECAA59" w14:textId="77777777" w:rsidR="00C3303E" w:rsidRDefault="00C3303E" w:rsidP="00A410C2">
            <w:r>
              <w:t xml:space="preserve">Like their feet! </w:t>
            </w:r>
          </w:p>
        </w:tc>
      </w:tr>
      <w:tr w:rsidR="00C3303E" w14:paraId="325D592C" w14:textId="77777777" w:rsidTr="00A410C2">
        <w:tc>
          <w:tcPr>
            <w:tcW w:w="2880" w:type="dxa"/>
          </w:tcPr>
          <w:p w14:paraId="3A56155B" w14:textId="77777777" w:rsidR="00C3303E" w:rsidRDefault="00C3303E" w:rsidP="00A410C2">
            <w:r>
              <w:t>01:15:17:27</w:t>
            </w:r>
          </w:p>
        </w:tc>
        <w:tc>
          <w:tcPr>
            <w:tcW w:w="2880" w:type="dxa"/>
          </w:tcPr>
          <w:p w14:paraId="137E0CF8" w14:textId="77777777" w:rsidR="00C3303E" w:rsidRDefault="00C3303E" w:rsidP="00A410C2"/>
        </w:tc>
        <w:tc>
          <w:tcPr>
            <w:tcW w:w="2880" w:type="dxa"/>
          </w:tcPr>
          <w:p w14:paraId="65C42F74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But the most important thing... </w:t>
            </w:r>
          </w:p>
        </w:tc>
      </w:tr>
      <w:tr w:rsidR="00C3303E" w14:paraId="339B30CD" w14:textId="77777777" w:rsidTr="00A410C2">
        <w:tc>
          <w:tcPr>
            <w:tcW w:w="2880" w:type="dxa"/>
          </w:tcPr>
          <w:p w14:paraId="4232B344" w14:textId="77777777" w:rsidR="00C3303E" w:rsidRDefault="00C3303E" w:rsidP="00A410C2">
            <w:r>
              <w:t>01:15:19:23</w:t>
            </w:r>
          </w:p>
        </w:tc>
        <w:tc>
          <w:tcPr>
            <w:tcW w:w="2880" w:type="dxa"/>
          </w:tcPr>
          <w:p w14:paraId="2E142014" w14:textId="77777777" w:rsidR="00C3303E" w:rsidRDefault="00C3303E" w:rsidP="00A410C2"/>
        </w:tc>
        <w:tc>
          <w:tcPr>
            <w:tcW w:w="2880" w:type="dxa"/>
          </w:tcPr>
          <w:p w14:paraId="551F7A14" w14:textId="77777777" w:rsidR="00C3303E" w:rsidRDefault="00C3303E" w:rsidP="00A410C2">
            <w:r>
              <w:t xml:space="preserve">is to just have fun and do your best. </w:t>
            </w:r>
          </w:p>
        </w:tc>
      </w:tr>
      <w:tr w:rsidR="00C3303E" w14:paraId="20FA4CC9" w14:textId="77777777" w:rsidTr="00A410C2">
        <w:tc>
          <w:tcPr>
            <w:tcW w:w="2880" w:type="dxa"/>
          </w:tcPr>
          <w:p w14:paraId="63ABF2A6" w14:textId="77777777" w:rsidR="00C3303E" w:rsidRDefault="00C3303E" w:rsidP="00A410C2">
            <w:r>
              <w:t>01:15:22:03</w:t>
            </w:r>
          </w:p>
        </w:tc>
        <w:tc>
          <w:tcPr>
            <w:tcW w:w="2880" w:type="dxa"/>
          </w:tcPr>
          <w:p w14:paraId="5688C3C3" w14:textId="77777777" w:rsidR="00C3303E" w:rsidRDefault="00C3303E" w:rsidP="00A410C2"/>
        </w:tc>
        <w:tc>
          <w:tcPr>
            <w:tcW w:w="2880" w:type="dxa"/>
          </w:tcPr>
          <w:p w14:paraId="57CAFA89" w14:textId="77777777" w:rsidR="00C3303E" w:rsidRDefault="00C3303E" w:rsidP="00A410C2">
            <w:r>
              <w:t xml:space="preserve">Remember, everyone is good at different things! </w:t>
            </w:r>
          </w:p>
        </w:tc>
      </w:tr>
      <w:tr w:rsidR="00C3303E" w14:paraId="4BF6E10A" w14:textId="77777777" w:rsidTr="00A410C2">
        <w:tc>
          <w:tcPr>
            <w:tcW w:w="2880" w:type="dxa"/>
          </w:tcPr>
          <w:p w14:paraId="3D608DE4" w14:textId="77777777" w:rsidR="00C3303E" w:rsidRDefault="00C3303E" w:rsidP="00A410C2">
            <w:r>
              <w:t>01:15:29:20</w:t>
            </w:r>
          </w:p>
        </w:tc>
        <w:tc>
          <w:tcPr>
            <w:tcW w:w="2880" w:type="dxa"/>
          </w:tcPr>
          <w:p w14:paraId="3C30399F" w14:textId="77777777" w:rsidR="00C3303E" w:rsidRDefault="00C3303E" w:rsidP="00A410C2"/>
        </w:tc>
        <w:tc>
          <w:tcPr>
            <w:tcW w:w="2880" w:type="dxa"/>
          </w:tcPr>
          <w:p w14:paraId="211F61C7" w14:textId="77777777" w:rsidR="00C3303E" w:rsidRDefault="00C3303E" w:rsidP="00A410C2">
            <w:r>
              <w:rPr>
                <w:b/>
              </w:rPr>
              <w:t xml:space="preserve">ALL: </w:t>
            </w:r>
            <w:r>
              <w:t xml:space="preserve">Whoa! [amazed] </w:t>
            </w:r>
          </w:p>
        </w:tc>
      </w:tr>
      <w:tr w:rsidR="00C3303E" w14:paraId="161A759B" w14:textId="77777777" w:rsidTr="00A410C2">
        <w:tc>
          <w:tcPr>
            <w:tcW w:w="2880" w:type="dxa"/>
          </w:tcPr>
          <w:p w14:paraId="59241CFD" w14:textId="77777777" w:rsidR="00C3303E" w:rsidRDefault="00C3303E" w:rsidP="00A410C2">
            <w:r>
              <w:t>01:15:32:00</w:t>
            </w:r>
          </w:p>
        </w:tc>
        <w:tc>
          <w:tcPr>
            <w:tcW w:w="2880" w:type="dxa"/>
          </w:tcPr>
          <w:p w14:paraId="59790660" w14:textId="77777777" w:rsidR="00C3303E" w:rsidRDefault="00C3303E" w:rsidP="00A410C2"/>
        </w:tc>
        <w:tc>
          <w:tcPr>
            <w:tcW w:w="2880" w:type="dxa"/>
          </w:tcPr>
          <w:p w14:paraId="12F6835E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That was... amazing! </w:t>
            </w:r>
          </w:p>
        </w:tc>
      </w:tr>
      <w:tr w:rsidR="00C3303E" w14:paraId="6CA920A4" w14:textId="77777777" w:rsidTr="00A410C2">
        <w:tc>
          <w:tcPr>
            <w:tcW w:w="2880" w:type="dxa"/>
          </w:tcPr>
          <w:p w14:paraId="101E8797" w14:textId="77777777" w:rsidR="00C3303E" w:rsidRDefault="00C3303E" w:rsidP="00A410C2">
            <w:r>
              <w:t>01:15:36:26</w:t>
            </w:r>
          </w:p>
        </w:tc>
        <w:tc>
          <w:tcPr>
            <w:tcW w:w="2880" w:type="dxa"/>
          </w:tcPr>
          <w:p w14:paraId="7E445BE2" w14:textId="77777777" w:rsidR="00C3303E" w:rsidRDefault="00C3303E" w:rsidP="00A410C2"/>
        </w:tc>
        <w:tc>
          <w:tcPr>
            <w:tcW w:w="2880" w:type="dxa"/>
          </w:tcPr>
          <w:p w14:paraId="1F85D781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Let's give it a try! </w:t>
            </w:r>
          </w:p>
        </w:tc>
      </w:tr>
      <w:tr w:rsidR="00C3303E" w14:paraId="0FF0B43A" w14:textId="77777777" w:rsidTr="00A410C2">
        <w:tc>
          <w:tcPr>
            <w:tcW w:w="2880" w:type="dxa"/>
          </w:tcPr>
          <w:p w14:paraId="2F5616EF" w14:textId="77777777" w:rsidR="00C3303E" w:rsidRDefault="00C3303E" w:rsidP="00A410C2">
            <w:r>
              <w:t>01:15:38:28</w:t>
            </w:r>
          </w:p>
        </w:tc>
        <w:tc>
          <w:tcPr>
            <w:tcW w:w="2880" w:type="dxa"/>
          </w:tcPr>
          <w:p w14:paraId="14BAA345" w14:textId="77777777" w:rsidR="00C3303E" w:rsidRDefault="00C3303E" w:rsidP="00A410C2"/>
        </w:tc>
        <w:tc>
          <w:tcPr>
            <w:tcW w:w="2880" w:type="dxa"/>
          </w:tcPr>
          <w:p w14:paraId="57165CBD" w14:textId="77777777" w:rsidR="00C3303E" w:rsidRDefault="00C3303E" w:rsidP="00A410C2">
            <w:r>
              <w:t xml:space="preserve">Here </w:t>
            </w:r>
            <w:proofErr w:type="spellStart"/>
            <w:r>
              <w:t>ya</w:t>
            </w:r>
            <w:proofErr w:type="spellEnd"/>
            <w:r>
              <w:t xml:space="preserve"> go Sally. </w:t>
            </w:r>
          </w:p>
        </w:tc>
      </w:tr>
      <w:tr w:rsidR="00C3303E" w14:paraId="559395BA" w14:textId="77777777" w:rsidTr="00A410C2">
        <w:tc>
          <w:tcPr>
            <w:tcW w:w="2880" w:type="dxa"/>
          </w:tcPr>
          <w:p w14:paraId="203EC853" w14:textId="77777777" w:rsidR="00C3303E" w:rsidRDefault="00C3303E" w:rsidP="00A410C2">
            <w:r>
              <w:t>01:15:40:19</w:t>
            </w:r>
          </w:p>
        </w:tc>
        <w:tc>
          <w:tcPr>
            <w:tcW w:w="2880" w:type="dxa"/>
          </w:tcPr>
          <w:p w14:paraId="2397D4EC" w14:textId="77777777" w:rsidR="00C3303E" w:rsidRDefault="00C3303E" w:rsidP="00A410C2"/>
        </w:tc>
        <w:tc>
          <w:tcPr>
            <w:tcW w:w="2880" w:type="dxa"/>
          </w:tcPr>
          <w:p w14:paraId="12D02120" w14:textId="77777777" w:rsidR="00C3303E" w:rsidRDefault="00C3303E" w:rsidP="00A410C2">
            <w:r>
              <w:rPr>
                <w:b/>
              </w:rPr>
              <w:t xml:space="preserve">KIDS: </w:t>
            </w:r>
            <w:r>
              <w:t xml:space="preserve">[laugh] Yay! </w:t>
            </w:r>
          </w:p>
        </w:tc>
      </w:tr>
      <w:tr w:rsidR="00C3303E" w14:paraId="2FCACE1F" w14:textId="77777777" w:rsidTr="00A410C2">
        <w:tc>
          <w:tcPr>
            <w:tcW w:w="2880" w:type="dxa"/>
          </w:tcPr>
          <w:p w14:paraId="19E3D6E4" w14:textId="77777777" w:rsidR="00C3303E" w:rsidRDefault="00C3303E" w:rsidP="00A410C2">
            <w:r>
              <w:t>01:15:42:22</w:t>
            </w:r>
          </w:p>
        </w:tc>
        <w:tc>
          <w:tcPr>
            <w:tcW w:w="2880" w:type="dxa"/>
          </w:tcPr>
          <w:p w14:paraId="54B7A5E5" w14:textId="77777777" w:rsidR="00C3303E" w:rsidRDefault="00C3303E" w:rsidP="00A410C2"/>
        </w:tc>
        <w:tc>
          <w:tcPr>
            <w:tcW w:w="2880" w:type="dxa"/>
          </w:tcPr>
          <w:p w14:paraId="24641D75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[laugh] </w:t>
            </w:r>
          </w:p>
        </w:tc>
      </w:tr>
      <w:tr w:rsidR="00C3303E" w14:paraId="07A6BFC9" w14:textId="77777777" w:rsidTr="00A410C2">
        <w:tc>
          <w:tcPr>
            <w:tcW w:w="2880" w:type="dxa"/>
          </w:tcPr>
          <w:p w14:paraId="12525315" w14:textId="77777777" w:rsidR="00C3303E" w:rsidRDefault="00C3303E" w:rsidP="00A410C2">
            <w:r>
              <w:t>01:15:45:26</w:t>
            </w:r>
          </w:p>
        </w:tc>
        <w:tc>
          <w:tcPr>
            <w:tcW w:w="2880" w:type="dxa"/>
          </w:tcPr>
          <w:p w14:paraId="7B49FB9B" w14:textId="77777777" w:rsidR="00C3303E" w:rsidRDefault="00C3303E" w:rsidP="00A410C2"/>
        </w:tc>
        <w:tc>
          <w:tcPr>
            <w:tcW w:w="2880" w:type="dxa"/>
          </w:tcPr>
          <w:p w14:paraId="6046653D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[grunt] </w:t>
            </w:r>
            <w:proofErr w:type="spellStart"/>
            <w:r>
              <w:t>Aahh</w:t>
            </w:r>
            <w:proofErr w:type="spellEnd"/>
            <w:r>
              <w:t xml:space="preserve">! </w:t>
            </w:r>
          </w:p>
        </w:tc>
      </w:tr>
      <w:tr w:rsidR="00C3303E" w14:paraId="1C8EA05B" w14:textId="77777777" w:rsidTr="00A410C2">
        <w:tc>
          <w:tcPr>
            <w:tcW w:w="2880" w:type="dxa"/>
          </w:tcPr>
          <w:p w14:paraId="231847B4" w14:textId="77777777" w:rsidR="00C3303E" w:rsidRDefault="00C3303E" w:rsidP="00A410C2">
            <w:r>
              <w:t>01:15:46:29</w:t>
            </w:r>
          </w:p>
        </w:tc>
        <w:tc>
          <w:tcPr>
            <w:tcW w:w="2880" w:type="dxa"/>
          </w:tcPr>
          <w:p w14:paraId="75839B61" w14:textId="77777777" w:rsidR="00C3303E" w:rsidRDefault="00C3303E" w:rsidP="00A410C2"/>
        </w:tc>
        <w:tc>
          <w:tcPr>
            <w:tcW w:w="2880" w:type="dxa"/>
          </w:tcPr>
          <w:p w14:paraId="54ECD405" w14:textId="77777777" w:rsidR="00C3303E" w:rsidRDefault="00C3303E" w:rsidP="00A410C2">
            <w:r>
              <w:t xml:space="preserve">Yes! [whistle sound] </w:t>
            </w:r>
          </w:p>
        </w:tc>
      </w:tr>
      <w:tr w:rsidR="00C3303E" w14:paraId="09CFE624" w14:textId="77777777" w:rsidTr="00A410C2">
        <w:tc>
          <w:tcPr>
            <w:tcW w:w="2880" w:type="dxa"/>
          </w:tcPr>
          <w:p w14:paraId="26AA830D" w14:textId="77777777" w:rsidR="00C3303E" w:rsidRDefault="00C3303E" w:rsidP="00A410C2">
            <w:r>
              <w:t>01:15:48:16</w:t>
            </w:r>
          </w:p>
        </w:tc>
        <w:tc>
          <w:tcPr>
            <w:tcW w:w="2880" w:type="dxa"/>
          </w:tcPr>
          <w:p w14:paraId="767241D7" w14:textId="77777777" w:rsidR="00C3303E" w:rsidRDefault="00C3303E" w:rsidP="00A410C2"/>
        </w:tc>
        <w:tc>
          <w:tcPr>
            <w:tcW w:w="2880" w:type="dxa"/>
          </w:tcPr>
          <w:p w14:paraId="1854D72F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Ah-ah! </w:t>
            </w:r>
          </w:p>
        </w:tc>
      </w:tr>
      <w:tr w:rsidR="00C3303E" w14:paraId="4D39FBCD" w14:textId="77777777" w:rsidTr="00A410C2">
        <w:tc>
          <w:tcPr>
            <w:tcW w:w="2880" w:type="dxa"/>
          </w:tcPr>
          <w:p w14:paraId="07BCB22C" w14:textId="77777777" w:rsidR="00C3303E" w:rsidRDefault="00C3303E" w:rsidP="00A410C2">
            <w:r>
              <w:t>01:15:50:03</w:t>
            </w:r>
          </w:p>
        </w:tc>
        <w:tc>
          <w:tcPr>
            <w:tcW w:w="2880" w:type="dxa"/>
          </w:tcPr>
          <w:p w14:paraId="6D0BF336" w14:textId="77777777" w:rsidR="00C3303E" w:rsidRDefault="00C3303E" w:rsidP="00A410C2"/>
        </w:tc>
        <w:tc>
          <w:tcPr>
            <w:tcW w:w="2880" w:type="dxa"/>
          </w:tcPr>
          <w:p w14:paraId="7E7E456A" w14:textId="77777777" w:rsidR="00C3303E" w:rsidRDefault="00C3303E" w:rsidP="00A410C2">
            <w:r>
              <w:t xml:space="preserve">Remember, Ari. No hands. </w:t>
            </w:r>
          </w:p>
        </w:tc>
      </w:tr>
      <w:tr w:rsidR="00C3303E" w14:paraId="2E99AC57" w14:textId="77777777" w:rsidTr="00A410C2">
        <w:tc>
          <w:tcPr>
            <w:tcW w:w="2880" w:type="dxa"/>
          </w:tcPr>
          <w:p w14:paraId="447DD0E6" w14:textId="77777777" w:rsidR="00C3303E" w:rsidRDefault="00C3303E" w:rsidP="00A410C2">
            <w:r>
              <w:lastRenderedPageBreak/>
              <w:t>01:15:53:11</w:t>
            </w:r>
          </w:p>
        </w:tc>
        <w:tc>
          <w:tcPr>
            <w:tcW w:w="2880" w:type="dxa"/>
          </w:tcPr>
          <w:p w14:paraId="29C3D0D6" w14:textId="77777777" w:rsidR="00C3303E" w:rsidRDefault="00C3303E" w:rsidP="00A410C2"/>
        </w:tc>
        <w:tc>
          <w:tcPr>
            <w:tcW w:w="2880" w:type="dxa"/>
          </w:tcPr>
          <w:p w14:paraId="582F6DF1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Ahh! Sorry! </w:t>
            </w:r>
          </w:p>
        </w:tc>
      </w:tr>
      <w:tr w:rsidR="00C3303E" w14:paraId="3BA538F9" w14:textId="77777777" w:rsidTr="00A410C2">
        <w:tc>
          <w:tcPr>
            <w:tcW w:w="2880" w:type="dxa"/>
          </w:tcPr>
          <w:p w14:paraId="58754DC3" w14:textId="77777777" w:rsidR="00C3303E" w:rsidRDefault="00C3303E" w:rsidP="00A410C2">
            <w:r>
              <w:t>01:15:56:18</w:t>
            </w:r>
          </w:p>
        </w:tc>
        <w:tc>
          <w:tcPr>
            <w:tcW w:w="2880" w:type="dxa"/>
          </w:tcPr>
          <w:p w14:paraId="2735089C" w14:textId="77777777" w:rsidR="00C3303E" w:rsidRDefault="00C3303E" w:rsidP="00A410C2"/>
        </w:tc>
        <w:tc>
          <w:tcPr>
            <w:tcW w:w="2880" w:type="dxa"/>
          </w:tcPr>
          <w:p w14:paraId="38980930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Heads up Elinor! </w:t>
            </w:r>
          </w:p>
        </w:tc>
      </w:tr>
      <w:tr w:rsidR="00C3303E" w14:paraId="1C91C5E8" w14:textId="77777777" w:rsidTr="00A410C2">
        <w:tc>
          <w:tcPr>
            <w:tcW w:w="2880" w:type="dxa"/>
          </w:tcPr>
          <w:p w14:paraId="4C878DAF" w14:textId="77777777" w:rsidR="00C3303E" w:rsidRDefault="00C3303E" w:rsidP="00A410C2">
            <w:r>
              <w:t>01:16:00:16</w:t>
            </w:r>
          </w:p>
        </w:tc>
        <w:tc>
          <w:tcPr>
            <w:tcW w:w="2880" w:type="dxa"/>
          </w:tcPr>
          <w:p w14:paraId="07535BA1" w14:textId="77777777" w:rsidR="00C3303E" w:rsidRDefault="00C3303E" w:rsidP="00A410C2"/>
        </w:tc>
        <w:tc>
          <w:tcPr>
            <w:tcW w:w="2880" w:type="dxa"/>
          </w:tcPr>
          <w:p w14:paraId="23EED5EE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Here </w:t>
            </w:r>
            <w:proofErr w:type="spellStart"/>
            <w:r>
              <w:t>ya</w:t>
            </w:r>
            <w:proofErr w:type="spellEnd"/>
            <w:r>
              <w:t xml:space="preserve"> go Olive! </w:t>
            </w:r>
          </w:p>
        </w:tc>
      </w:tr>
      <w:tr w:rsidR="00C3303E" w14:paraId="5591FDF3" w14:textId="77777777" w:rsidTr="00A410C2">
        <w:tc>
          <w:tcPr>
            <w:tcW w:w="2880" w:type="dxa"/>
          </w:tcPr>
          <w:p w14:paraId="1F6222D6" w14:textId="77777777" w:rsidR="00C3303E" w:rsidRDefault="00C3303E" w:rsidP="00A410C2">
            <w:r>
              <w:t>01:16:02:17</w:t>
            </w:r>
          </w:p>
        </w:tc>
        <w:tc>
          <w:tcPr>
            <w:tcW w:w="2880" w:type="dxa"/>
          </w:tcPr>
          <w:p w14:paraId="12DF1F25" w14:textId="77777777" w:rsidR="00C3303E" w:rsidRDefault="00C3303E" w:rsidP="00A410C2"/>
        </w:tc>
        <w:tc>
          <w:tcPr>
            <w:tcW w:w="2880" w:type="dxa"/>
          </w:tcPr>
          <w:p w14:paraId="14BA9926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>Right back '</w:t>
            </w:r>
            <w:proofErr w:type="spellStart"/>
            <w:r>
              <w:t>atcha</w:t>
            </w:r>
            <w:proofErr w:type="spellEnd"/>
            <w:r>
              <w:t xml:space="preserve">, Elinor. </w:t>
            </w:r>
          </w:p>
        </w:tc>
      </w:tr>
      <w:tr w:rsidR="00C3303E" w14:paraId="29FDD490" w14:textId="77777777" w:rsidTr="00A410C2">
        <w:tc>
          <w:tcPr>
            <w:tcW w:w="2880" w:type="dxa"/>
          </w:tcPr>
          <w:p w14:paraId="5CC8477D" w14:textId="77777777" w:rsidR="00C3303E" w:rsidRDefault="00C3303E" w:rsidP="00A410C2">
            <w:r>
              <w:t>01:16:05:13</w:t>
            </w:r>
          </w:p>
        </w:tc>
        <w:tc>
          <w:tcPr>
            <w:tcW w:w="2880" w:type="dxa"/>
          </w:tcPr>
          <w:p w14:paraId="0A6B7C0D" w14:textId="77777777" w:rsidR="00C3303E" w:rsidRDefault="00C3303E" w:rsidP="00A410C2"/>
        </w:tc>
        <w:tc>
          <w:tcPr>
            <w:tcW w:w="2880" w:type="dxa"/>
          </w:tcPr>
          <w:p w14:paraId="5882B8F1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Over to you, Ari! </w:t>
            </w:r>
          </w:p>
        </w:tc>
      </w:tr>
      <w:tr w:rsidR="00C3303E" w14:paraId="4ED5E7CC" w14:textId="77777777" w:rsidTr="00A410C2">
        <w:tc>
          <w:tcPr>
            <w:tcW w:w="2880" w:type="dxa"/>
          </w:tcPr>
          <w:p w14:paraId="09D05815" w14:textId="77777777" w:rsidR="00C3303E" w:rsidRDefault="00C3303E" w:rsidP="00A410C2">
            <w:r>
              <w:t>01:16:07:14</w:t>
            </w:r>
          </w:p>
        </w:tc>
        <w:tc>
          <w:tcPr>
            <w:tcW w:w="2880" w:type="dxa"/>
          </w:tcPr>
          <w:p w14:paraId="18CFC0D9" w14:textId="77777777" w:rsidR="00C3303E" w:rsidRDefault="00C3303E" w:rsidP="00A410C2"/>
        </w:tc>
        <w:tc>
          <w:tcPr>
            <w:tcW w:w="2880" w:type="dxa"/>
          </w:tcPr>
          <w:p w14:paraId="7526068B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Ok, watch this move! </w:t>
            </w:r>
          </w:p>
        </w:tc>
      </w:tr>
      <w:tr w:rsidR="00C3303E" w14:paraId="447A421B" w14:textId="77777777" w:rsidTr="00A410C2">
        <w:tc>
          <w:tcPr>
            <w:tcW w:w="2880" w:type="dxa"/>
          </w:tcPr>
          <w:p w14:paraId="7F2A6D20" w14:textId="77777777" w:rsidR="00C3303E" w:rsidRDefault="00C3303E" w:rsidP="00A410C2">
            <w:r>
              <w:t>01:16:10:05</w:t>
            </w:r>
          </w:p>
        </w:tc>
        <w:tc>
          <w:tcPr>
            <w:tcW w:w="2880" w:type="dxa"/>
          </w:tcPr>
          <w:p w14:paraId="19A953AC" w14:textId="77777777" w:rsidR="00C3303E" w:rsidRDefault="00C3303E" w:rsidP="00A410C2"/>
        </w:tc>
        <w:tc>
          <w:tcPr>
            <w:tcW w:w="2880" w:type="dxa"/>
          </w:tcPr>
          <w:p w14:paraId="0FFBA875" w14:textId="77777777" w:rsidR="00C3303E" w:rsidRDefault="00C3303E" w:rsidP="00A410C2">
            <w:r>
              <w:rPr>
                <w:b/>
              </w:rPr>
              <w:t xml:space="preserve">ARI: </w:t>
            </w:r>
            <w:proofErr w:type="spellStart"/>
            <w:r>
              <w:t>Whaaa</w:t>
            </w:r>
            <w:proofErr w:type="spellEnd"/>
            <w:r>
              <w:t xml:space="preserve">! </w:t>
            </w:r>
          </w:p>
        </w:tc>
      </w:tr>
      <w:tr w:rsidR="00C3303E" w14:paraId="18AAC365" w14:textId="77777777" w:rsidTr="00A410C2">
        <w:tc>
          <w:tcPr>
            <w:tcW w:w="2880" w:type="dxa"/>
          </w:tcPr>
          <w:p w14:paraId="2146E917" w14:textId="77777777" w:rsidR="00C3303E" w:rsidRDefault="00C3303E" w:rsidP="00A410C2">
            <w:r>
              <w:t>01:16:12:04</w:t>
            </w:r>
          </w:p>
        </w:tc>
        <w:tc>
          <w:tcPr>
            <w:tcW w:w="2880" w:type="dxa"/>
          </w:tcPr>
          <w:p w14:paraId="3868E4AF" w14:textId="77777777" w:rsidR="00C3303E" w:rsidRDefault="00C3303E" w:rsidP="00A410C2"/>
        </w:tc>
        <w:tc>
          <w:tcPr>
            <w:tcW w:w="2880" w:type="dxa"/>
          </w:tcPr>
          <w:p w14:paraId="2B19D26F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[giggles] </w:t>
            </w:r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C3303E" w14:paraId="4E7BDC55" w14:textId="77777777" w:rsidTr="00A410C2">
        <w:tc>
          <w:tcPr>
            <w:tcW w:w="2880" w:type="dxa"/>
          </w:tcPr>
          <w:p w14:paraId="6A16AFB6" w14:textId="77777777" w:rsidR="00C3303E" w:rsidRDefault="00C3303E" w:rsidP="00A410C2">
            <w:r>
              <w:t>01:16:13:11</w:t>
            </w:r>
          </w:p>
        </w:tc>
        <w:tc>
          <w:tcPr>
            <w:tcW w:w="2880" w:type="dxa"/>
          </w:tcPr>
          <w:p w14:paraId="035FD7E6" w14:textId="77777777" w:rsidR="00C3303E" w:rsidRDefault="00C3303E" w:rsidP="00A410C2"/>
        </w:tc>
        <w:tc>
          <w:tcPr>
            <w:tcW w:w="2880" w:type="dxa"/>
          </w:tcPr>
          <w:p w14:paraId="0EEA52EC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Maybe not that move. </w:t>
            </w:r>
          </w:p>
        </w:tc>
      </w:tr>
      <w:tr w:rsidR="00C3303E" w14:paraId="7DD1A9EE" w14:textId="77777777" w:rsidTr="00A410C2">
        <w:tc>
          <w:tcPr>
            <w:tcW w:w="2880" w:type="dxa"/>
          </w:tcPr>
          <w:p w14:paraId="00C0965A" w14:textId="77777777" w:rsidR="00C3303E" w:rsidRDefault="00C3303E" w:rsidP="00A410C2">
            <w:r>
              <w:t>01:16:15:11</w:t>
            </w:r>
          </w:p>
        </w:tc>
        <w:tc>
          <w:tcPr>
            <w:tcW w:w="2880" w:type="dxa"/>
          </w:tcPr>
          <w:p w14:paraId="7754BCA1" w14:textId="77777777" w:rsidR="00C3303E" w:rsidRDefault="00C3303E" w:rsidP="00A410C2"/>
        </w:tc>
        <w:tc>
          <w:tcPr>
            <w:tcW w:w="2880" w:type="dxa"/>
          </w:tcPr>
          <w:p w14:paraId="08D566B4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Thanks, Olive. </w:t>
            </w:r>
          </w:p>
        </w:tc>
      </w:tr>
      <w:tr w:rsidR="00C3303E" w14:paraId="7B81EE6A" w14:textId="77777777" w:rsidTr="00A410C2">
        <w:tc>
          <w:tcPr>
            <w:tcW w:w="2880" w:type="dxa"/>
          </w:tcPr>
          <w:p w14:paraId="6F71058C" w14:textId="77777777" w:rsidR="00C3303E" w:rsidRDefault="00C3303E" w:rsidP="00A410C2">
            <w:r>
              <w:t>01:16:16:14</w:t>
            </w:r>
          </w:p>
        </w:tc>
        <w:tc>
          <w:tcPr>
            <w:tcW w:w="2880" w:type="dxa"/>
          </w:tcPr>
          <w:p w14:paraId="5DEEAFE3" w14:textId="77777777" w:rsidR="00C3303E" w:rsidRDefault="00C3303E" w:rsidP="00A410C2"/>
        </w:tc>
        <w:tc>
          <w:tcPr>
            <w:tcW w:w="2880" w:type="dxa"/>
          </w:tcPr>
          <w:p w14:paraId="28DE8430" w14:textId="77777777" w:rsidR="00C3303E" w:rsidRDefault="00C3303E" w:rsidP="00A410C2">
            <w:r>
              <w:t xml:space="preserve">[whistle sound] </w:t>
            </w:r>
          </w:p>
        </w:tc>
      </w:tr>
      <w:tr w:rsidR="00C3303E" w14:paraId="12746888" w14:textId="77777777" w:rsidTr="00A410C2">
        <w:tc>
          <w:tcPr>
            <w:tcW w:w="2880" w:type="dxa"/>
          </w:tcPr>
          <w:p w14:paraId="42A45590" w14:textId="77777777" w:rsidR="00C3303E" w:rsidRDefault="00C3303E" w:rsidP="00A410C2">
            <w:r>
              <w:t>01:16:18:20</w:t>
            </w:r>
          </w:p>
        </w:tc>
        <w:tc>
          <w:tcPr>
            <w:tcW w:w="2880" w:type="dxa"/>
          </w:tcPr>
          <w:p w14:paraId="3573554C" w14:textId="77777777" w:rsidR="00C3303E" w:rsidRDefault="00C3303E" w:rsidP="00A410C2"/>
        </w:tc>
        <w:tc>
          <w:tcPr>
            <w:tcW w:w="2880" w:type="dxa"/>
          </w:tcPr>
          <w:p w14:paraId="249C123D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Okay... </w:t>
            </w:r>
          </w:p>
        </w:tc>
      </w:tr>
      <w:tr w:rsidR="00C3303E" w14:paraId="344DFFB8" w14:textId="77777777" w:rsidTr="00A410C2">
        <w:tc>
          <w:tcPr>
            <w:tcW w:w="2880" w:type="dxa"/>
          </w:tcPr>
          <w:p w14:paraId="16DAEFFE" w14:textId="77777777" w:rsidR="00C3303E" w:rsidRDefault="00C3303E" w:rsidP="00A410C2">
            <w:r>
              <w:t>01:16:20:02</w:t>
            </w:r>
          </w:p>
        </w:tc>
        <w:tc>
          <w:tcPr>
            <w:tcW w:w="2880" w:type="dxa"/>
          </w:tcPr>
          <w:p w14:paraId="68359ACB" w14:textId="77777777" w:rsidR="00C3303E" w:rsidRDefault="00C3303E" w:rsidP="00A410C2"/>
        </w:tc>
        <w:tc>
          <w:tcPr>
            <w:tcW w:w="2880" w:type="dxa"/>
          </w:tcPr>
          <w:p w14:paraId="6B804E70" w14:textId="77777777" w:rsidR="00C3303E" w:rsidRDefault="00C3303E" w:rsidP="00A410C2">
            <w:r>
              <w:t xml:space="preserve">are you ready to try some fun soccer moves? </w:t>
            </w:r>
          </w:p>
        </w:tc>
      </w:tr>
      <w:tr w:rsidR="00C3303E" w14:paraId="2EF7998A" w14:textId="77777777" w:rsidTr="00A410C2">
        <w:tc>
          <w:tcPr>
            <w:tcW w:w="2880" w:type="dxa"/>
          </w:tcPr>
          <w:p w14:paraId="2F581860" w14:textId="77777777" w:rsidR="00C3303E" w:rsidRDefault="00C3303E" w:rsidP="00A410C2">
            <w:r>
              <w:t>01:16:23:00</w:t>
            </w:r>
          </w:p>
        </w:tc>
        <w:tc>
          <w:tcPr>
            <w:tcW w:w="2880" w:type="dxa"/>
          </w:tcPr>
          <w:p w14:paraId="61ABEF3E" w14:textId="77777777" w:rsidR="00C3303E" w:rsidRDefault="00C3303E" w:rsidP="00A410C2"/>
        </w:tc>
        <w:tc>
          <w:tcPr>
            <w:tcW w:w="2880" w:type="dxa"/>
          </w:tcPr>
          <w:p w14:paraId="1C060B98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I'm ready! </w:t>
            </w:r>
          </w:p>
        </w:tc>
      </w:tr>
      <w:tr w:rsidR="00C3303E" w14:paraId="4AA09295" w14:textId="77777777" w:rsidTr="00A410C2">
        <w:tc>
          <w:tcPr>
            <w:tcW w:w="2880" w:type="dxa"/>
          </w:tcPr>
          <w:p w14:paraId="6BCA1C5F" w14:textId="77777777" w:rsidR="00C3303E" w:rsidRDefault="00C3303E" w:rsidP="00A410C2">
            <w:r>
              <w:t>01:16:24:02</w:t>
            </w:r>
          </w:p>
        </w:tc>
        <w:tc>
          <w:tcPr>
            <w:tcW w:w="2880" w:type="dxa"/>
          </w:tcPr>
          <w:p w14:paraId="43AF4F2A" w14:textId="77777777" w:rsidR="00C3303E" w:rsidRDefault="00C3303E" w:rsidP="00A410C2"/>
        </w:tc>
        <w:tc>
          <w:tcPr>
            <w:tcW w:w="2880" w:type="dxa"/>
          </w:tcPr>
          <w:p w14:paraId="377CD267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Me too! </w:t>
            </w:r>
          </w:p>
        </w:tc>
      </w:tr>
      <w:tr w:rsidR="00C3303E" w14:paraId="26448343" w14:textId="77777777" w:rsidTr="00A410C2">
        <w:tc>
          <w:tcPr>
            <w:tcW w:w="2880" w:type="dxa"/>
          </w:tcPr>
          <w:p w14:paraId="0D243DD1" w14:textId="77777777" w:rsidR="00C3303E" w:rsidRDefault="00C3303E" w:rsidP="00A410C2">
            <w:r>
              <w:t>01:16:25:04</w:t>
            </w:r>
          </w:p>
        </w:tc>
        <w:tc>
          <w:tcPr>
            <w:tcW w:w="2880" w:type="dxa"/>
          </w:tcPr>
          <w:p w14:paraId="42642CAE" w14:textId="77777777" w:rsidR="00C3303E" w:rsidRDefault="00C3303E" w:rsidP="00A410C2"/>
        </w:tc>
        <w:tc>
          <w:tcPr>
            <w:tcW w:w="2880" w:type="dxa"/>
          </w:tcPr>
          <w:p w14:paraId="1812DA11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And me! </w:t>
            </w:r>
          </w:p>
        </w:tc>
      </w:tr>
      <w:tr w:rsidR="00C3303E" w14:paraId="2DF4FCC1" w14:textId="77777777" w:rsidTr="00A410C2">
        <w:tc>
          <w:tcPr>
            <w:tcW w:w="2880" w:type="dxa"/>
          </w:tcPr>
          <w:p w14:paraId="2D6C66F3" w14:textId="77777777" w:rsidR="00C3303E" w:rsidRDefault="00C3303E" w:rsidP="00A410C2">
            <w:r>
              <w:t>01:16:26:09</w:t>
            </w:r>
          </w:p>
        </w:tc>
        <w:tc>
          <w:tcPr>
            <w:tcW w:w="2880" w:type="dxa"/>
          </w:tcPr>
          <w:p w14:paraId="32B6484D" w14:textId="77777777" w:rsidR="00C3303E" w:rsidRDefault="00C3303E" w:rsidP="00A410C2"/>
        </w:tc>
        <w:tc>
          <w:tcPr>
            <w:tcW w:w="2880" w:type="dxa"/>
          </w:tcPr>
          <w:p w14:paraId="16008B84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Splendid! </w:t>
            </w:r>
          </w:p>
        </w:tc>
      </w:tr>
      <w:tr w:rsidR="00C3303E" w14:paraId="585118F1" w14:textId="77777777" w:rsidTr="00A410C2">
        <w:tc>
          <w:tcPr>
            <w:tcW w:w="2880" w:type="dxa"/>
          </w:tcPr>
          <w:p w14:paraId="2A913BA0" w14:textId="77777777" w:rsidR="00C3303E" w:rsidRDefault="00C3303E" w:rsidP="00A410C2">
            <w:r>
              <w:t>01:16:27:16</w:t>
            </w:r>
          </w:p>
        </w:tc>
        <w:tc>
          <w:tcPr>
            <w:tcW w:w="2880" w:type="dxa"/>
          </w:tcPr>
          <w:p w14:paraId="20A935DB" w14:textId="77777777" w:rsidR="00C3303E" w:rsidRDefault="00C3303E" w:rsidP="00A410C2"/>
        </w:tc>
        <w:tc>
          <w:tcPr>
            <w:tcW w:w="2880" w:type="dxa"/>
          </w:tcPr>
          <w:p w14:paraId="1683C60A" w14:textId="77777777" w:rsidR="00C3303E" w:rsidRDefault="00C3303E" w:rsidP="00A410C2">
            <w:r>
              <w:t xml:space="preserve">Now, in soccer you </w:t>
            </w:r>
            <w:proofErr w:type="gramStart"/>
            <w:r>
              <w:t>have to</w:t>
            </w:r>
            <w:proofErr w:type="gramEnd"/>
            <w:r>
              <w:t xml:space="preserve"> move fast, </w:t>
            </w:r>
          </w:p>
        </w:tc>
      </w:tr>
      <w:tr w:rsidR="00C3303E" w14:paraId="5DE6E756" w14:textId="77777777" w:rsidTr="00A410C2">
        <w:tc>
          <w:tcPr>
            <w:tcW w:w="2880" w:type="dxa"/>
          </w:tcPr>
          <w:p w14:paraId="3A36AEF1" w14:textId="77777777" w:rsidR="00C3303E" w:rsidRDefault="00C3303E" w:rsidP="00A410C2">
            <w:r>
              <w:t>01:16:29:23</w:t>
            </w:r>
          </w:p>
        </w:tc>
        <w:tc>
          <w:tcPr>
            <w:tcW w:w="2880" w:type="dxa"/>
          </w:tcPr>
          <w:p w14:paraId="5EE221C6" w14:textId="77777777" w:rsidR="00C3303E" w:rsidRDefault="00C3303E" w:rsidP="00A410C2"/>
        </w:tc>
        <w:tc>
          <w:tcPr>
            <w:tcW w:w="2880" w:type="dxa"/>
          </w:tcPr>
          <w:p w14:paraId="24369B0C" w14:textId="77777777" w:rsidR="00C3303E" w:rsidRDefault="00C3303E" w:rsidP="00A410C2">
            <w:r>
              <w:t xml:space="preserve">so first, let's do some running. </w:t>
            </w:r>
          </w:p>
        </w:tc>
      </w:tr>
      <w:tr w:rsidR="00C3303E" w14:paraId="742E5F11" w14:textId="77777777" w:rsidTr="00A410C2">
        <w:tc>
          <w:tcPr>
            <w:tcW w:w="2880" w:type="dxa"/>
          </w:tcPr>
          <w:p w14:paraId="7E45AF1F" w14:textId="77777777" w:rsidR="00C3303E" w:rsidRDefault="00C3303E" w:rsidP="00A410C2">
            <w:r>
              <w:t>01:16:32:25</w:t>
            </w:r>
          </w:p>
        </w:tc>
        <w:tc>
          <w:tcPr>
            <w:tcW w:w="2880" w:type="dxa"/>
          </w:tcPr>
          <w:p w14:paraId="525C3325" w14:textId="77777777" w:rsidR="00C3303E" w:rsidRDefault="00C3303E" w:rsidP="00A410C2"/>
        </w:tc>
        <w:tc>
          <w:tcPr>
            <w:tcW w:w="2880" w:type="dxa"/>
          </w:tcPr>
          <w:p w14:paraId="3622E816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Ready?... </w:t>
            </w:r>
          </w:p>
        </w:tc>
      </w:tr>
      <w:tr w:rsidR="00C3303E" w14:paraId="1A0D5ACB" w14:textId="77777777" w:rsidTr="00A410C2">
        <w:tc>
          <w:tcPr>
            <w:tcW w:w="2880" w:type="dxa"/>
          </w:tcPr>
          <w:p w14:paraId="32020F87" w14:textId="77777777" w:rsidR="00C3303E" w:rsidRDefault="00C3303E" w:rsidP="00A410C2">
            <w:r>
              <w:t>01:16:33:25</w:t>
            </w:r>
          </w:p>
        </w:tc>
        <w:tc>
          <w:tcPr>
            <w:tcW w:w="2880" w:type="dxa"/>
          </w:tcPr>
          <w:p w14:paraId="141A8DBB" w14:textId="77777777" w:rsidR="00C3303E" w:rsidRDefault="00C3303E" w:rsidP="00A410C2"/>
        </w:tc>
        <w:tc>
          <w:tcPr>
            <w:tcW w:w="2880" w:type="dxa"/>
          </w:tcPr>
          <w:p w14:paraId="59BBF0AF" w14:textId="77777777" w:rsidR="00C3303E" w:rsidRDefault="00C3303E" w:rsidP="00A410C2">
            <w:r>
              <w:t xml:space="preserve">Go! </w:t>
            </w:r>
          </w:p>
        </w:tc>
      </w:tr>
      <w:tr w:rsidR="00C3303E" w14:paraId="618E795D" w14:textId="77777777" w:rsidTr="00A410C2">
        <w:tc>
          <w:tcPr>
            <w:tcW w:w="2880" w:type="dxa"/>
          </w:tcPr>
          <w:p w14:paraId="0D60E2D5" w14:textId="77777777" w:rsidR="00C3303E" w:rsidRDefault="00C3303E" w:rsidP="00A410C2">
            <w:r>
              <w:lastRenderedPageBreak/>
              <w:t>01:16:39:20</w:t>
            </w:r>
          </w:p>
        </w:tc>
        <w:tc>
          <w:tcPr>
            <w:tcW w:w="2880" w:type="dxa"/>
          </w:tcPr>
          <w:p w14:paraId="58EACAFC" w14:textId="77777777" w:rsidR="00C3303E" w:rsidRDefault="00C3303E" w:rsidP="00A410C2"/>
        </w:tc>
        <w:tc>
          <w:tcPr>
            <w:tcW w:w="2880" w:type="dxa"/>
          </w:tcPr>
          <w:p w14:paraId="427A1BEF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[panting] </w:t>
            </w:r>
          </w:p>
        </w:tc>
      </w:tr>
      <w:tr w:rsidR="00C3303E" w14:paraId="7855AB02" w14:textId="77777777" w:rsidTr="00A410C2">
        <w:tc>
          <w:tcPr>
            <w:tcW w:w="2880" w:type="dxa"/>
          </w:tcPr>
          <w:p w14:paraId="31D2C0F3" w14:textId="77777777" w:rsidR="00C3303E" w:rsidRDefault="00C3303E" w:rsidP="00A410C2">
            <w:r>
              <w:t>01:16:45:00</w:t>
            </w:r>
          </w:p>
        </w:tc>
        <w:tc>
          <w:tcPr>
            <w:tcW w:w="2880" w:type="dxa"/>
          </w:tcPr>
          <w:p w14:paraId="7D40EDC9" w14:textId="77777777" w:rsidR="00C3303E" w:rsidRDefault="00C3303E" w:rsidP="00A410C2"/>
        </w:tc>
        <w:tc>
          <w:tcPr>
            <w:tcW w:w="2880" w:type="dxa"/>
          </w:tcPr>
          <w:p w14:paraId="3EEF2B1C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[panting] Silas... You're really.... </w:t>
            </w:r>
          </w:p>
        </w:tc>
      </w:tr>
      <w:tr w:rsidR="00C3303E" w14:paraId="5C7FF4ED" w14:textId="77777777" w:rsidTr="00A410C2">
        <w:tc>
          <w:tcPr>
            <w:tcW w:w="2880" w:type="dxa"/>
          </w:tcPr>
          <w:p w14:paraId="098E63C4" w14:textId="77777777" w:rsidR="00C3303E" w:rsidRDefault="00C3303E" w:rsidP="00A410C2">
            <w:r>
              <w:t>01:16:47:11</w:t>
            </w:r>
          </w:p>
        </w:tc>
        <w:tc>
          <w:tcPr>
            <w:tcW w:w="2880" w:type="dxa"/>
          </w:tcPr>
          <w:p w14:paraId="36960961" w14:textId="77777777" w:rsidR="00C3303E" w:rsidRDefault="00C3303E" w:rsidP="00A410C2"/>
        </w:tc>
        <w:tc>
          <w:tcPr>
            <w:tcW w:w="2880" w:type="dxa"/>
          </w:tcPr>
          <w:p w14:paraId="34F2AA67" w14:textId="77777777" w:rsidR="00C3303E" w:rsidRDefault="00C3303E" w:rsidP="00A410C2">
            <w:r>
              <w:t xml:space="preserve">[panting] fast! </w:t>
            </w:r>
          </w:p>
        </w:tc>
      </w:tr>
      <w:tr w:rsidR="00C3303E" w14:paraId="2B6A599F" w14:textId="77777777" w:rsidTr="00A410C2">
        <w:tc>
          <w:tcPr>
            <w:tcW w:w="2880" w:type="dxa"/>
          </w:tcPr>
          <w:p w14:paraId="33E41B30" w14:textId="77777777" w:rsidR="00C3303E" w:rsidRDefault="00C3303E" w:rsidP="00A410C2">
            <w:r>
              <w:t>01:16:48:22</w:t>
            </w:r>
          </w:p>
        </w:tc>
        <w:tc>
          <w:tcPr>
            <w:tcW w:w="2880" w:type="dxa"/>
          </w:tcPr>
          <w:p w14:paraId="50F3DA47" w14:textId="77777777" w:rsidR="00C3303E" w:rsidRDefault="00C3303E" w:rsidP="00A410C2"/>
        </w:tc>
        <w:tc>
          <w:tcPr>
            <w:tcW w:w="2880" w:type="dxa"/>
          </w:tcPr>
          <w:p w14:paraId="3609A777" w14:textId="77777777" w:rsidR="00C3303E" w:rsidRDefault="00C3303E" w:rsidP="00A410C2">
            <w:r>
              <w:rPr>
                <w:b/>
              </w:rPr>
              <w:t xml:space="preserve">SILAS: </w:t>
            </w:r>
            <w:r>
              <w:t xml:space="preserve">[giggle] </w:t>
            </w:r>
          </w:p>
        </w:tc>
      </w:tr>
      <w:tr w:rsidR="00C3303E" w14:paraId="2FE0092E" w14:textId="77777777" w:rsidTr="00A410C2">
        <w:tc>
          <w:tcPr>
            <w:tcW w:w="2880" w:type="dxa"/>
          </w:tcPr>
          <w:p w14:paraId="29FCF6FD" w14:textId="77777777" w:rsidR="00C3303E" w:rsidRDefault="00C3303E" w:rsidP="00A410C2">
            <w:r>
              <w:t>01:16:50:16</w:t>
            </w:r>
          </w:p>
        </w:tc>
        <w:tc>
          <w:tcPr>
            <w:tcW w:w="2880" w:type="dxa"/>
          </w:tcPr>
          <w:p w14:paraId="689C13A9" w14:textId="77777777" w:rsidR="00C3303E" w:rsidRDefault="00C3303E" w:rsidP="00A410C2"/>
        </w:tc>
        <w:tc>
          <w:tcPr>
            <w:tcW w:w="2880" w:type="dxa"/>
          </w:tcPr>
          <w:p w14:paraId="46AB2CBC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That was a lot of running! </w:t>
            </w:r>
          </w:p>
        </w:tc>
      </w:tr>
      <w:tr w:rsidR="00C3303E" w14:paraId="640136F5" w14:textId="77777777" w:rsidTr="00A410C2">
        <w:tc>
          <w:tcPr>
            <w:tcW w:w="2880" w:type="dxa"/>
          </w:tcPr>
          <w:p w14:paraId="40CCFE3B" w14:textId="77777777" w:rsidR="00C3303E" w:rsidRDefault="00C3303E" w:rsidP="00A410C2">
            <w:r>
              <w:t>01:16:53:07</w:t>
            </w:r>
          </w:p>
        </w:tc>
        <w:tc>
          <w:tcPr>
            <w:tcW w:w="2880" w:type="dxa"/>
          </w:tcPr>
          <w:p w14:paraId="1341F314" w14:textId="77777777" w:rsidR="00C3303E" w:rsidRDefault="00C3303E" w:rsidP="00A410C2"/>
        </w:tc>
        <w:tc>
          <w:tcPr>
            <w:tcW w:w="2880" w:type="dxa"/>
          </w:tcPr>
          <w:p w14:paraId="64171158" w14:textId="77777777" w:rsidR="00C3303E" w:rsidRDefault="00C3303E" w:rsidP="00A410C2">
            <w:r>
              <w:t xml:space="preserve">I usually fly when I'm in a hurry. </w:t>
            </w:r>
          </w:p>
        </w:tc>
      </w:tr>
      <w:tr w:rsidR="00C3303E" w14:paraId="7901056E" w14:textId="77777777" w:rsidTr="00A410C2">
        <w:tc>
          <w:tcPr>
            <w:tcW w:w="2880" w:type="dxa"/>
          </w:tcPr>
          <w:p w14:paraId="1DA6349D" w14:textId="77777777" w:rsidR="00C3303E" w:rsidRDefault="00C3303E" w:rsidP="00A410C2">
            <w:r>
              <w:t>01:16:56:16</w:t>
            </w:r>
          </w:p>
        </w:tc>
        <w:tc>
          <w:tcPr>
            <w:tcW w:w="2880" w:type="dxa"/>
          </w:tcPr>
          <w:p w14:paraId="0C3D3C30" w14:textId="77777777" w:rsidR="00C3303E" w:rsidRDefault="00C3303E" w:rsidP="00A410C2"/>
        </w:tc>
        <w:tc>
          <w:tcPr>
            <w:tcW w:w="2880" w:type="dxa"/>
          </w:tcPr>
          <w:p w14:paraId="243AA60D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Hmm, there's nothing in the rules... </w:t>
            </w:r>
          </w:p>
        </w:tc>
      </w:tr>
      <w:tr w:rsidR="00C3303E" w14:paraId="28BDB035" w14:textId="77777777" w:rsidTr="00A410C2">
        <w:tc>
          <w:tcPr>
            <w:tcW w:w="2880" w:type="dxa"/>
          </w:tcPr>
          <w:p w14:paraId="373A3C75" w14:textId="77777777" w:rsidR="00C3303E" w:rsidRDefault="00C3303E" w:rsidP="00A410C2">
            <w:r>
              <w:t>01:16:58:14</w:t>
            </w:r>
          </w:p>
        </w:tc>
        <w:tc>
          <w:tcPr>
            <w:tcW w:w="2880" w:type="dxa"/>
          </w:tcPr>
          <w:p w14:paraId="502E12C5" w14:textId="77777777" w:rsidR="00C3303E" w:rsidRDefault="00C3303E" w:rsidP="00A410C2"/>
        </w:tc>
        <w:tc>
          <w:tcPr>
            <w:tcW w:w="2880" w:type="dxa"/>
          </w:tcPr>
          <w:p w14:paraId="1292E73C" w14:textId="77777777" w:rsidR="00C3303E" w:rsidRDefault="00C3303E" w:rsidP="00A410C2">
            <w:r>
              <w:t xml:space="preserve">that say you can't fly, Ari. </w:t>
            </w:r>
          </w:p>
        </w:tc>
      </w:tr>
      <w:tr w:rsidR="00C3303E" w14:paraId="4BE0D600" w14:textId="77777777" w:rsidTr="00A410C2">
        <w:tc>
          <w:tcPr>
            <w:tcW w:w="2880" w:type="dxa"/>
          </w:tcPr>
          <w:p w14:paraId="101D98B4" w14:textId="77777777" w:rsidR="00C3303E" w:rsidRDefault="00C3303E" w:rsidP="00A410C2">
            <w:r>
              <w:t>01:17:00:21</w:t>
            </w:r>
          </w:p>
        </w:tc>
        <w:tc>
          <w:tcPr>
            <w:tcW w:w="2880" w:type="dxa"/>
          </w:tcPr>
          <w:p w14:paraId="5A77F4C0" w14:textId="77777777" w:rsidR="00C3303E" w:rsidRDefault="00C3303E" w:rsidP="00A410C2"/>
        </w:tc>
        <w:tc>
          <w:tcPr>
            <w:tcW w:w="2880" w:type="dxa"/>
          </w:tcPr>
          <w:p w14:paraId="46F54EE7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Really? </w:t>
            </w:r>
          </w:p>
        </w:tc>
      </w:tr>
      <w:tr w:rsidR="00C3303E" w14:paraId="2801E2AC" w14:textId="77777777" w:rsidTr="00A410C2">
        <w:tc>
          <w:tcPr>
            <w:tcW w:w="2880" w:type="dxa"/>
          </w:tcPr>
          <w:p w14:paraId="0B7E8EED" w14:textId="77777777" w:rsidR="00C3303E" w:rsidRDefault="00C3303E" w:rsidP="00A410C2">
            <w:r>
              <w:t>01:17:01:22</w:t>
            </w:r>
          </w:p>
        </w:tc>
        <w:tc>
          <w:tcPr>
            <w:tcW w:w="2880" w:type="dxa"/>
          </w:tcPr>
          <w:p w14:paraId="113DD42C" w14:textId="77777777" w:rsidR="00C3303E" w:rsidRDefault="00C3303E" w:rsidP="00A410C2"/>
        </w:tc>
        <w:tc>
          <w:tcPr>
            <w:tcW w:w="2880" w:type="dxa"/>
          </w:tcPr>
          <w:p w14:paraId="0C0146B2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>[</w:t>
            </w:r>
            <w:proofErr w:type="spellStart"/>
            <w:r>
              <w:t>whislte</w:t>
            </w:r>
            <w:proofErr w:type="spellEnd"/>
            <w:r>
              <w:t xml:space="preserve">] Okay! </w:t>
            </w:r>
          </w:p>
        </w:tc>
      </w:tr>
      <w:tr w:rsidR="00C3303E" w14:paraId="52677910" w14:textId="77777777" w:rsidTr="00A410C2">
        <w:tc>
          <w:tcPr>
            <w:tcW w:w="2880" w:type="dxa"/>
          </w:tcPr>
          <w:p w14:paraId="6B61A950" w14:textId="77777777" w:rsidR="00C3303E" w:rsidRDefault="00C3303E" w:rsidP="00A410C2">
            <w:r>
              <w:t>01:17:03:11</w:t>
            </w:r>
          </w:p>
        </w:tc>
        <w:tc>
          <w:tcPr>
            <w:tcW w:w="2880" w:type="dxa"/>
          </w:tcPr>
          <w:p w14:paraId="1CA9512F" w14:textId="77777777" w:rsidR="00C3303E" w:rsidRDefault="00C3303E" w:rsidP="00A410C2"/>
        </w:tc>
        <w:tc>
          <w:tcPr>
            <w:tcW w:w="2880" w:type="dxa"/>
          </w:tcPr>
          <w:p w14:paraId="269C39F0" w14:textId="77777777" w:rsidR="00C3303E" w:rsidRDefault="00C3303E" w:rsidP="00A410C2">
            <w:r>
              <w:t xml:space="preserve">Come on back! </w:t>
            </w:r>
          </w:p>
        </w:tc>
      </w:tr>
      <w:tr w:rsidR="00C3303E" w14:paraId="7F740093" w14:textId="77777777" w:rsidTr="00A410C2">
        <w:tc>
          <w:tcPr>
            <w:tcW w:w="2880" w:type="dxa"/>
          </w:tcPr>
          <w:p w14:paraId="669C4296" w14:textId="77777777" w:rsidR="00C3303E" w:rsidRDefault="00C3303E" w:rsidP="00A410C2">
            <w:r>
              <w:t>01:17:08:05</w:t>
            </w:r>
          </w:p>
        </w:tc>
        <w:tc>
          <w:tcPr>
            <w:tcW w:w="2880" w:type="dxa"/>
          </w:tcPr>
          <w:p w14:paraId="13B3644A" w14:textId="77777777" w:rsidR="00C3303E" w:rsidRDefault="00C3303E" w:rsidP="00A410C2"/>
        </w:tc>
        <w:tc>
          <w:tcPr>
            <w:tcW w:w="2880" w:type="dxa"/>
          </w:tcPr>
          <w:p w14:paraId="641B1EA8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[panting] </w:t>
            </w:r>
          </w:p>
        </w:tc>
      </w:tr>
      <w:tr w:rsidR="00C3303E" w14:paraId="032A15B2" w14:textId="77777777" w:rsidTr="00A410C2">
        <w:tc>
          <w:tcPr>
            <w:tcW w:w="2880" w:type="dxa"/>
          </w:tcPr>
          <w:p w14:paraId="2046F6AC" w14:textId="77777777" w:rsidR="00C3303E" w:rsidRDefault="00C3303E" w:rsidP="00A410C2">
            <w:r>
              <w:t>01:17:14:12</w:t>
            </w:r>
          </w:p>
        </w:tc>
        <w:tc>
          <w:tcPr>
            <w:tcW w:w="2880" w:type="dxa"/>
          </w:tcPr>
          <w:p w14:paraId="5D71F448" w14:textId="77777777" w:rsidR="00C3303E" w:rsidRDefault="00C3303E" w:rsidP="00A410C2"/>
        </w:tc>
        <w:tc>
          <w:tcPr>
            <w:tcW w:w="2880" w:type="dxa"/>
          </w:tcPr>
          <w:p w14:paraId="77B55927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Now let's try moving the ball in different ways. </w:t>
            </w:r>
          </w:p>
        </w:tc>
      </w:tr>
      <w:tr w:rsidR="00C3303E" w14:paraId="499948AA" w14:textId="77777777" w:rsidTr="00A410C2">
        <w:tc>
          <w:tcPr>
            <w:tcW w:w="2880" w:type="dxa"/>
          </w:tcPr>
          <w:p w14:paraId="008F1021" w14:textId="77777777" w:rsidR="00C3303E" w:rsidRDefault="00C3303E" w:rsidP="00A410C2">
            <w:r>
              <w:t>01:17:20:02</w:t>
            </w:r>
          </w:p>
        </w:tc>
        <w:tc>
          <w:tcPr>
            <w:tcW w:w="2880" w:type="dxa"/>
          </w:tcPr>
          <w:p w14:paraId="0B6A79E4" w14:textId="77777777" w:rsidR="00C3303E" w:rsidRDefault="00C3303E" w:rsidP="00A410C2"/>
        </w:tc>
        <w:tc>
          <w:tcPr>
            <w:tcW w:w="2880" w:type="dxa"/>
          </w:tcPr>
          <w:p w14:paraId="0ED2D746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This is called "dribbling". </w:t>
            </w:r>
          </w:p>
        </w:tc>
      </w:tr>
      <w:tr w:rsidR="00C3303E" w14:paraId="51EAD6DE" w14:textId="77777777" w:rsidTr="00A410C2">
        <w:tc>
          <w:tcPr>
            <w:tcW w:w="2880" w:type="dxa"/>
          </w:tcPr>
          <w:p w14:paraId="1885828D" w14:textId="77777777" w:rsidR="00C3303E" w:rsidRDefault="00C3303E" w:rsidP="00A410C2">
            <w:r>
              <w:t>01:17:23:05</w:t>
            </w:r>
          </w:p>
        </w:tc>
        <w:tc>
          <w:tcPr>
            <w:tcW w:w="2880" w:type="dxa"/>
          </w:tcPr>
          <w:p w14:paraId="54EE0A47" w14:textId="77777777" w:rsidR="00C3303E" w:rsidRDefault="00C3303E" w:rsidP="00A410C2"/>
        </w:tc>
        <w:tc>
          <w:tcPr>
            <w:tcW w:w="2880" w:type="dxa"/>
          </w:tcPr>
          <w:p w14:paraId="4B0D2254" w14:textId="77777777" w:rsidR="00C3303E" w:rsidRDefault="00C3303E" w:rsidP="00A410C2">
            <w:r>
              <w:t xml:space="preserve">And "passing"! </w:t>
            </w:r>
          </w:p>
        </w:tc>
      </w:tr>
      <w:tr w:rsidR="00C3303E" w14:paraId="4C3A9E9D" w14:textId="77777777" w:rsidTr="00A410C2">
        <w:tc>
          <w:tcPr>
            <w:tcW w:w="2880" w:type="dxa"/>
          </w:tcPr>
          <w:p w14:paraId="3941E122" w14:textId="77777777" w:rsidR="00C3303E" w:rsidRDefault="00C3303E" w:rsidP="00A410C2">
            <w:r>
              <w:t>01:17:28:26</w:t>
            </w:r>
          </w:p>
        </w:tc>
        <w:tc>
          <w:tcPr>
            <w:tcW w:w="2880" w:type="dxa"/>
          </w:tcPr>
          <w:p w14:paraId="2F66B111" w14:textId="77777777" w:rsidR="00C3303E" w:rsidRDefault="00C3303E" w:rsidP="00A410C2"/>
        </w:tc>
        <w:tc>
          <w:tcPr>
            <w:tcW w:w="2880" w:type="dxa"/>
          </w:tcPr>
          <w:p w14:paraId="11A3993E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[panting] </w:t>
            </w:r>
          </w:p>
        </w:tc>
      </w:tr>
      <w:tr w:rsidR="00C3303E" w14:paraId="50ADB7E4" w14:textId="77777777" w:rsidTr="00A410C2">
        <w:tc>
          <w:tcPr>
            <w:tcW w:w="2880" w:type="dxa"/>
          </w:tcPr>
          <w:p w14:paraId="7FE3C49F" w14:textId="77777777" w:rsidR="00C3303E" w:rsidRDefault="00C3303E" w:rsidP="00A410C2">
            <w:r>
              <w:t>01:17:29:28</w:t>
            </w:r>
          </w:p>
        </w:tc>
        <w:tc>
          <w:tcPr>
            <w:tcW w:w="2880" w:type="dxa"/>
          </w:tcPr>
          <w:p w14:paraId="5FFB14ED" w14:textId="77777777" w:rsidR="00C3303E" w:rsidRDefault="00C3303E" w:rsidP="00A410C2"/>
        </w:tc>
        <w:tc>
          <w:tcPr>
            <w:tcW w:w="2880" w:type="dxa"/>
          </w:tcPr>
          <w:p w14:paraId="3E5EAA08" w14:textId="77777777" w:rsidR="00C3303E" w:rsidRDefault="00C3303E" w:rsidP="00A410C2">
            <w:r>
              <w:t xml:space="preserve">[grunt] Oh... sorry. </w:t>
            </w:r>
          </w:p>
        </w:tc>
      </w:tr>
      <w:tr w:rsidR="00C3303E" w14:paraId="26285A17" w14:textId="77777777" w:rsidTr="00A410C2">
        <w:tc>
          <w:tcPr>
            <w:tcW w:w="2880" w:type="dxa"/>
          </w:tcPr>
          <w:p w14:paraId="33748E81" w14:textId="77777777" w:rsidR="00C3303E" w:rsidRDefault="00C3303E" w:rsidP="00A410C2">
            <w:r>
              <w:t>01:17:32:27</w:t>
            </w:r>
          </w:p>
        </w:tc>
        <w:tc>
          <w:tcPr>
            <w:tcW w:w="2880" w:type="dxa"/>
          </w:tcPr>
          <w:p w14:paraId="198BBB30" w14:textId="77777777" w:rsidR="00C3303E" w:rsidRDefault="00C3303E" w:rsidP="00A410C2"/>
        </w:tc>
        <w:tc>
          <w:tcPr>
            <w:tcW w:w="2880" w:type="dxa"/>
          </w:tcPr>
          <w:p w14:paraId="2098EF7D" w14:textId="77777777" w:rsidR="00C3303E" w:rsidRDefault="00C3303E" w:rsidP="00A410C2">
            <w:r>
              <w:rPr>
                <w:b/>
              </w:rPr>
              <w:t xml:space="preserve">MARY: </w:t>
            </w:r>
            <w:r>
              <w:t xml:space="preserve">[giggle] </w:t>
            </w:r>
          </w:p>
        </w:tc>
      </w:tr>
      <w:tr w:rsidR="00C3303E" w14:paraId="4C842A35" w14:textId="77777777" w:rsidTr="00A410C2">
        <w:tc>
          <w:tcPr>
            <w:tcW w:w="2880" w:type="dxa"/>
          </w:tcPr>
          <w:p w14:paraId="7514E95D" w14:textId="77777777" w:rsidR="00C3303E" w:rsidRDefault="00C3303E" w:rsidP="00A410C2">
            <w:r>
              <w:t>01:17:36:23</w:t>
            </w:r>
          </w:p>
        </w:tc>
        <w:tc>
          <w:tcPr>
            <w:tcW w:w="2880" w:type="dxa"/>
          </w:tcPr>
          <w:p w14:paraId="3E4979CA" w14:textId="77777777" w:rsidR="00C3303E" w:rsidRDefault="00C3303E" w:rsidP="00A410C2"/>
        </w:tc>
        <w:tc>
          <w:tcPr>
            <w:tcW w:w="2880" w:type="dxa"/>
          </w:tcPr>
          <w:p w14:paraId="23D20E88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C3303E" w14:paraId="0714ACE3" w14:textId="77777777" w:rsidTr="00A410C2">
        <w:tc>
          <w:tcPr>
            <w:tcW w:w="2880" w:type="dxa"/>
          </w:tcPr>
          <w:p w14:paraId="055412F1" w14:textId="77777777" w:rsidR="00C3303E" w:rsidRDefault="00C3303E" w:rsidP="00A410C2">
            <w:r>
              <w:t>01:17:41:23</w:t>
            </w:r>
          </w:p>
        </w:tc>
        <w:tc>
          <w:tcPr>
            <w:tcW w:w="2880" w:type="dxa"/>
          </w:tcPr>
          <w:p w14:paraId="0567594F" w14:textId="77777777" w:rsidR="00C3303E" w:rsidRDefault="00C3303E" w:rsidP="00A410C2"/>
        </w:tc>
        <w:tc>
          <w:tcPr>
            <w:tcW w:w="2880" w:type="dxa"/>
          </w:tcPr>
          <w:p w14:paraId="68D9D030" w14:textId="77777777" w:rsidR="00C3303E" w:rsidRDefault="00C3303E" w:rsidP="00A410C2">
            <w:r>
              <w:rPr>
                <w:b/>
              </w:rPr>
              <w:t xml:space="preserve">LIZZIE: </w:t>
            </w:r>
            <w:r>
              <w:t xml:space="preserve">[giggle] </w:t>
            </w:r>
          </w:p>
        </w:tc>
      </w:tr>
      <w:tr w:rsidR="00C3303E" w14:paraId="7CA65860" w14:textId="77777777" w:rsidTr="00A410C2">
        <w:tc>
          <w:tcPr>
            <w:tcW w:w="2880" w:type="dxa"/>
          </w:tcPr>
          <w:p w14:paraId="3F394613" w14:textId="77777777" w:rsidR="00C3303E" w:rsidRDefault="00C3303E" w:rsidP="00A410C2">
            <w:r>
              <w:lastRenderedPageBreak/>
              <w:t>01:17:45:16</w:t>
            </w:r>
          </w:p>
        </w:tc>
        <w:tc>
          <w:tcPr>
            <w:tcW w:w="2880" w:type="dxa"/>
          </w:tcPr>
          <w:p w14:paraId="134216EE" w14:textId="77777777" w:rsidR="00C3303E" w:rsidRDefault="00C3303E" w:rsidP="00A410C2"/>
        </w:tc>
        <w:tc>
          <w:tcPr>
            <w:tcW w:w="2880" w:type="dxa"/>
          </w:tcPr>
          <w:p w14:paraId="69765BA2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Wow!  Mary and Lizzie are good at this! </w:t>
            </w:r>
          </w:p>
        </w:tc>
      </w:tr>
      <w:tr w:rsidR="00C3303E" w14:paraId="2540B076" w14:textId="77777777" w:rsidTr="00A410C2">
        <w:tc>
          <w:tcPr>
            <w:tcW w:w="2880" w:type="dxa"/>
          </w:tcPr>
          <w:p w14:paraId="149944C0" w14:textId="77777777" w:rsidR="00C3303E" w:rsidRDefault="00C3303E" w:rsidP="00A410C2">
            <w:r>
              <w:t>01:17:47:25</w:t>
            </w:r>
          </w:p>
        </w:tc>
        <w:tc>
          <w:tcPr>
            <w:tcW w:w="2880" w:type="dxa"/>
          </w:tcPr>
          <w:p w14:paraId="56EF468D" w14:textId="77777777" w:rsidR="00C3303E" w:rsidRDefault="00C3303E" w:rsidP="00A410C2"/>
        </w:tc>
        <w:tc>
          <w:tcPr>
            <w:tcW w:w="2880" w:type="dxa"/>
          </w:tcPr>
          <w:p w14:paraId="34727008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C3303E" w14:paraId="3675471E" w14:textId="77777777" w:rsidTr="00A410C2">
        <w:tc>
          <w:tcPr>
            <w:tcW w:w="2880" w:type="dxa"/>
          </w:tcPr>
          <w:p w14:paraId="3DBE5245" w14:textId="77777777" w:rsidR="00C3303E" w:rsidRDefault="00C3303E" w:rsidP="00A410C2">
            <w:r>
              <w:t>01:17:51:07</w:t>
            </w:r>
          </w:p>
        </w:tc>
        <w:tc>
          <w:tcPr>
            <w:tcW w:w="2880" w:type="dxa"/>
          </w:tcPr>
          <w:p w14:paraId="4966EBC5" w14:textId="77777777" w:rsidR="00C3303E" w:rsidRDefault="00C3303E" w:rsidP="00A410C2"/>
        </w:tc>
        <w:tc>
          <w:tcPr>
            <w:tcW w:w="2880" w:type="dxa"/>
          </w:tcPr>
          <w:p w14:paraId="0C6FC215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Whoa, ah! </w:t>
            </w:r>
          </w:p>
        </w:tc>
      </w:tr>
      <w:tr w:rsidR="00C3303E" w14:paraId="1EE669B4" w14:textId="77777777" w:rsidTr="00A410C2">
        <w:tc>
          <w:tcPr>
            <w:tcW w:w="2880" w:type="dxa"/>
          </w:tcPr>
          <w:p w14:paraId="4C36192C" w14:textId="77777777" w:rsidR="00C3303E" w:rsidRDefault="00C3303E" w:rsidP="00A410C2">
            <w:r>
              <w:t>01:17:52:12</w:t>
            </w:r>
          </w:p>
        </w:tc>
        <w:tc>
          <w:tcPr>
            <w:tcW w:w="2880" w:type="dxa"/>
          </w:tcPr>
          <w:p w14:paraId="52708D91" w14:textId="77777777" w:rsidR="00C3303E" w:rsidRDefault="00C3303E" w:rsidP="00A410C2"/>
        </w:tc>
        <w:tc>
          <w:tcPr>
            <w:tcW w:w="2880" w:type="dxa"/>
          </w:tcPr>
          <w:p w14:paraId="42F3D2AF" w14:textId="77777777" w:rsidR="00C3303E" w:rsidRDefault="00C3303E" w:rsidP="00A410C2">
            <w:r>
              <w:t xml:space="preserve">[whistle sound] </w:t>
            </w:r>
          </w:p>
        </w:tc>
      </w:tr>
      <w:tr w:rsidR="00C3303E" w14:paraId="1B4630C1" w14:textId="77777777" w:rsidTr="00A410C2">
        <w:tc>
          <w:tcPr>
            <w:tcW w:w="2880" w:type="dxa"/>
          </w:tcPr>
          <w:p w14:paraId="0871E7F9" w14:textId="77777777" w:rsidR="00C3303E" w:rsidRDefault="00C3303E" w:rsidP="00A410C2">
            <w:r>
              <w:t>01:17:53:12</w:t>
            </w:r>
          </w:p>
        </w:tc>
        <w:tc>
          <w:tcPr>
            <w:tcW w:w="2880" w:type="dxa"/>
          </w:tcPr>
          <w:p w14:paraId="14DCFD2C" w14:textId="77777777" w:rsidR="00C3303E" w:rsidRDefault="00C3303E" w:rsidP="00A410C2"/>
        </w:tc>
        <w:tc>
          <w:tcPr>
            <w:tcW w:w="2880" w:type="dxa"/>
          </w:tcPr>
          <w:p w14:paraId="7CE93FEC" w14:textId="77777777" w:rsidR="00C3303E" w:rsidRDefault="00C3303E" w:rsidP="00A410C2">
            <w:r>
              <w:rPr>
                <w:b/>
              </w:rPr>
              <w:t xml:space="preserve">MZ. MOLE: </w:t>
            </w:r>
            <w:proofErr w:type="spellStart"/>
            <w:r>
              <w:t>Ariii</w:t>
            </w:r>
            <w:proofErr w:type="spellEnd"/>
            <w:r>
              <w:t xml:space="preserve">! </w:t>
            </w:r>
          </w:p>
        </w:tc>
      </w:tr>
      <w:tr w:rsidR="00C3303E" w14:paraId="2A6C3AE1" w14:textId="77777777" w:rsidTr="00A410C2">
        <w:tc>
          <w:tcPr>
            <w:tcW w:w="2880" w:type="dxa"/>
          </w:tcPr>
          <w:p w14:paraId="6EC924DE" w14:textId="77777777" w:rsidR="00C3303E" w:rsidRDefault="00C3303E" w:rsidP="00A410C2">
            <w:r>
              <w:t>01:17:54:13</w:t>
            </w:r>
          </w:p>
        </w:tc>
        <w:tc>
          <w:tcPr>
            <w:tcW w:w="2880" w:type="dxa"/>
          </w:tcPr>
          <w:p w14:paraId="359840CD" w14:textId="77777777" w:rsidR="00C3303E" w:rsidRDefault="00C3303E" w:rsidP="00A410C2"/>
        </w:tc>
        <w:tc>
          <w:tcPr>
            <w:tcW w:w="2880" w:type="dxa"/>
          </w:tcPr>
          <w:p w14:paraId="2CFABE88" w14:textId="77777777" w:rsidR="00C3303E" w:rsidRDefault="00C3303E" w:rsidP="00A410C2">
            <w:r>
              <w:t xml:space="preserve">Remember, no hands! </w:t>
            </w:r>
          </w:p>
        </w:tc>
      </w:tr>
      <w:tr w:rsidR="00C3303E" w14:paraId="4CEE69C4" w14:textId="77777777" w:rsidTr="00A410C2">
        <w:tc>
          <w:tcPr>
            <w:tcW w:w="2880" w:type="dxa"/>
          </w:tcPr>
          <w:p w14:paraId="151B8A8E" w14:textId="77777777" w:rsidR="00C3303E" w:rsidRDefault="00C3303E" w:rsidP="00A410C2">
            <w:r>
              <w:t>01:17:57:08</w:t>
            </w:r>
          </w:p>
        </w:tc>
        <w:tc>
          <w:tcPr>
            <w:tcW w:w="2880" w:type="dxa"/>
          </w:tcPr>
          <w:p w14:paraId="5C9F21A2" w14:textId="77777777" w:rsidR="00C3303E" w:rsidRDefault="00C3303E" w:rsidP="00A410C2"/>
        </w:tc>
        <w:tc>
          <w:tcPr>
            <w:tcW w:w="2880" w:type="dxa"/>
          </w:tcPr>
          <w:p w14:paraId="5FDA1898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Sorry. </w:t>
            </w:r>
          </w:p>
        </w:tc>
      </w:tr>
      <w:tr w:rsidR="00C3303E" w14:paraId="2C3BA83C" w14:textId="77777777" w:rsidTr="00A410C2">
        <w:tc>
          <w:tcPr>
            <w:tcW w:w="2880" w:type="dxa"/>
          </w:tcPr>
          <w:p w14:paraId="715C6947" w14:textId="77777777" w:rsidR="00C3303E" w:rsidRDefault="00C3303E" w:rsidP="00A410C2">
            <w:r>
              <w:t>01:18:01:21</w:t>
            </w:r>
          </w:p>
        </w:tc>
        <w:tc>
          <w:tcPr>
            <w:tcW w:w="2880" w:type="dxa"/>
          </w:tcPr>
          <w:p w14:paraId="013FCA46" w14:textId="77777777" w:rsidR="00C3303E" w:rsidRDefault="00C3303E" w:rsidP="00A410C2"/>
        </w:tc>
        <w:tc>
          <w:tcPr>
            <w:tcW w:w="2880" w:type="dxa"/>
          </w:tcPr>
          <w:p w14:paraId="073F8E1D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Now let's see how far you can kick the ball! </w:t>
            </w:r>
          </w:p>
        </w:tc>
      </w:tr>
      <w:tr w:rsidR="00C3303E" w14:paraId="257AB2F0" w14:textId="77777777" w:rsidTr="00A410C2">
        <w:tc>
          <w:tcPr>
            <w:tcW w:w="2880" w:type="dxa"/>
          </w:tcPr>
          <w:p w14:paraId="07B1BF88" w14:textId="77777777" w:rsidR="00C3303E" w:rsidRDefault="00C3303E" w:rsidP="00A410C2">
            <w:r>
              <w:t>01:18:08:19</w:t>
            </w:r>
          </w:p>
        </w:tc>
        <w:tc>
          <w:tcPr>
            <w:tcW w:w="2880" w:type="dxa"/>
          </w:tcPr>
          <w:p w14:paraId="490D894D" w14:textId="77777777" w:rsidR="00C3303E" w:rsidRDefault="00C3303E" w:rsidP="00A410C2"/>
        </w:tc>
        <w:tc>
          <w:tcPr>
            <w:tcW w:w="2880" w:type="dxa"/>
          </w:tcPr>
          <w:p w14:paraId="27593CB5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[effort] Whoa! </w:t>
            </w:r>
          </w:p>
        </w:tc>
      </w:tr>
      <w:tr w:rsidR="00C3303E" w14:paraId="6B9E4CE9" w14:textId="77777777" w:rsidTr="00A410C2">
        <w:tc>
          <w:tcPr>
            <w:tcW w:w="2880" w:type="dxa"/>
          </w:tcPr>
          <w:p w14:paraId="6F2F6A17" w14:textId="77777777" w:rsidR="00C3303E" w:rsidRDefault="00C3303E" w:rsidP="00A410C2">
            <w:r>
              <w:t>01:18:10:16</w:t>
            </w:r>
          </w:p>
        </w:tc>
        <w:tc>
          <w:tcPr>
            <w:tcW w:w="2880" w:type="dxa"/>
          </w:tcPr>
          <w:p w14:paraId="0905EA72" w14:textId="77777777" w:rsidR="00C3303E" w:rsidRDefault="00C3303E" w:rsidP="00A410C2"/>
        </w:tc>
        <w:tc>
          <w:tcPr>
            <w:tcW w:w="2880" w:type="dxa"/>
          </w:tcPr>
          <w:p w14:paraId="42FFD515" w14:textId="77777777" w:rsidR="00C3303E" w:rsidRDefault="00C3303E" w:rsidP="00A410C2">
            <w:r>
              <w:t xml:space="preserve">[sigh] </w:t>
            </w:r>
          </w:p>
        </w:tc>
      </w:tr>
      <w:tr w:rsidR="00C3303E" w14:paraId="6CBC2F3F" w14:textId="77777777" w:rsidTr="00A410C2">
        <w:tc>
          <w:tcPr>
            <w:tcW w:w="2880" w:type="dxa"/>
          </w:tcPr>
          <w:p w14:paraId="32F96F05" w14:textId="77777777" w:rsidR="00C3303E" w:rsidRDefault="00C3303E" w:rsidP="00A410C2">
            <w:r>
              <w:t>01:18:18:15</w:t>
            </w:r>
          </w:p>
        </w:tc>
        <w:tc>
          <w:tcPr>
            <w:tcW w:w="2880" w:type="dxa"/>
          </w:tcPr>
          <w:p w14:paraId="2624EDB5" w14:textId="77777777" w:rsidR="00C3303E" w:rsidRDefault="00C3303E" w:rsidP="00A410C2"/>
        </w:tc>
        <w:tc>
          <w:tcPr>
            <w:tcW w:w="2880" w:type="dxa"/>
          </w:tcPr>
          <w:p w14:paraId="71BFF8E4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C3303E" w14:paraId="65B3E0E8" w14:textId="77777777" w:rsidTr="00A410C2">
        <w:tc>
          <w:tcPr>
            <w:tcW w:w="2880" w:type="dxa"/>
          </w:tcPr>
          <w:p w14:paraId="0A6D7DCC" w14:textId="77777777" w:rsidR="00C3303E" w:rsidRDefault="00C3303E" w:rsidP="00A410C2">
            <w:r>
              <w:t>01:18:20:25</w:t>
            </w:r>
          </w:p>
        </w:tc>
        <w:tc>
          <w:tcPr>
            <w:tcW w:w="2880" w:type="dxa"/>
          </w:tcPr>
          <w:p w14:paraId="257FC2F8" w14:textId="77777777" w:rsidR="00C3303E" w:rsidRDefault="00C3303E" w:rsidP="00A410C2"/>
        </w:tc>
        <w:tc>
          <w:tcPr>
            <w:tcW w:w="2880" w:type="dxa"/>
          </w:tcPr>
          <w:p w14:paraId="31675EFD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Great kick, Sally! </w:t>
            </w:r>
          </w:p>
        </w:tc>
      </w:tr>
      <w:tr w:rsidR="00C3303E" w14:paraId="151F1EE9" w14:textId="77777777" w:rsidTr="00A410C2">
        <w:tc>
          <w:tcPr>
            <w:tcW w:w="2880" w:type="dxa"/>
          </w:tcPr>
          <w:p w14:paraId="40C80BAF" w14:textId="77777777" w:rsidR="00C3303E" w:rsidRDefault="00C3303E" w:rsidP="00A410C2">
            <w:r>
              <w:t>01:18:21:29</w:t>
            </w:r>
          </w:p>
        </w:tc>
        <w:tc>
          <w:tcPr>
            <w:tcW w:w="2880" w:type="dxa"/>
          </w:tcPr>
          <w:p w14:paraId="55750586" w14:textId="77777777" w:rsidR="00C3303E" w:rsidRDefault="00C3303E" w:rsidP="00A410C2"/>
        </w:tc>
        <w:tc>
          <w:tcPr>
            <w:tcW w:w="2880" w:type="dxa"/>
          </w:tcPr>
          <w:p w14:paraId="0561D46D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Your tail is </w:t>
            </w:r>
            <w:proofErr w:type="gramStart"/>
            <w:r>
              <w:t>really strong</w:t>
            </w:r>
            <w:proofErr w:type="gramEnd"/>
            <w:r>
              <w:t xml:space="preserve">! </w:t>
            </w:r>
          </w:p>
        </w:tc>
      </w:tr>
      <w:tr w:rsidR="00C3303E" w14:paraId="7A58DA2D" w14:textId="77777777" w:rsidTr="00A410C2">
        <w:tc>
          <w:tcPr>
            <w:tcW w:w="2880" w:type="dxa"/>
          </w:tcPr>
          <w:p w14:paraId="65F184CB" w14:textId="77777777" w:rsidR="00C3303E" w:rsidRDefault="00C3303E" w:rsidP="00A410C2">
            <w:r>
              <w:t>01:18:23:22</w:t>
            </w:r>
          </w:p>
        </w:tc>
        <w:tc>
          <w:tcPr>
            <w:tcW w:w="2880" w:type="dxa"/>
          </w:tcPr>
          <w:p w14:paraId="7D8049C4" w14:textId="77777777" w:rsidR="00C3303E" w:rsidRDefault="00C3303E" w:rsidP="00A410C2"/>
        </w:tc>
        <w:tc>
          <w:tcPr>
            <w:tcW w:w="2880" w:type="dxa"/>
          </w:tcPr>
          <w:p w14:paraId="3D9AE53B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That was amazing! </w:t>
            </w:r>
          </w:p>
        </w:tc>
      </w:tr>
      <w:tr w:rsidR="00C3303E" w14:paraId="52612BC6" w14:textId="77777777" w:rsidTr="00A410C2">
        <w:tc>
          <w:tcPr>
            <w:tcW w:w="2880" w:type="dxa"/>
          </w:tcPr>
          <w:p w14:paraId="3DB6F712" w14:textId="77777777" w:rsidR="00C3303E" w:rsidRDefault="00C3303E" w:rsidP="00A410C2">
            <w:r>
              <w:t>01:18:28:00</w:t>
            </w:r>
          </w:p>
        </w:tc>
        <w:tc>
          <w:tcPr>
            <w:tcW w:w="2880" w:type="dxa"/>
          </w:tcPr>
          <w:p w14:paraId="2F3137CB" w14:textId="77777777" w:rsidR="00C3303E" w:rsidRDefault="00C3303E" w:rsidP="00A410C2"/>
        </w:tc>
        <w:tc>
          <w:tcPr>
            <w:tcW w:w="2880" w:type="dxa"/>
          </w:tcPr>
          <w:p w14:paraId="0E3640D0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You can also juggle the ball with your feet. </w:t>
            </w:r>
          </w:p>
        </w:tc>
      </w:tr>
      <w:tr w:rsidR="00C3303E" w14:paraId="322D9077" w14:textId="77777777" w:rsidTr="00A410C2">
        <w:tc>
          <w:tcPr>
            <w:tcW w:w="2880" w:type="dxa"/>
          </w:tcPr>
          <w:p w14:paraId="74D93E51" w14:textId="77777777" w:rsidR="00C3303E" w:rsidRDefault="00C3303E" w:rsidP="00A410C2">
            <w:r>
              <w:t>01:18:30:19</w:t>
            </w:r>
          </w:p>
        </w:tc>
        <w:tc>
          <w:tcPr>
            <w:tcW w:w="2880" w:type="dxa"/>
          </w:tcPr>
          <w:p w14:paraId="4D389F23" w14:textId="77777777" w:rsidR="00C3303E" w:rsidRDefault="00C3303E" w:rsidP="00A410C2"/>
        </w:tc>
        <w:tc>
          <w:tcPr>
            <w:tcW w:w="2880" w:type="dxa"/>
          </w:tcPr>
          <w:p w14:paraId="103DE958" w14:textId="77777777" w:rsidR="00C3303E" w:rsidRDefault="00C3303E" w:rsidP="00A410C2">
            <w:r>
              <w:t xml:space="preserve">Give it a try! </w:t>
            </w:r>
          </w:p>
        </w:tc>
      </w:tr>
      <w:tr w:rsidR="00C3303E" w14:paraId="25E09654" w14:textId="77777777" w:rsidTr="00A410C2">
        <w:tc>
          <w:tcPr>
            <w:tcW w:w="2880" w:type="dxa"/>
          </w:tcPr>
          <w:p w14:paraId="190BE140" w14:textId="77777777" w:rsidR="00C3303E" w:rsidRDefault="00C3303E" w:rsidP="00A410C2">
            <w:r>
              <w:t>01:18:36:01</w:t>
            </w:r>
          </w:p>
        </w:tc>
        <w:tc>
          <w:tcPr>
            <w:tcW w:w="2880" w:type="dxa"/>
          </w:tcPr>
          <w:p w14:paraId="77CD1AAE" w14:textId="77777777" w:rsidR="00C3303E" w:rsidRDefault="00C3303E" w:rsidP="00A410C2"/>
        </w:tc>
        <w:tc>
          <w:tcPr>
            <w:tcW w:w="2880" w:type="dxa"/>
          </w:tcPr>
          <w:p w14:paraId="12857B87" w14:textId="77777777" w:rsidR="00C3303E" w:rsidRDefault="00C3303E" w:rsidP="00A410C2">
            <w:r>
              <w:rPr>
                <w:b/>
              </w:rPr>
              <w:t xml:space="preserve">ARI: </w:t>
            </w:r>
            <w:proofErr w:type="spellStart"/>
            <w:proofErr w:type="gramStart"/>
            <w:r>
              <w:t>Oooh</w:t>
            </w:r>
            <w:proofErr w:type="spellEnd"/>
            <w:r>
              <w:t>..</w:t>
            </w:r>
            <w:proofErr w:type="gramEnd"/>
            <w:r>
              <w:t xml:space="preserve"> </w:t>
            </w:r>
            <w:proofErr w:type="gramStart"/>
            <w:r>
              <w:t>Uh..</w:t>
            </w:r>
            <w:proofErr w:type="gramEnd"/>
            <w:r>
              <w:t xml:space="preserve"> Ah </w:t>
            </w:r>
            <w:proofErr w:type="spellStart"/>
            <w:proofErr w:type="gramStart"/>
            <w:r>
              <w:t>ah</w:t>
            </w:r>
            <w:proofErr w:type="spellEnd"/>
            <w:r>
              <w:t>..</w:t>
            </w:r>
            <w:proofErr w:type="gramEnd"/>
            <w:r>
              <w:t xml:space="preserve"> ooh oh... whoa! </w:t>
            </w:r>
          </w:p>
        </w:tc>
      </w:tr>
      <w:tr w:rsidR="00C3303E" w14:paraId="5AE4A7DB" w14:textId="77777777" w:rsidTr="00A410C2">
        <w:tc>
          <w:tcPr>
            <w:tcW w:w="2880" w:type="dxa"/>
          </w:tcPr>
          <w:p w14:paraId="33F3D568" w14:textId="77777777" w:rsidR="00C3303E" w:rsidRDefault="00C3303E" w:rsidP="00A410C2">
            <w:r>
              <w:t>01:18:38:17</w:t>
            </w:r>
          </w:p>
        </w:tc>
        <w:tc>
          <w:tcPr>
            <w:tcW w:w="2880" w:type="dxa"/>
          </w:tcPr>
          <w:p w14:paraId="2C4EB5CC" w14:textId="77777777" w:rsidR="00C3303E" w:rsidRDefault="00C3303E" w:rsidP="00A410C2"/>
        </w:tc>
        <w:tc>
          <w:tcPr>
            <w:tcW w:w="2880" w:type="dxa"/>
          </w:tcPr>
          <w:p w14:paraId="62A123BB" w14:textId="77777777" w:rsidR="00C3303E" w:rsidRDefault="00C3303E" w:rsidP="00A410C2">
            <w:r>
              <w:t xml:space="preserve">Aww, this is hard! </w:t>
            </w:r>
          </w:p>
        </w:tc>
      </w:tr>
      <w:tr w:rsidR="00C3303E" w14:paraId="009CE07B" w14:textId="77777777" w:rsidTr="00A410C2">
        <w:tc>
          <w:tcPr>
            <w:tcW w:w="2880" w:type="dxa"/>
          </w:tcPr>
          <w:p w14:paraId="11085E1E" w14:textId="77777777" w:rsidR="00C3303E" w:rsidRDefault="00C3303E" w:rsidP="00A410C2">
            <w:r>
              <w:t>01:18:40:23</w:t>
            </w:r>
          </w:p>
        </w:tc>
        <w:tc>
          <w:tcPr>
            <w:tcW w:w="2880" w:type="dxa"/>
          </w:tcPr>
          <w:p w14:paraId="090F6B69" w14:textId="77777777" w:rsidR="00C3303E" w:rsidRDefault="00C3303E" w:rsidP="00A410C2"/>
        </w:tc>
        <w:tc>
          <w:tcPr>
            <w:tcW w:w="2880" w:type="dxa"/>
          </w:tcPr>
          <w:p w14:paraId="2F984BB3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I agree. </w:t>
            </w:r>
          </w:p>
        </w:tc>
      </w:tr>
      <w:tr w:rsidR="00C3303E" w14:paraId="10508D02" w14:textId="77777777" w:rsidTr="00A410C2">
        <w:tc>
          <w:tcPr>
            <w:tcW w:w="2880" w:type="dxa"/>
          </w:tcPr>
          <w:p w14:paraId="1D5C88FB" w14:textId="77777777" w:rsidR="00C3303E" w:rsidRDefault="00C3303E" w:rsidP="00A410C2">
            <w:r>
              <w:t>01:18:42:21</w:t>
            </w:r>
          </w:p>
        </w:tc>
        <w:tc>
          <w:tcPr>
            <w:tcW w:w="2880" w:type="dxa"/>
          </w:tcPr>
          <w:p w14:paraId="01FFC4CE" w14:textId="77777777" w:rsidR="00C3303E" w:rsidRDefault="00C3303E" w:rsidP="00A410C2"/>
        </w:tc>
        <w:tc>
          <w:tcPr>
            <w:tcW w:w="2880" w:type="dxa"/>
          </w:tcPr>
          <w:p w14:paraId="4C2DB39E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Whoa, are you allowed to do that? </w:t>
            </w:r>
          </w:p>
        </w:tc>
      </w:tr>
      <w:tr w:rsidR="00C3303E" w14:paraId="3EF5FDEE" w14:textId="77777777" w:rsidTr="00A410C2">
        <w:tc>
          <w:tcPr>
            <w:tcW w:w="2880" w:type="dxa"/>
          </w:tcPr>
          <w:p w14:paraId="7D3E34EE" w14:textId="77777777" w:rsidR="00C3303E" w:rsidRDefault="00C3303E" w:rsidP="00A410C2">
            <w:r>
              <w:lastRenderedPageBreak/>
              <w:t>01:18:45:10</w:t>
            </w:r>
          </w:p>
        </w:tc>
        <w:tc>
          <w:tcPr>
            <w:tcW w:w="2880" w:type="dxa"/>
          </w:tcPr>
          <w:p w14:paraId="568178EF" w14:textId="77777777" w:rsidR="00C3303E" w:rsidRDefault="00C3303E" w:rsidP="00A410C2"/>
        </w:tc>
        <w:tc>
          <w:tcPr>
            <w:tcW w:w="2880" w:type="dxa"/>
          </w:tcPr>
          <w:p w14:paraId="40094702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You can use anything except your hands. </w:t>
            </w:r>
          </w:p>
        </w:tc>
      </w:tr>
      <w:tr w:rsidR="00C3303E" w14:paraId="53A06CC7" w14:textId="77777777" w:rsidTr="00A410C2">
        <w:tc>
          <w:tcPr>
            <w:tcW w:w="2880" w:type="dxa"/>
          </w:tcPr>
          <w:p w14:paraId="7E1B6401" w14:textId="77777777" w:rsidR="00C3303E" w:rsidRDefault="00C3303E" w:rsidP="00A410C2">
            <w:r>
              <w:t>01:18:48:01</w:t>
            </w:r>
          </w:p>
        </w:tc>
        <w:tc>
          <w:tcPr>
            <w:tcW w:w="2880" w:type="dxa"/>
          </w:tcPr>
          <w:p w14:paraId="7BD884AD" w14:textId="77777777" w:rsidR="00C3303E" w:rsidRDefault="00C3303E" w:rsidP="00A410C2"/>
        </w:tc>
        <w:tc>
          <w:tcPr>
            <w:tcW w:w="2880" w:type="dxa"/>
          </w:tcPr>
          <w:p w14:paraId="3C66ED0A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Oops. </w:t>
            </w:r>
          </w:p>
        </w:tc>
      </w:tr>
      <w:tr w:rsidR="00C3303E" w14:paraId="60408270" w14:textId="77777777" w:rsidTr="00A410C2">
        <w:tc>
          <w:tcPr>
            <w:tcW w:w="2880" w:type="dxa"/>
          </w:tcPr>
          <w:p w14:paraId="4C79E775" w14:textId="77777777" w:rsidR="00C3303E" w:rsidRDefault="00C3303E" w:rsidP="00A410C2">
            <w:r>
              <w:t>01:18:49:21</w:t>
            </w:r>
          </w:p>
        </w:tc>
        <w:tc>
          <w:tcPr>
            <w:tcW w:w="2880" w:type="dxa"/>
          </w:tcPr>
          <w:p w14:paraId="7BB1532F" w14:textId="77777777" w:rsidR="00C3303E" w:rsidRDefault="00C3303E" w:rsidP="00A410C2"/>
        </w:tc>
        <w:tc>
          <w:tcPr>
            <w:tcW w:w="2880" w:type="dxa"/>
          </w:tcPr>
          <w:p w14:paraId="5CD1308D" w14:textId="77777777" w:rsidR="00C3303E" w:rsidRDefault="00C3303E" w:rsidP="00A410C2">
            <w:r>
              <w:rPr>
                <w:b/>
              </w:rPr>
              <w:t xml:space="preserve">OLIVE: </w:t>
            </w:r>
            <w:proofErr w:type="spellStart"/>
            <w:r>
              <w:t>Soooo</w:t>
            </w:r>
            <w:proofErr w:type="spellEnd"/>
            <w:r>
              <w:t xml:space="preserve">, yes Ari. </w:t>
            </w:r>
          </w:p>
        </w:tc>
      </w:tr>
      <w:tr w:rsidR="00C3303E" w14:paraId="1E05A1E4" w14:textId="77777777" w:rsidTr="00A410C2">
        <w:tc>
          <w:tcPr>
            <w:tcW w:w="2880" w:type="dxa"/>
          </w:tcPr>
          <w:p w14:paraId="25D8EE23" w14:textId="77777777" w:rsidR="00C3303E" w:rsidRDefault="00C3303E" w:rsidP="00A410C2">
            <w:r>
              <w:t>01:18:54:01</w:t>
            </w:r>
          </w:p>
        </w:tc>
        <w:tc>
          <w:tcPr>
            <w:tcW w:w="2880" w:type="dxa"/>
          </w:tcPr>
          <w:p w14:paraId="0E347A54" w14:textId="77777777" w:rsidR="00C3303E" w:rsidRDefault="00C3303E" w:rsidP="00A410C2"/>
        </w:tc>
        <w:tc>
          <w:tcPr>
            <w:tcW w:w="2880" w:type="dxa"/>
          </w:tcPr>
          <w:p w14:paraId="0E45922E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Wow! Who knew Olive had a 'nose' for soccer! </w:t>
            </w:r>
          </w:p>
        </w:tc>
      </w:tr>
      <w:tr w:rsidR="00C3303E" w14:paraId="2AABAA69" w14:textId="77777777" w:rsidTr="00A410C2">
        <w:tc>
          <w:tcPr>
            <w:tcW w:w="2880" w:type="dxa"/>
          </w:tcPr>
          <w:p w14:paraId="59205DA0" w14:textId="77777777" w:rsidR="00C3303E" w:rsidRDefault="00C3303E" w:rsidP="00A410C2">
            <w:r>
              <w:t>01:18:58:01</w:t>
            </w:r>
          </w:p>
        </w:tc>
        <w:tc>
          <w:tcPr>
            <w:tcW w:w="2880" w:type="dxa"/>
          </w:tcPr>
          <w:p w14:paraId="49B4AD00" w14:textId="77777777" w:rsidR="00C3303E" w:rsidRDefault="00C3303E" w:rsidP="00A410C2"/>
        </w:tc>
        <w:tc>
          <w:tcPr>
            <w:tcW w:w="2880" w:type="dxa"/>
          </w:tcPr>
          <w:p w14:paraId="335DA5BA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[giggling] </w:t>
            </w:r>
          </w:p>
        </w:tc>
      </w:tr>
      <w:tr w:rsidR="00C3303E" w14:paraId="61AAAD6B" w14:textId="77777777" w:rsidTr="00A410C2">
        <w:tc>
          <w:tcPr>
            <w:tcW w:w="2880" w:type="dxa"/>
          </w:tcPr>
          <w:p w14:paraId="16B54FD2" w14:textId="77777777" w:rsidR="00C3303E" w:rsidRDefault="00C3303E" w:rsidP="00A410C2">
            <w:r>
              <w:t>01:19:00:21</w:t>
            </w:r>
          </w:p>
        </w:tc>
        <w:tc>
          <w:tcPr>
            <w:tcW w:w="2880" w:type="dxa"/>
          </w:tcPr>
          <w:p w14:paraId="44C3DE51" w14:textId="77777777" w:rsidR="00C3303E" w:rsidRDefault="00C3303E" w:rsidP="00A410C2"/>
        </w:tc>
        <w:tc>
          <w:tcPr>
            <w:tcW w:w="2880" w:type="dxa"/>
          </w:tcPr>
          <w:p w14:paraId="293497A7" w14:textId="77777777" w:rsidR="00C3303E" w:rsidRDefault="00C3303E" w:rsidP="00A410C2">
            <w:r>
              <w:t xml:space="preserve">Go </w:t>
            </w:r>
            <w:proofErr w:type="spellStart"/>
            <w:r>
              <w:t>Oliiive</w:t>
            </w:r>
            <w:proofErr w:type="spellEnd"/>
            <w:r>
              <w:t xml:space="preserve">! </w:t>
            </w:r>
          </w:p>
        </w:tc>
      </w:tr>
      <w:tr w:rsidR="00C3303E" w14:paraId="114D6855" w14:textId="77777777" w:rsidTr="00A410C2">
        <w:tc>
          <w:tcPr>
            <w:tcW w:w="2880" w:type="dxa"/>
          </w:tcPr>
          <w:p w14:paraId="6BCBD436" w14:textId="77777777" w:rsidR="00C3303E" w:rsidRDefault="00C3303E" w:rsidP="00A410C2">
            <w:r>
              <w:t>01:19:06:10</w:t>
            </w:r>
          </w:p>
        </w:tc>
        <w:tc>
          <w:tcPr>
            <w:tcW w:w="2880" w:type="dxa"/>
          </w:tcPr>
          <w:p w14:paraId="0598FC81" w14:textId="77777777" w:rsidR="00C3303E" w:rsidRDefault="00C3303E" w:rsidP="00A410C2"/>
        </w:tc>
        <w:tc>
          <w:tcPr>
            <w:tcW w:w="2880" w:type="dxa"/>
          </w:tcPr>
          <w:p w14:paraId="591B8F18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C3303E" w14:paraId="3AFFE219" w14:textId="77777777" w:rsidTr="00A410C2">
        <w:tc>
          <w:tcPr>
            <w:tcW w:w="2880" w:type="dxa"/>
          </w:tcPr>
          <w:p w14:paraId="61A84BD6" w14:textId="77777777" w:rsidR="00C3303E" w:rsidRDefault="00C3303E" w:rsidP="00A410C2">
            <w:r>
              <w:t>01:19:08:18</w:t>
            </w:r>
          </w:p>
        </w:tc>
        <w:tc>
          <w:tcPr>
            <w:tcW w:w="2880" w:type="dxa"/>
          </w:tcPr>
          <w:p w14:paraId="10722B1C" w14:textId="77777777" w:rsidR="00C3303E" w:rsidRDefault="00C3303E" w:rsidP="00A410C2"/>
        </w:tc>
        <w:tc>
          <w:tcPr>
            <w:tcW w:w="2880" w:type="dxa"/>
          </w:tcPr>
          <w:p w14:paraId="06EC86E6" w14:textId="77777777" w:rsidR="00C3303E" w:rsidRDefault="00C3303E" w:rsidP="00A410C2">
            <w:r>
              <w:rPr>
                <w:b/>
              </w:rPr>
              <w:t xml:space="preserve">ARI: </w:t>
            </w:r>
            <w:proofErr w:type="spellStart"/>
            <w:r>
              <w:t>Oof</w:t>
            </w:r>
            <w:proofErr w:type="spellEnd"/>
            <w:r>
              <w:t xml:space="preserve">! </w:t>
            </w:r>
          </w:p>
        </w:tc>
      </w:tr>
      <w:tr w:rsidR="00C3303E" w14:paraId="428C81E1" w14:textId="77777777" w:rsidTr="00A410C2">
        <w:tc>
          <w:tcPr>
            <w:tcW w:w="2880" w:type="dxa"/>
          </w:tcPr>
          <w:p w14:paraId="0591A9EF" w14:textId="77777777" w:rsidR="00C3303E" w:rsidRDefault="00C3303E" w:rsidP="00A410C2">
            <w:r>
              <w:t>01:19:09:18</w:t>
            </w:r>
          </w:p>
        </w:tc>
        <w:tc>
          <w:tcPr>
            <w:tcW w:w="2880" w:type="dxa"/>
          </w:tcPr>
          <w:p w14:paraId="4030E8ED" w14:textId="77777777" w:rsidR="00C3303E" w:rsidRDefault="00C3303E" w:rsidP="00A410C2"/>
        </w:tc>
        <w:tc>
          <w:tcPr>
            <w:tcW w:w="2880" w:type="dxa"/>
          </w:tcPr>
          <w:p w14:paraId="2F64A14B" w14:textId="77777777" w:rsidR="00C3303E" w:rsidRDefault="00C3303E" w:rsidP="00A410C2">
            <w:r>
              <w:t xml:space="preserve">[sigh] </w:t>
            </w:r>
          </w:p>
        </w:tc>
      </w:tr>
      <w:tr w:rsidR="00C3303E" w14:paraId="57C19FFE" w14:textId="77777777" w:rsidTr="00A410C2">
        <w:tc>
          <w:tcPr>
            <w:tcW w:w="2880" w:type="dxa"/>
          </w:tcPr>
          <w:p w14:paraId="235F6118" w14:textId="77777777" w:rsidR="00C3303E" w:rsidRDefault="00C3303E" w:rsidP="00A410C2">
            <w:r>
              <w:t>01:19:14:14</w:t>
            </w:r>
          </w:p>
        </w:tc>
        <w:tc>
          <w:tcPr>
            <w:tcW w:w="2880" w:type="dxa"/>
          </w:tcPr>
          <w:p w14:paraId="1D1C8CB8" w14:textId="77777777" w:rsidR="00C3303E" w:rsidRDefault="00C3303E" w:rsidP="00A410C2"/>
        </w:tc>
        <w:tc>
          <w:tcPr>
            <w:tcW w:w="2880" w:type="dxa"/>
          </w:tcPr>
          <w:p w14:paraId="6B4F2EC1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[sigh] Training to be a super soccer star... </w:t>
            </w:r>
          </w:p>
        </w:tc>
      </w:tr>
      <w:tr w:rsidR="00C3303E" w14:paraId="6ADE5563" w14:textId="77777777" w:rsidTr="00A410C2">
        <w:tc>
          <w:tcPr>
            <w:tcW w:w="2880" w:type="dxa"/>
          </w:tcPr>
          <w:p w14:paraId="3A23B31B" w14:textId="77777777" w:rsidR="00C3303E" w:rsidRDefault="00C3303E" w:rsidP="00A410C2">
            <w:r>
              <w:t>01:19:18:07</w:t>
            </w:r>
          </w:p>
        </w:tc>
        <w:tc>
          <w:tcPr>
            <w:tcW w:w="2880" w:type="dxa"/>
          </w:tcPr>
          <w:p w14:paraId="069AF8DD" w14:textId="77777777" w:rsidR="00C3303E" w:rsidRDefault="00C3303E" w:rsidP="00A410C2"/>
        </w:tc>
        <w:tc>
          <w:tcPr>
            <w:tcW w:w="2880" w:type="dxa"/>
          </w:tcPr>
          <w:p w14:paraId="0249F8E7" w14:textId="77777777" w:rsidR="00C3303E" w:rsidRDefault="00C3303E" w:rsidP="00A410C2">
            <w:r>
              <w:t xml:space="preserve">is hard work, huh? </w:t>
            </w:r>
          </w:p>
        </w:tc>
      </w:tr>
      <w:tr w:rsidR="00C3303E" w14:paraId="082339F1" w14:textId="77777777" w:rsidTr="00A410C2">
        <w:tc>
          <w:tcPr>
            <w:tcW w:w="2880" w:type="dxa"/>
          </w:tcPr>
          <w:p w14:paraId="6E7E9BE5" w14:textId="77777777" w:rsidR="00C3303E" w:rsidRDefault="00C3303E" w:rsidP="00A410C2">
            <w:r>
              <w:t>01:19:20:16</w:t>
            </w:r>
          </w:p>
        </w:tc>
        <w:tc>
          <w:tcPr>
            <w:tcW w:w="2880" w:type="dxa"/>
          </w:tcPr>
          <w:p w14:paraId="0A2F8460" w14:textId="77777777" w:rsidR="00C3303E" w:rsidRDefault="00C3303E" w:rsidP="00A410C2"/>
        </w:tc>
        <w:tc>
          <w:tcPr>
            <w:tcW w:w="2880" w:type="dxa"/>
          </w:tcPr>
          <w:p w14:paraId="5BF604CE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Yeah... </w:t>
            </w:r>
          </w:p>
        </w:tc>
      </w:tr>
      <w:tr w:rsidR="00C3303E" w14:paraId="255A4B40" w14:textId="77777777" w:rsidTr="00A410C2">
        <w:tc>
          <w:tcPr>
            <w:tcW w:w="2880" w:type="dxa"/>
          </w:tcPr>
          <w:p w14:paraId="4A7283A1" w14:textId="77777777" w:rsidR="00C3303E" w:rsidRDefault="00C3303E" w:rsidP="00A410C2">
            <w:r>
              <w:t>01:19:25:14</w:t>
            </w:r>
          </w:p>
        </w:tc>
        <w:tc>
          <w:tcPr>
            <w:tcW w:w="2880" w:type="dxa"/>
          </w:tcPr>
          <w:p w14:paraId="2630905B" w14:textId="77777777" w:rsidR="00C3303E" w:rsidRDefault="00C3303E" w:rsidP="00A410C2"/>
        </w:tc>
        <w:tc>
          <w:tcPr>
            <w:tcW w:w="2880" w:type="dxa"/>
          </w:tcPr>
          <w:p w14:paraId="301EB6DF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Hmm... </w:t>
            </w:r>
          </w:p>
        </w:tc>
      </w:tr>
      <w:tr w:rsidR="00C3303E" w14:paraId="0D3BB772" w14:textId="77777777" w:rsidTr="00A410C2">
        <w:tc>
          <w:tcPr>
            <w:tcW w:w="2880" w:type="dxa"/>
          </w:tcPr>
          <w:p w14:paraId="14059F9C" w14:textId="77777777" w:rsidR="00C3303E" w:rsidRDefault="00C3303E" w:rsidP="00A410C2">
            <w:r>
              <w:t>01:19:27:29</w:t>
            </w:r>
          </w:p>
        </w:tc>
        <w:tc>
          <w:tcPr>
            <w:tcW w:w="2880" w:type="dxa"/>
          </w:tcPr>
          <w:p w14:paraId="36C8D07B" w14:textId="77777777" w:rsidR="00C3303E" w:rsidRDefault="00C3303E" w:rsidP="00A410C2"/>
        </w:tc>
        <w:tc>
          <w:tcPr>
            <w:tcW w:w="2880" w:type="dxa"/>
          </w:tcPr>
          <w:p w14:paraId="50F2C9FC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What's the matter, soccer stars? </w:t>
            </w:r>
          </w:p>
        </w:tc>
      </w:tr>
      <w:tr w:rsidR="00C3303E" w14:paraId="78C61D35" w14:textId="77777777" w:rsidTr="00A410C2">
        <w:tc>
          <w:tcPr>
            <w:tcW w:w="2880" w:type="dxa"/>
          </w:tcPr>
          <w:p w14:paraId="46F93D4C" w14:textId="77777777" w:rsidR="00C3303E" w:rsidRDefault="00C3303E" w:rsidP="00A410C2">
            <w:r>
              <w:t>01:19:31:00</w:t>
            </w:r>
          </w:p>
        </w:tc>
        <w:tc>
          <w:tcPr>
            <w:tcW w:w="2880" w:type="dxa"/>
          </w:tcPr>
          <w:p w14:paraId="62B15EE1" w14:textId="77777777" w:rsidR="00C3303E" w:rsidRDefault="00C3303E" w:rsidP="00A410C2"/>
        </w:tc>
        <w:tc>
          <w:tcPr>
            <w:tcW w:w="2880" w:type="dxa"/>
          </w:tcPr>
          <w:p w14:paraId="4991C883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I'm </w:t>
            </w:r>
            <w:proofErr w:type="gramStart"/>
            <w:r>
              <w:t>really excited</w:t>
            </w:r>
            <w:proofErr w:type="gramEnd"/>
            <w:r>
              <w:t xml:space="preserve"> about playing, </w:t>
            </w:r>
            <w:proofErr w:type="spellStart"/>
            <w:r>
              <w:t>Mz</w:t>
            </w:r>
            <w:proofErr w:type="spellEnd"/>
            <w:r>
              <w:t xml:space="preserve">. Mole... </w:t>
            </w:r>
          </w:p>
        </w:tc>
      </w:tr>
      <w:tr w:rsidR="00C3303E" w14:paraId="2F3913C5" w14:textId="77777777" w:rsidTr="00A410C2">
        <w:tc>
          <w:tcPr>
            <w:tcW w:w="2880" w:type="dxa"/>
          </w:tcPr>
          <w:p w14:paraId="635B6F5D" w14:textId="77777777" w:rsidR="00C3303E" w:rsidRDefault="00C3303E" w:rsidP="00A410C2">
            <w:r>
              <w:t>01:19:34:02</w:t>
            </w:r>
          </w:p>
        </w:tc>
        <w:tc>
          <w:tcPr>
            <w:tcW w:w="2880" w:type="dxa"/>
          </w:tcPr>
          <w:p w14:paraId="45CC3F64" w14:textId="77777777" w:rsidR="00C3303E" w:rsidRDefault="00C3303E" w:rsidP="00A410C2"/>
        </w:tc>
        <w:tc>
          <w:tcPr>
            <w:tcW w:w="2880" w:type="dxa"/>
          </w:tcPr>
          <w:p w14:paraId="47A8BBCA" w14:textId="77777777" w:rsidR="00C3303E" w:rsidRDefault="00C3303E" w:rsidP="00A410C2">
            <w:r>
              <w:t xml:space="preserve">but I don't know what I'm good at. </w:t>
            </w:r>
          </w:p>
        </w:tc>
      </w:tr>
      <w:tr w:rsidR="00C3303E" w14:paraId="48C01B8A" w14:textId="77777777" w:rsidTr="00A410C2">
        <w:tc>
          <w:tcPr>
            <w:tcW w:w="2880" w:type="dxa"/>
          </w:tcPr>
          <w:p w14:paraId="3BB828CF" w14:textId="77777777" w:rsidR="00C3303E" w:rsidRDefault="00C3303E" w:rsidP="00A410C2">
            <w:r>
              <w:t>01:19:36:04</w:t>
            </w:r>
          </w:p>
        </w:tc>
        <w:tc>
          <w:tcPr>
            <w:tcW w:w="2880" w:type="dxa"/>
          </w:tcPr>
          <w:p w14:paraId="2302688A" w14:textId="77777777" w:rsidR="00C3303E" w:rsidRDefault="00C3303E" w:rsidP="00A410C2"/>
        </w:tc>
        <w:tc>
          <w:tcPr>
            <w:tcW w:w="2880" w:type="dxa"/>
          </w:tcPr>
          <w:p w14:paraId="2E7139B8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Me neither. </w:t>
            </w:r>
          </w:p>
        </w:tc>
      </w:tr>
      <w:tr w:rsidR="00C3303E" w14:paraId="28983B50" w14:textId="77777777" w:rsidTr="00A410C2">
        <w:tc>
          <w:tcPr>
            <w:tcW w:w="2880" w:type="dxa"/>
          </w:tcPr>
          <w:p w14:paraId="0CED52DB" w14:textId="77777777" w:rsidR="00C3303E" w:rsidRDefault="00C3303E" w:rsidP="00A410C2">
            <w:r>
              <w:t>01:19:37:27</w:t>
            </w:r>
          </w:p>
        </w:tc>
        <w:tc>
          <w:tcPr>
            <w:tcW w:w="2880" w:type="dxa"/>
          </w:tcPr>
          <w:p w14:paraId="0790473F" w14:textId="77777777" w:rsidR="00C3303E" w:rsidRDefault="00C3303E" w:rsidP="00A410C2"/>
        </w:tc>
        <w:tc>
          <w:tcPr>
            <w:tcW w:w="2880" w:type="dxa"/>
          </w:tcPr>
          <w:p w14:paraId="4509EB64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Hmmm... </w:t>
            </w:r>
          </w:p>
        </w:tc>
      </w:tr>
      <w:tr w:rsidR="00C3303E" w14:paraId="6463DFEE" w14:textId="77777777" w:rsidTr="00A410C2">
        <w:tc>
          <w:tcPr>
            <w:tcW w:w="2880" w:type="dxa"/>
          </w:tcPr>
          <w:p w14:paraId="732839AF" w14:textId="77777777" w:rsidR="00C3303E" w:rsidRDefault="00C3303E" w:rsidP="00A410C2">
            <w:r>
              <w:t>01:19:39:27</w:t>
            </w:r>
          </w:p>
        </w:tc>
        <w:tc>
          <w:tcPr>
            <w:tcW w:w="2880" w:type="dxa"/>
          </w:tcPr>
          <w:p w14:paraId="6939F5AB" w14:textId="77777777" w:rsidR="00C3303E" w:rsidRDefault="00C3303E" w:rsidP="00A410C2"/>
        </w:tc>
        <w:tc>
          <w:tcPr>
            <w:tcW w:w="2880" w:type="dxa"/>
          </w:tcPr>
          <w:p w14:paraId="6F928E24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Exactly what do you mean by that, Elinor? </w:t>
            </w:r>
          </w:p>
        </w:tc>
      </w:tr>
      <w:tr w:rsidR="00C3303E" w14:paraId="3053FB34" w14:textId="77777777" w:rsidTr="00A410C2">
        <w:tc>
          <w:tcPr>
            <w:tcW w:w="2880" w:type="dxa"/>
          </w:tcPr>
          <w:p w14:paraId="66929A2E" w14:textId="77777777" w:rsidR="00C3303E" w:rsidRDefault="00C3303E" w:rsidP="00A410C2">
            <w:r>
              <w:t>01:19:43:03</w:t>
            </w:r>
          </w:p>
        </w:tc>
        <w:tc>
          <w:tcPr>
            <w:tcW w:w="2880" w:type="dxa"/>
          </w:tcPr>
          <w:p w14:paraId="2131C60E" w14:textId="77777777" w:rsidR="00C3303E" w:rsidRDefault="00C3303E" w:rsidP="00A410C2"/>
        </w:tc>
        <w:tc>
          <w:tcPr>
            <w:tcW w:w="2880" w:type="dxa"/>
          </w:tcPr>
          <w:p w14:paraId="0D87DDC8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Well... </w:t>
            </w:r>
          </w:p>
        </w:tc>
      </w:tr>
      <w:tr w:rsidR="00C3303E" w14:paraId="5AA44258" w14:textId="77777777" w:rsidTr="00A410C2">
        <w:tc>
          <w:tcPr>
            <w:tcW w:w="2880" w:type="dxa"/>
          </w:tcPr>
          <w:p w14:paraId="20D8C08D" w14:textId="77777777" w:rsidR="00C3303E" w:rsidRDefault="00C3303E" w:rsidP="00A410C2">
            <w:r>
              <w:lastRenderedPageBreak/>
              <w:t>01:19:44:15</w:t>
            </w:r>
          </w:p>
        </w:tc>
        <w:tc>
          <w:tcPr>
            <w:tcW w:w="2880" w:type="dxa"/>
          </w:tcPr>
          <w:p w14:paraId="365F9FB7" w14:textId="77777777" w:rsidR="00C3303E" w:rsidRDefault="00C3303E" w:rsidP="00A410C2"/>
        </w:tc>
        <w:tc>
          <w:tcPr>
            <w:tcW w:w="2880" w:type="dxa"/>
          </w:tcPr>
          <w:p w14:paraId="0D7EF5B1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Everyone is good at something. </w:t>
            </w:r>
          </w:p>
        </w:tc>
      </w:tr>
      <w:tr w:rsidR="00C3303E" w14:paraId="35E35482" w14:textId="77777777" w:rsidTr="00A410C2">
        <w:tc>
          <w:tcPr>
            <w:tcW w:w="2880" w:type="dxa"/>
          </w:tcPr>
          <w:p w14:paraId="6A9208E7" w14:textId="77777777" w:rsidR="00C3303E" w:rsidRDefault="00C3303E" w:rsidP="00A410C2">
            <w:r>
              <w:t>01:19:46:22</w:t>
            </w:r>
          </w:p>
        </w:tc>
        <w:tc>
          <w:tcPr>
            <w:tcW w:w="2880" w:type="dxa"/>
          </w:tcPr>
          <w:p w14:paraId="7F6C6513" w14:textId="77777777" w:rsidR="00C3303E" w:rsidRDefault="00C3303E" w:rsidP="00A410C2"/>
        </w:tc>
        <w:tc>
          <w:tcPr>
            <w:tcW w:w="2880" w:type="dxa"/>
          </w:tcPr>
          <w:p w14:paraId="7C6E7DF7" w14:textId="77777777" w:rsidR="00C3303E" w:rsidRDefault="00C3303E" w:rsidP="00A410C2">
            <w:r>
              <w:t xml:space="preserve">Silas is a </w:t>
            </w:r>
            <w:proofErr w:type="gramStart"/>
            <w:r>
              <w:t>really good</w:t>
            </w:r>
            <w:proofErr w:type="gramEnd"/>
            <w:r>
              <w:t xml:space="preserve"> runner. </w:t>
            </w:r>
          </w:p>
        </w:tc>
      </w:tr>
      <w:tr w:rsidR="00C3303E" w14:paraId="2FAE74BB" w14:textId="77777777" w:rsidTr="00A410C2">
        <w:tc>
          <w:tcPr>
            <w:tcW w:w="2880" w:type="dxa"/>
          </w:tcPr>
          <w:p w14:paraId="6D2DC8BB" w14:textId="77777777" w:rsidR="00C3303E" w:rsidRDefault="00C3303E" w:rsidP="00A410C2">
            <w:r>
              <w:t>01:19:50:09</w:t>
            </w:r>
          </w:p>
        </w:tc>
        <w:tc>
          <w:tcPr>
            <w:tcW w:w="2880" w:type="dxa"/>
          </w:tcPr>
          <w:p w14:paraId="107A8F0B" w14:textId="77777777" w:rsidR="00C3303E" w:rsidRDefault="00C3303E" w:rsidP="00A410C2"/>
        </w:tc>
        <w:tc>
          <w:tcPr>
            <w:tcW w:w="2880" w:type="dxa"/>
          </w:tcPr>
          <w:p w14:paraId="48CE5C0F" w14:textId="77777777" w:rsidR="00C3303E" w:rsidRDefault="00C3303E" w:rsidP="00A410C2">
            <w:r>
              <w:t xml:space="preserve">He's a cheetah, and cheetahs have long legs... </w:t>
            </w:r>
          </w:p>
        </w:tc>
      </w:tr>
      <w:tr w:rsidR="00C3303E" w14:paraId="4AD5F990" w14:textId="77777777" w:rsidTr="00A410C2">
        <w:tc>
          <w:tcPr>
            <w:tcW w:w="2880" w:type="dxa"/>
          </w:tcPr>
          <w:p w14:paraId="52C0F623" w14:textId="77777777" w:rsidR="00C3303E" w:rsidRDefault="00C3303E" w:rsidP="00A410C2">
            <w:r>
              <w:t>01:19:52:24</w:t>
            </w:r>
          </w:p>
        </w:tc>
        <w:tc>
          <w:tcPr>
            <w:tcW w:w="2880" w:type="dxa"/>
          </w:tcPr>
          <w:p w14:paraId="4FAF6C23" w14:textId="77777777" w:rsidR="00C3303E" w:rsidRDefault="00C3303E" w:rsidP="00A410C2"/>
        </w:tc>
        <w:tc>
          <w:tcPr>
            <w:tcW w:w="2880" w:type="dxa"/>
          </w:tcPr>
          <w:p w14:paraId="17D4693D" w14:textId="77777777" w:rsidR="00C3303E" w:rsidRDefault="00C3303E" w:rsidP="00A410C2">
            <w:r>
              <w:t xml:space="preserve">that help them run fast. </w:t>
            </w:r>
          </w:p>
        </w:tc>
      </w:tr>
      <w:tr w:rsidR="00C3303E" w14:paraId="6FCAA6A4" w14:textId="77777777" w:rsidTr="00A410C2">
        <w:tc>
          <w:tcPr>
            <w:tcW w:w="2880" w:type="dxa"/>
          </w:tcPr>
          <w:p w14:paraId="0DD3F031" w14:textId="77777777" w:rsidR="00C3303E" w:rsidRDefault="00C3303E" w:rsidP="00A410C2">
            <w:r>
              <w:t>01:19:54:12</w:t>
            </w:r>
          </w:p>
        </w:tc>
        <w:tc>
          <w:tcPr>
            <w:tcW w:w="2880" w:type="dxa"/>
          </w:tcPr>
          <w:p w14:paraId="16B24A57" w14:textId="77777777" w:rsidR="00C3303E" w:rsidRDefault="00C3303E" w:rsidP="00A410C2"/>
        </w:tc>
        <w:tc>
          <w:tcPr>
            <w:tcW w:w="2880" w:type="dxa"/>
          </w:tcPr>
          <w:p w14:paraId="50DAAA78" w14:textId="77777777" w:rsidR="00C3303E" w:rsidRDefault="00C3303E" w:rsidP="00A410C2">
            <w:r>
              <w:rPr>
                <w:b/>
              </w:rPr>
              <w:t xml:space="preserve">ARI: </w:t>
            </w:r>
            <w:proofErr w:type="spellStart"/>
            <w:r>
              <w:t>Super fast</w:t>
            </w:r>
            <w:proofErr w:type="spellEnd"/>
            <w:r>
              <w:t xml:space="preserve">! </w:t>
            </w:r>
          </w:p>
        </w:tc>
      </w:tr>
      <w:tr w:rsidR="00C3303E" w14:paraId="24D8CB1E" w14:textId="77777777" w:rsidTr="00A410C2">
        <w:tc>
          <w:tcPr>
            <w:tcW w:w="2880" w:type="dxa"/>
          </w:tcPr>
          <w:p w14:paraId="4C67D4BE" w14:textId="77777777" w:rsidR="00C3303E" w:rsidRDefault="00C3303E" w:rsidP="00A410C2">
            <w:r>
              <w:t>01:19:56:09</w:t>
            </w:r>
          </w:p>
        </w:tc>
        <w:tc>
          <w:tcPr>
            <w:tcW w:w="2880" w:type="dxa"/>
          </w:tcPr>
          <w:p w14:paraId="46595DE8" w14:textId="77777777" w:rsidR="00C3303E" w:rsidRDefault="00C3303E" w:rsidP="00A410C2"/>
        </w:tc>
        <w:tc>
          <w:tcPr>
            <w:tcW w:w="2880" w:type="dxa"/>
          </w:tcPr>
          <w:p w14:paraId="6D7461CC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And Mary and Lizzie are </w:t>
            </w:r>
            <w:proofErr w:type="gramStart"/>
            <w:r>
              <w:t>really good</w:t>
            </w:r>
            <w:proofErr w:type="gramEnd"/>
            <w:r>
              <w:t xml:space="preserve"> at dribbling, </w:t>
            </w:r>
          </w:p>
        </w:tc>
      </w:tr>
      <w:tr w:rsidR="00C3303E" w14:paraId="12DBF2A1" w14:textId="77777777" w:rsidTr="00A410C2">
        <w:tc>
          <w:tcPr>
            <w:tcW w:w="2880" w:type="dxa"/>
          </w:tcPr>
          <w:p w14:paraId="2BF5090E" w14:textId="77777777" w:rsidR="00C3303E" w:rsidRDefault="00C3303E" w:rsidP="00A410C2">
            <w:r>
              <w:t>01:19:59:02</w:t>
            </w:r>
          </w:p>
        </w:tc>
        <w:tc>
          <w:tcPr>
            <w:tcW w:w="2880" w:type="dxa"/>
          </w:tcPr>
          <w:p w14:paraId="726918AD" w14:textId="77777777" w:rsidR="00C3303E" w:rsidRDefault="00C3303E" w:rsidP="00A410C2"/>
        </w:tc>
        <w:tc>
          <w:tcPr>
            <w:tcW w:w="2880" w:type="dxa"/>
          </w:tcPr>
          <w:p w14:paraId="44E4A6B3" w14:textId="77777777" w:rsidR="00C3303E" w:rsidRDefault="00C3303E" w:rsidP="00A410C2">
            <w:r>
              <w:t xml:space="preserve">and passing the ball. </w:t>
            </w:r>
          </w:p>
        </w:tc>
      </w:tr>
      <w:tr w:rsidR="00C3303E" w14:paraId="497EE55A" w14:textId="77777777" w:rsidTr="00A410C2">
        <w:tc>
          <w:tcPr>
            <w:tcW w:w="2880" w:type="dxa"/>
          </w:tcPr>
          <w:p w14:paraId="1AF7B68C" w14:textId="77777777" w:rsidR="00C3303E" w:rsidRDefault="00C3303E" w:rsidP="00A410C2">
            <w:r>
              <w:t>01:20:00:18</w:t>
            </w:r>
          </w:p>
        </w:tc>
        <w:tc>
          <w:tcPr>
            <w:tcW w:w="2880" w:type="dxa"/>
          </w:tcPr>
          <w:p w14:paraId="2C22EB35" w14:textId="77777777" w:rsidR="00C3303E" w:rsidRDefault="00C3303E" w:rsidP="00A410C2"/>
        </w:tc>
        <w:tc>
          <w:tcPr>
            <w:tcW w:w="2880" w:type="dxa"/>
          </w:tcPr>
          <w:p w14:paraId="52A61BA2" w14:textId="77777777" w:rsidR="00C3303E" w:rsidRDefault="00C3303E" w:rsidP="00A410C2">
            <w:r>
              <w:t xml:space="preserve">That's because goats have extra strong legs... </w:t>
            </w:r>
          </w:p>
        </w:tc>
      </w:tr>
      <w:tr w:rsidR="00C3303E" w14:paraId="07521C49" w14:textId="77777777" w:rsidTr="00A410C2">
        <w:tc>
          <w:tcPr>
            <w:tcW w:w="2880" w:type="dxa"/>
          </w:tcPr>
          <w:p w14:paraId="24317CD2" w14:textId="77777777" w:rsidR="00C3303E" w:rsidRDefault="00C3303E" w:rsidP="00A410C2">
            <w:r>
              <w:t>01:20:03:28</w:t>
            </w:r>
          </w:p>
        </w:tc>
        <w:tc>
          <w:tcPr>
            <w:tcW w:w="2880" w:type="dxa"/>
          </w:tcPr>
          <w:p w14:paraId="198E56F0" w14:textId="77777777" w:rsidR="00C3303E" w:rsidRDefault="00C3303E" w:rsidP="00A410C2"/>
        </w:tc>
        <w:tc>
          <w:tcPr>
            <w:tcW w:w="2880" w:type="dxa"/>
          </w:tcPr>
          <w:p w14:paraId="04A9F614" w14:textId="77777777" w:rsidR="00C3303E" w:rsidRDefault="00C3303E" w:rsidP="00A410C2">
            <w:r>
              <w:t xml:space="preserve">they use for climbing and kicking. </w:t>
            </w:r>
          </w:p>
        </w:tc>
      </w:tr>
      <w:tr w:rsidR="00C3303E" w14:paraId="6294DA82" w14:textId="77777777" w:rsidTr="00A410C2">
        <w:tc>
          <w:tcPr>
            <w:tcW w:w="2880" w:type="dxa"/>
          </w:tcPr>
          <w:p w14:paraId="7413C6C7" w14:textId="77777777" w:rsidR="00C3303E" w:rsidRDefault="00C3303E" w:rsidP="00A410C2">
            <w:r>
              <w:t>01:20:07:20</w:t>
            </w:r>
          </w:p>
        </w:tc>
        <w:tc>
          <w:tcPr>
            <w:tcW w:w="2880" w:type="dxa"/>
          </w:tcPr>
          <w:p w14:paraId="35BDAB37" w14:textId="77777777" w:rsidR="00C3303E" w:rsidRDefault="00C3303E" w:rsidP="00A410C2"/>
        </w:tc>
        <w:tc>
          <w:tcPr>
            <w:tcW w:w="2880" w:type="dxa"/>
          </w:tcPr>
          <w:p w14:paraId="485E3E9D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Right on target. </w:t>
            </w:r>
          </w:p>
        </w:tc>
      </w:tr>
      <w:tr w:rsidR="00C3303E" w14:paraId="0B1E1BB1" w14:textId="77777777" w:rsidTr="00A410C2">
        <w:tc>
          <w:tcPr>
            <w:tcW w:w="2880" w:type="dxa"/>
          </w:tcPr>
          <w:p w14:paraId="038FA664" w14:textId="77777777" w:rsidR="00C3303E" w:rsidRDefault="00C3303E" w:rsidP="00A410C2">
            <w:r>
              <w:t>01:20:09:05</w:t>
            </w:r>
          </w:p>
        </w:tc>
        <w:tc>
          <w:tcPr>
            <w:tcW w:w="2880" w:type="dxa"/>
          </w:tcPr>
          <w:p w14:paraId="38EEF2CA" w14:textId="77777777" w:rsidR="00C3303E" w:rsidRDefault="00C3303E" w:rsidP="00A410C2"/>
        </w:tc>
        <w:tc>
          <w:tcPr>
            <w:tcW w:w="2880" w:type="dxa"/>
          </w:tcPr>
          <w:p w14:paraId="41E50C85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Sally is great at kicking the ball with her tail. </w:t>
            </w:r>
          </w:p>
        </w:tc>
      </w:tr>
      <w:tr w:rsidR="00C3303E" w14:paraId="407CDAA8" w14:textId="77777777" w:rsidTr="00A410C2">
        <w:tc>
          <w:tcPr>
            <w:tcW w:w="2880" w:type="dxa"/>
          </w:tcPr>
          <w:p w14:paraId="1D1912D2" w14:textId="77777777" w:rsidR="00C3303E" w:rsidRDefault="00C3303E" w:rsidP="00A410C2">
            <w:r>
              <w:t>01:20:12:18</w:t>
            </w:r>
          </w:p>
        </w:tc>
        <w:tc>
          <w:tcPr>
            <w:tcW w:w="2880" w:type="dxa"/>
          </w:tcPr>
          <w:p w14:paraId="65F3BAA2" w14:textId="77777777" w:rsidR="00C3303E" w:rsidRDefault="00C3303E" w:rsidP="00A410C2"/>
        </w:tc>
        <w:tc>
          <w:tcPr>
            <w:tcW w:w="2880" w:type="dxa"/>
          </w:tcPr>
          <w:p w14:paraId="524BC978" w14:textId="77777777" w:rsidR="00C3303E" w:rsidRDefault="00C3303E" w:rsidP="00A410C2">
            <w:r>
              <w:t xml:space="preserve">Beavers have </w:t>
            </w:r>
            <w:proofErr w:type="gramStart"/>
            <w:r>
              <w:t>really big</w:t>
            </w:r>
            <w:proofErr w:type="gramEnd"/>
            <w:r>
              <w:t xml:space="preserve">, strong tails that help them swim. </w:t>
            </w:r>
          </w:p>
        </w:tc>
      </w:tr>
      <w:tr w:rsidR="00C3303E" w14:paraId="0367D26E" w14:textId="77777777" w:rsidTr="00A410C2">
        <w:tc>
          <w:tcPr>
            <w:tcW w:w="2880" w:type="dxa"/>
          </w:tcPr>
          <w:p w14:paraId="10DD459C" w14:textId="77777777" w:rsidR="00C3303E" w:rsidRDefault="00C3303E" w:rsidP="00A410C2">
            <w:r>
              <w:t>01:20:17:11</w:t>
            </w:r>
          </w:p>
        </w:tc>
        <w:tc>
          <w:tcPr>
            <w:tcW w:w="2880" w:type="dxa"/>
          </w:tcPr>
          <w:p w14:paraId="13C43EB4" w14:textId="77777777" w:rsidR="00C3303E" w:rsidRDefault="00C3303E" w:rsidP="00A410C2"/>
        </w:tc>
        <w:tc>
          <w:tcPr>
            <w:tcW w:w="2880" w:type="dxa"/>
          </w:tcPr>
          <w:p w14:paraId="6AA62860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There's no stopping that tail! </w:t>
            </w:r>
          </w:p>
        </w:tc>
      </w:tr>
      <w:tr w:rsidR="00C3303E" w14:paraId="7F8B7D9F" w14:textId="77777777" w:rsidTr="00A410C2">
        <w:tc>
          <w:tcPr>
            <w:tcW w:w="2880" w:type="dxa"/>
          </w:tcPr>
          <w:p w14:paraId="41007A7C" w14:textId="77777777" w:rsidR="00C3303E" w:rsidRDefault="00C3303E" w:rsidP="00A410C2">
            <w:r>
              <w:t>01:20:19:23</w:t>
            </w:r>
          </w:p>
        </w:tc>
        <w:tc>
          <w:tcPr>
            <w:tcW w:w="2880" w:type="dxa"/>
          </w:tcPr>
          <w:p w14:paraId="4A67CD8C" w14:textId="77777777" w:rsidR="00C3303E" w:rsidRDefault="00C3303E" w:rsidP="00A410C2"/>
        </w:tc>
        <w:tc>
          <w:tcPr>
            <w:tcW w:w="2880" w:type="dxa"/>
          </w:tcPr>
          <w:p w14:paraId="0B456049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And Olive is </w:t>
            </w:r>
            <w:proofErr w:type="gramStart"/>
            <w:r>
              <w:t>really good</w:t>
            </w:r>
            <w:proofErr w:type="gramEnd"/>
            <w:r>
              <w:t xml:space="preserve"> at bouncing the ball... </w:t>
            </w:r>
          </w:p>
        </w:tc>
      </w:tr>
      <w:tr w:rsidR="00C3303E" w14:paraId="05959269" w14:textId="77777777" w:rsidTr="00A410C2">
        <w:tc>
          <w:tcPr>
            <w:tcW w:w="2880" w:type="dxa"/>
          </w:tcPr>
          <w:p w14:paraId="255F4A4E" w14:textId="77777777" w:rsidR="00C3303E" w:rsidRDefault="00C3303E" w:rsidP="00A410C2">
            <w:r>
              <w:t>01:20:22:16</w:t>
            </w:r>
          </w:p>
        </w:tc>
        <w:tc>
          <w:tcPr>
            <w:tcW w:w="2880" w:type="dxa"/>
          </w:tcPr>
          <w:p w14:paraId="53B24A75" w14:textId="77777777" w:rsidR="00C3303E" w:rsidRDefault="00C3303E" w:rsidP="00A410C2"/>
        </w:tc>
        <w:tc>
          <w:tcPr>
            <w:tcW w:w="2880" w:type="dxa"/>
          </w:tcPr>
          <w:p w14:paraId="79DF4637" w14:textId="77777777" w:rsidR="00C3303E" w:rsidRDefault="00C3303E" w:rsidP="00A410C2">
            <w:r>
              <w:t xml:space="preserve">with her trunk. </w:t>
            </w:r>
          </w:p>
        </w:tc>
      </w:tr>
      <w:tr w:rsidR="00C3303E" w14:paraId="0857B36A" w14:textId="77777777" w:rsidTr="00A410C2">
        <w:tc>
          <w:tcPr>
            <w:tcW w:w="2880" w:type="dxa"/>
          </w:tcPr>
          <w:p w14:paraId="561E854F" w14:textId="77777777" w:rsidR="00C3303E" w:rsidRDefault="00C3303E" w:rsidP="00A410C2">
            <w:r>
              <w:t>01:20:24:03</w:t>
            </w:r>
          </w:p>
        </w:tc>
        <w:tc>
          <w:tcPr>
            <w:tcW w:w="2880" w:type="dxa"/>
          </w:tcPr>
          <w:p w14:paraId="6BED0642" w14:textId="77777777" w:rsidR="00C3303E" w:rsidRDefault="00C3303E" w:rsidP="00A410C2"/>
        </w:tc>
        <w:tc>
          <w:tcPr>
            <w:tcW w:w="2880" w:type="dxa"/>
          </w:tcPr>
          <w:p w14:paraId="7F15F4A7" w14:textId="77777777" w:rsidR="00C3303E" w:rsidRDefault="00C3303E" w:rsidP="00A410C2">
            <w:r>
              <w:t xml:space="preserve">Elephants can do all kinds of things with their trunks, </w:t>
            </w:r>
          </w:p>
        </w:tc>
      </w:tr>
      <w:tr w:rsidR="00C3303E" w14:paraId="5FF2C006" w14:textId="77777777" w:rsidTr="00A410C2">
        <w:tc>
          <w:tcPr>
            <w:tcW w:w="2880" w:type="dxa"/>
          </w:tcPr>
          <w:p w14:paraId="278AB004" w14:textId="77777777" w:rsidR="00C3303E" w:rsidRDefault="00C3303E" w:rsidP="00A410C2">
            <w:r>
              <w:t>01:20:26:25</w:t>
            </w:r>
          </w:p>
        </w:tc>
        <w:tc>
          <w:tcPr>
            <w:tcW w:w="2880" w:type="dxa"/>
          </w:tcPr>
          <w:p w14:paraId="0E8F6060" w14:textId="77777777" w:rsidR="00C3303E" w:rsidRDefault="00C3303E" w:rsidP="00A410C2"/>
        </w:tc>
        <w:tc>
          <w:tcPr>
            <w:tcW w:w="2880" w:type="dxa"/>
          </w:tcPr>
          <w:p w14:paraId="2D70EAF7" w14:textId="77777777" w:rsidR="00C3303E" w:rsidRDefault="00C3303E" w:rsidP="00A410C2">
            <w:r>
              <w:t xml:space="preserve">like push </w:t>
            </w:r>
            <w:proofErr w:type="gramStart"/>
            <w:r>
              <w:t>things, or</w:t>
            </w:r>
            <w:proofErr w:type="gramEnd"/>
            <w:r>
              <w:t xml:space="preserve"> grab things! </w:t>
            </w:r>
          </w:p>
        </w:tc>
      </w:tr>
      <w:tr w:rsidR="00C3303E" w14:paraId="324E648C" w14:textId="77777777" w:rsidTr="00A410C2">
        <w:tc>
          <w:tcPr>
            <w:tcW w:w="2880" w:type="dxa"/>
          </w:tcPr>
          <w:p w14:paraId="7EBD8C27" w14:textId="77777777" w:rsidR="00C3303E" w:rsidRDefault="00C3303E" w:rsidP="00A410C2">
            <w:r>
              <w:lastRenderedPageBreak/>
              <w:t>01:20:29:06</w:t>
            </w:r>
          </w:p>
        </w:tc>
        <w:tc>
          <w:tcPr>
            <w:tcW w:w="2880" w:type="dxa"/>
          </w:tcPr>
          <w:p w14:paraId="48B6BC8A" w14:textId="77777777" w:rsidR="00C3303E" w:rsidRDefault="00C3303E" w:rsidP="00A410C2"/>
        </w:tc>
        <w:tc>
          <w:tcPr>
            <w:tcW w:w="2880" w:type="dxa"/>
          </w:tcPr>
          <w:p w14:paraId="256BC417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Wow! I hadn't noticed all of that before. </w:t>
            </w:r>
          </w:p>
        </w:tc>
      </w:tr>
      <w:tr w:rsidR="00C3303E" w14:paraId="0968A670" w14:textId="77777777" w:rsidTr="00A410C2">
        <w:tc>
          <w:tcPr>
            <w:tcW w:w="2880" w:type="dxa"/>
          </w:tcPr>
          <w:p w14:paraId="04741F90" w14:textId="77777777" w:rsidR="00C3303E" w:rsidRDefault="00C3303E" w:rsidP="00A410C2">
            <w:r>
              <w:t>01:20:31:23</w:t>
            </w:r>
          </w:p>
        </w:tc>
        <w:tc>
          <w:tcPr>
            <w:tcW w:w="2880" w:type="dxa"/>
          </w:tcPr>
          <w:p w14:paraId="75EB7C79" w14:textId="77777777" w:rsidR="00C3303E" w:rsidRDefault="00C3303E" w:rsidP="00A410C2"/>
        </w:tc>
        <w:tc>
          <w:tcPr>
            <w:tcW w:w="2880" w:type="dxa"/>
          </w:tcPr>
          <w:p w14:paraId="661331C1" w14:textId="77777777" w:rsidR="00C3303E" w:rsidRDefault="00C3303E" w:rsidP="00A410C2">
            <w:r>
              <w:t xml:space="preserve">I wish I had a trunk! </w:t>
            </w:r>
          </w:p>
        </w:tc>
      </w:tr>
      <w:tr w:rsidR="00C3303E" w14:paraId="55AF2FD7" w14:textId="77777777" w:rsidTr="00A410C2">
        <w:tc>
          <w:tcPr>
            <w:tcW w:w="2880" w:type="dxa"/>
          </w:tcPr>
          <w:p w14:paraId="0EC5CAB1" w14:textId="77777777" w:rsidR="00C3303E" w:rsidRDefault="00C3303E" w:rsidP="00A410C2">
            <w:r>
              <w:t>01:20:33:08</w:t>
            </w:r>
          </w:p>
        </w:tc>
        <w:tc>
          <w:tcPr>
            <w:tcW w:w="2880" w:type="dxa"/>
          </w:tcPr>
          <w:p w14:paraId="54FD9E06" w14:textId="77777777" w:rsidR="00C3303E" w:rsidRDefault="00C3303E" w:rsidP="00A410C2"/>
        </w:tc>
        <w:tc>
          <w:tcPr>
            <w:tcW w:w="2880" w:type="dxa"/>
          </w:tcPr>
          <w:p w14:paraId="20A42F16" w14:textId="77777777" w:rsidR="00C3303E" w:rsidRDefault="00C3303E" w:rsidP="00A410C2">
            <w:r>
              <w:t xml:space="preserve">[imitates trumpet sound] </w:t>
            </w:r>
          </w:p>
        </w:tc>
      </w:tr>
      <w:tr w:rsidR="00C3303E" w14:paraId="75FA734F" w14:textId="77777777" w:rsidTr="00A410C2">
        <w:tc>
          <w:tcPr>
            <w:tcW w:w="2880" w:type="dxa"/>
          </w:tcPr>
          <w:p w14:paraId="3CCB2492" w14:textId="77777777" w:rsidR="00C3303E" w:rsidRDefault="00C3303E" w:rsidP="00A410C2">
            <w:r>
              <w:t>01:20:36:09</w:t>
            </w:r>
          </w:p>
        </w:tc>
        <w:tc>
          <w:tcPr>
            <w:tcW w:w="2880" w:type="dxa"/>
          </w:tcPr>
          <w:p w14:paraId="5846CA3B" w14:textId="77777777" w:rsidR="00C3303E" w:rsidRDefault="00C3303E" w:rsidP="00A410C2"/>
        </w:tc>
        <w:tc>
          <w:tcPr>
            <w:tcW w:w="2880" w:type="dxa"/>
          </w:tcPr>
          <w:p w14:paraId="2EC9276E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C3303E" w14:paraId="273F5693" w14:textId="77777777" w:rsidTr="00A410C2">
        <w:tc>
          <w:tcPr>
            <w:tcW w:w="2880" w:type="dxa"/>
          </w:tcPr>
          <w:p w14:paraId="2426A16D" w14:textId="77777777" w:rsidR="00C3303E" w:rsidRDefault="00C3303E" w:rsidP="00A410C2">
            <w:r>
              <w:t>01:20:37:16</w:t>
            </w:r>
          </w:p>
        </w:tc>
        <w:tc>
          <w:tcPr>
            <w:tcW w:w="2880" w:type="dxa"/>
          </w:tcPr>
          <w:p w14:paraId="790B92A8" w14:textId="77777777" w:rsidR="00C3303E" w:rsidRDefault="00C3303E" w:rsidP="00A410C2"/>
        </w:tc>
        <w:tc>
          <w:tcPr>
            <w:tcW w:w="2880" w:type="dxa"/>
          </w:tcPr>
          <w:p w14:paraId="4C0642D9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Everyone is good at something. </w:t>
            </w:r>
          </w:p>
        </w:tc>
      </w:tr>
      <w:tr w:rsidR="00C3303E" w14:paraId="79A158C9" w14:textId="77777777" w:rsidTr="00A410C2">
        <w:tc>
          <w:tcPr>
            <w:tcW w:w="2880" w:type="dxa"/>
          </w:tcPr>
          <w:p w14:paraId="43E913C7" w14:textId="77777777" w:rsidR="00C3303E" w:rsidRDefault="00C3303E" w:rsidP="00A410C2">
            <w:r>
              <w:t>01:20:40:09</w:t>
            </w:r>
          </w:p>
        </w:tc>
        <w:tc>
          <w:tcPr>
            <w:tcW w:w="2880" w:type="dxa"/>
          </w:tcPr>
          <w:p w14:paraId="5FA892FB" w14:textId="77777777" w:rsidR="00C3303E" w:rsidRDefault="00C3303E" w:rsidP="00A410C2"/>
        </w:tc>
        <w:tc>
          <w:tcPr>
            <w:tcW w:w="2880" w:type="dxa"/>
          </w:tcPr>
          <w:p w14:paraId="611B9148" w14:textId="77777777" w:rsidR="00C3303E" w:rsidRDefault="00C3303E" w:rsidP="00A410C2">
            <w:r>
              <w:t xml:space="preserve">But what am I good at, </w:t>
            </w:r>
            <w:proofErr w:type="spellStart"/>
            <w:proofErr w:type="gramStart"/>
            <w:r>
              <w:t>Mz</w:t>
            </w:r>
            <w:proofErr w:type="spellEnd"/>
            <w:r>
              <w:t>.</w:t>
            </w:r>
            <w:proofErr w:type="gramEnd"/>
            <w:r>
              <w:t xml:space="preserve"> Mole? </w:t>
            </w:r>
          </w:p>
        </w:tc>
      </w:tr>
      <w:tr w:rsidR="00C3303E" w14:paraId="69E25A09" w14:textId="77777777" w:rsidTr="00A410C2">
        <w:tc>
          <w:tcPr>
            <w:tcW w:w="2880" w:type="dxa"/>
          </w:tcPr>
          <w:p w14:paraId="3DD80ADC" w14:textId="77777777" w:rsidR="00C3303E" w:rsidRDefault="00C3303E" w:rsidP="00A410C2">
            <w:r>
              <w:t>01:20:42:28</w:t>
            </w:r>
          </w:p>
        </w:tc>
        <w:tc>
          <w:tcPr>
            <w:tcW w:w="2880" w:type="dxa"/>
          </w:tcPr>
          <w:p w14:paraId="24256CDF" w14:textId="77777777" w:rsidR="00C3303E" w:rsidRDefault="00C3303E" w:rsidP="00A410C2"/>
        </w:tc>
        <w:tc>
          <w:tcPr>
            <w:tcW w:w="2880" w:type="dxa"/>
          </w:tcPr>
          <w:p w14:paraId="4ACE5D69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Well, Elinor, </w:t>
            </w:r>
          </w:p>
        </w:tc>
      </w:tr>
      <w:tr w:rsidR="00C3303E" w14:paraId="6E63B83A" w14:textId="77777777" w:rsidTr="00A410C2">
        <w:tc>
          <w:tcPr>
            <w:tcW w:w="2880" w:type="dxa"/>
          </w:tcPr>
          <w:p w14:paraId="2BA503C1" w14:textId="77777777" w:rsidR="00C3303E" w:rsidRDefault="00C3303E" w:rsidP="00A410C2">
            <w:r>
              <w:t>01:20:44:12</w:t>
            </w:r>
          </w:p>
        </w:tc>
        <w:tc>
          <w:tcPr>
            <w:tcW w:w="2880" w:type="dxa"/>
          </w:tcPr>
          <w:p w14:paraId="748DDFF2" w14:textId="77777777" w:rsidR="00C3303E" w:rsidRDefault="00C3303E" w:rsidP="00A410C2"/>
        </w:tc>
        <w:tc>
          <w:tcPr>
            <w:tcW w:w="2880" w:type="dxa"/>
          </w:tcPr>
          <w:p w14:paraId="01D54925" w14:textId="77777777" w:rsidR="00C3303E" w:rsidRDefault="00C3303E" w:rsidP="00A410C2">
            <w:r>
              <w:t xml:space="preserve">I think you are </w:t>
            </w:r>
            <w:proofErr w:type="gramStart"/>
            <w:r>
              <w:t>really good</w:t>
            </w:r>
            <w:proofErr w:type="gramEnd"/>
            <w:r>
              <w:t xml:space="preserve"> at something. </w:t>
            </w:r>
          </w:p>
        </w:tc>
      </w:tr>
      <w:tr w:rsidR="00C3303E" w14:paraId="012F0E52" w14:textId="77777777" w:rsidTr="00A410C2">
        <w:tc>
          <w:tcPr>
            <w:tcW w:w="2880" w:type="dxa"/>
          </w:tcPr>
          <w:p w14:paraId="029F7439" w14:textId="77777777" w:rsidR="00C3303E" w:rsidRDefault="00C3303E" w:rsidP="00A410C2">
            <w:r>
              <w:t>01:20:48:14</w:t>
            </w:r>
          </w:p>
        </w:tc>
        <w:tc>
          <w:tcPr>
            <w:tcW w:w="2880" w:type="dxa"/>
          </w:tcPr>
          <w:p w14:paraId="3A3A6F85" w14:textId="77777777" w:rsidR="00C3303E" w:rsidRDefault="00C3303E" w:rsidP="00A410C2"/>
        </w:tc>
        <w:tc>
          <w:tcPr>
            <w:tcW w:w="2880" w:type="dxa"/>
          </w:tcPr>
          <w:p w14:paraId="6ED51FBA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Really? </w:t>
            </w:r>
          </w:p>
        </w:tc>
      </w:tr>
      <w:tr w:rsidR="00C3303E" w14:paraId="51595F32" w14:textId="77777777" w:rsidTr="00A410C2">
        <w:tc>
          <w:tcPr>
            <w:tcW w:w="2880" w:type="dxa"/>
          </w:tcPr>
          <w:p w14:paraId="05451B10" w14:textId="77777777" w:rsidR="00C3303E" w:rsidRDefault="00C3303E" w:rsidP="00A410C2">
            <w:r>
              <w:t>01:20:49:20</w:t>
            </w:r>
          </w:p>
        </w:tc>
        <w:tc>
          <w:tcPr>
            <w:tcW w:w="2880" w:type="dxa"/>
          </w:tcPr>
          <w:p w14:paraId="472BDBED" w14:textId="77777777" w:rsidR="00C3303E" w:rsidRDefault="00C3303E" w:rsidP="00A410C2"/>
        </w:tc>
        <w:tc>
          <w:tcPr>
            <w:tcW w:w="2880" w:type="dxa"/>
          </w:tcPr>
          <w:p w14:paraId="78A0F163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Yes! </w:t>
            </w:r>
          </w:p>
        </w:tc>
      </w:tr>
      <w:tr w:rsidR="00C3303E" w14:paraId="2B665B65" w14:textId="77777777" w:rsidTr="00A410C2">
        <w:tc>
          <w:tcPr>
            <w:tcW w:w="2880" w:type="dxa"/>
          </w:tcPr>
          <w:p w14:paraId="6CA5E14B" w14:textId="77777777" w:rsidR="00C3303E" w:rsidRDefault="00C3303E" w:rsidP="00A410C2">
            <w:r>
              <w:t>01:20:50:22</w:t>
            </w:r>
          </w:p>
        </w:tc>
        <w:tc>
          <w:tcPr>
            <w:tcW w:w="2880" w:type="dxa"/>
          </w:tcPr>
          <w:p w14:paraId="32C0FC2C" w14:textId="77777777" w:rsidR="00C3303E" w:rsidRDefault="00C3303E" w:rsidP="00A410C2"/>
        </w:tc>
        <w:tc>
          <w:tcPr>
            <w:tcW w:w="2880" w:type="dxa"/>
          </w:tcPr>
          <w:p w14:paraId="3096FCA0" w14:textId="77777777" w:rsidR="00C3303E" w:rsidRDefault="00C3303E" w:rsidP="00A410C2">
            <w:r>
              <w:t xml:space="preserve">You are </w:t>
            </w:r>
            <w:proofErr w:type="gramStart"/>
            <w:r>
              <w:t>really good</w:t>
            </w:r>
            <w:proofErr w:type="gramEnd"/>
            <w:r>
              <w:t xml:space="preserve"> at noticing things! </w:t>
            </w:r>
          </w:p>
        </w:tc>
      </w:tr>
      <w:tr w:rsidR="00C3303E" w14:paraId="4D91B6D7" w14:textId="77777777" w:rsidTr="00A410C2">
        <w:tc>
          <w:tcPr>
            <w:tcW w:w="2880" w:type="dxa"/>
          </w:tcPr>
          <w:p w14:paraId="10CD004B" w14:textId="77777777" w:rsidR="00C3303E" w:rsidRDefault="00C3303E" w:rsidP="00A410C2">
            <w:r>
              <w:t>01:20:53:21</w:t>
            </w:r>
          </w:p>
        </w:tc>
        <w:tc>
          <w:tcPr>
            <w:tcW w:w="2880" w:type="dxa"/>
          </w:tcPr>
          <w:p w14:paraId="2391057B" w14:textId="77777777" w:rsidR="00C3303E" w:rsidRDefault="00C3303E" w:rsidP="00A410C2"/>
        </w:tc>
        <w:tc>
          <w:tcPr>
            <w:tcW w:w="2880" w:type="dxa"/>
          </w:tcPr>
          <w:p w14:paraId="0D8BF70F" w14:textId="77777777" w:rsidR="00C3303E" w:rsidRDefault="00C3303E" w:rsidP="00A410C2">
            <w:r>
              <w:t xml:space="preserve">Not everyone sees all the little things that you do! </w:t>
            </w:r>
          </w:p>
        </w:tc>
      </w:tr>
      <w:tr w:rsidR="00C3303E" w14:paraId="1221C52D" w14:textId="77777777" w:rsidTr="00A410C2">
        <w:tc>
          <w:tcPr>
            <w:tcW w:w="2880" w:type="dxa"/>
          </w:tcPr>
          <w:p w14:paraId="6A203F61" w14:textId="77777777" w:rsidR="00C3303E" w:rsidRDefault="00C3303E" w:rsidP="00A410C2">
            <w:r>
              <w:t>01:20:57:04</w:t>
            </w:r>
          </w:p>
        </w:tc>
        <w:tc>
          <w:tcPr>
            <w:tcW w:w="2880" w:type="dxa"/>
          </w:tcPr>
          <w:p w14:paraId="722C4DF1" w14:textId="77777777" w:rsidR="00C3303E" w:rsidRDefault="00C3303E" w:rsidP="00A410C2"/>
        </w:tc>
        <w:tc>
          <w:tcPr>
            <w:tcW w:w="2880" w:type="dxa"/>
          </w:tcPr>
          <w:p w14:paraId="28B7115C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Yeah, you're a superstar at noticing things, Elinor! </w:t>
            </w:r>
          </w:p>
        </w:tc>
      </w:tr>
      <w:tr w:rsidR="00C3303E" w14:paraId="259DC7CA" w14:textId="77777777" w:rsidTr="00A410C2">
        <w:tc>
          <w:tcPr>
            <w:tcW w:w="2880" w:type="dxa"/>
          </w:tcPr>
          <w:p w14:paraId="3495FF27" w14:textId="77777777" w:rsidR="00C3303E" w:rsidRDefault="00C3303E" w:rsidP="00A410C2">
            <w:r>
              <w:t>01:21:01:16</w:t>
            </w:r>
          </w:p>
        </w:tc>
        <w:tc>
          <w:tcPr>
            <w:tcW w:w="2880" w:type="dxa"/>
          </w:tcPr>
          <w:p w14:paraId="796A50A8" w14:textId="77777777" w:rsidR="00C3303E" w:rsidRDefault="00C3303E" w:rsidP="00A410C2"/>
        </w:tc>
        <w:tc>
          <w:tcPr>
            <w:tcW w:w="2880" w:type="dxa"/>
          </w:tcPr>
          <w:p w14:paraId="7EA546E5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I guess I am... </w:t>
            </w:r>
          </w:p>
        </w:tc>
      </w:tr>
      <w:tr w:rsidR="00C3303E" w14:paraId="4EE9BCAF" w14:textId="77777777" w:rsidTr="00A410C2">
        <w:tc>
          <w:tcPr>
            <w:tcW w:w="2880" w:type="dxa"/>
          </w:tcPr>
          <w:p w14:paraId="310648F4" w14:textId="77777777" w:rsidR="00C3303E" w:rsidRDefault="00C3303E" w:rsidP="00A410C2">
            <w:r>
              <w:t>01:21:03:08</w:t>
            </w:r>
          </w:p>
        </w:tc>
        <w:tc>
          <w:tcPr>
            <w:tcW w:w="2880" w:type="dxa"/>
          </w:tcPr>
          <w:p w14:paraId="592997CC" w14:textId="77777777" w:rsidR="00C3303E" w:rsidRDefault="00C3303E" w:rsidP="00A410C2"/>
        </w:tc>
        <w:tc>
          <w:tcPr>
            <w:tcW w:w="2880" w:type="dxa"/>
          </w:tcPr>
          <w:p w14:paraId="2BB1612D" w14:textId="77777777" w:rsidR="00C3303E" w:rsidRDefault="00C3303E" w:rsidP="00A410C2">
            <w:r>
              <w:t xml:space="preserve">But... is that good for soccer? </w:t>
            </w:r>
          </w:p>
        </w:tc>
      </w:tr>
      <w:tr w:rsidR="00C3303E" w14:paraId="689450F7" w14:textId="77777777" w:rsidTr="00A410C2">
        <w:tc>
          <w:tcPr>
            <w:tcW w:w="2880" w:type="dxa"/>
          </w:tcPr>
          <w:p w14:paraId="77F86E65" w14:textId="77777777" w:rsidR="00C3303E" w:rsidRDefault="00C3303E" w:rsidP="00A410C2">
            <w:r>
              <w:t>01:21:05:28</w:t>
            </w:r>
          </w:p>
        </w:tc>
        <w:tc>
          <w:tcPr>
            <w:tcW w:w="2880" w:type="dxa"/>
          </w:tcPr>
          <w:p w14:paraId="10B01D51" w14:textId="77777777" w:rsidR="00C3303E" w:rsidRDefault="00C3303E" w:rsidP="00A410C2"/>
        </w:tc>
        <w:tc>
          <w:tcPr>
            <w:tcW w:w="2880" w:type="dxa"/>
          </w:tcPr>
          <w:p w14:paraId="4F617362" w14:textId="77777777" w:rsidR="00C3303E" w:rsidRDefault="00C3303E" w:rsidP="00A410C2">
            <w:r>
              <w:rPr>
                <w:b/>
              </w:rPr>
              <w:t xml:space="preserve">MZ. MOLE: </w:t>
            </w:r>
            <w:proofErr w:type="gramStart"/>
            <w:r>
              <w:t>Of course</w:t>
            </w:r>
            <w:proofErr w:type="gramEnd"/>
            <w:r>
              <w:t xml:space="preserve"> it is! </w:t>
            </w:r>
          </w:p>
        </w:tc>
      </w:tr>
      <w:tr w:rsidR="00C3303E" w14:paraId="3ACD5589" w14:textId="77777777" w:rsidTr="00A410C2">
        <w:tc>
          <w:tcPr>
            <w:tcW w:w="2880" w:type="dxa"/>
          </w:tcPr>
          <w:p w14:paraId="1CF2EFD2" w14:textId="77777777" w:rsidR="00C3303E" w:rsidRDefault="00C3303E" w:rsidP="00A410C2">
            <w:r>
              <w:t>01:21:07:20</w:t>
            </w:r>
          </w:p>
        </w:tc>
        <w:tc>
          <w:tcPr>
            <w:tcW w:w="2880" w:type="dxa"/>
          </w:tcPr>
          <w:p w14:paraId="2EE707D5" w14:textId="77777777" w:rsidR="00C3303E" w:rsidRDefault="00C3303E" w:rsidP="00A410C2"/>
        </w:tc>
        <w:tc>
          <w:tcPr>
            <w:tcW w:w="2880" w:type="dxa"/>
          </w:tcPr>
          <w:p w14:paraId="70244739" w14:textId="77777777" w:rsidR="00C3303E" w:rsidRDefault="00C3303E" w:rsidP="00A410C2">
            <w:r>
              <w:t xml:space="preserve">Playing is also about working together... </w:t>
            </w:r>
          </w:p>
        </w:tc>
      </w:tr>
      <w:tr w:rsidR="00C3303E" w14:paraId="2EA25C39" w14:textId="77777777" w:rsidTr="00A410C2">
        <w:tc>
          <w:tcPr>
            <w:tcW w:w="2880" w:type="dxa"/>
          </w:tcPr>
          <w:p w14:paraId="72573E1C" w14:textId="77777777" w:rsidR="00C3303E" w:rsidRDefault="00C3303E" w:rsidP="00A410C2">
            <w:r>
              <w:t>01:21:10:22</w:t>
            </w:r>
          </w:p>
        </w:tc>
        <w:tc>
          <w:tcPr>
            <w:tcW w:w="2880" w:type="dxa"/>
          </w:tcPr>
          <w:p w14:paraId="17F6B41B" w14:textId="77777777" w:rsidR="00C3303E" w:rsidRDefault="00C3303E" w:rsidP="00A410C2"/>
        </w:tc>
        <w:tc>
          <w:tcPr>
            <w:tcW w:w="2880" w:type="dxa"/>
          </w:tcPr>
          <w:p w14:paraId="6E683411" w14:textId="77777777" w:rsidR="00C3303E" w:rsidRDefault="00C3303E" w:rsidP="00A410C2">
            <w:r>
              <w:t xml:space="preserve">and noticing what your teammates can do. </w:t>
            </w:r>
          </w:p>
        </w:tc>
      </w:tr>
      <w:tr w:rsidR="00C3303E" w14:paraId="725F6708" w14:textId="77777777" w:rsidTr="00A410C2">
        <w:tc>
          <w:tcPr>
            <w:tcW w:w="2880" w:type="dxa"/>
          </w:tcPr>
          <w:p w14:paraId="25B8CDDA" w14:textId="77777777" w:rsidR="00C3303E" w:rsidRDefault="00C3303E" w:rsidP="00A410C2">
            <w:r>
              <w:t>01:21:13:13</w:t>
            </w:r>
          </w:p>
        </w:tc>
        <w:tc>
          <w:tcPr>
            <w:tcW w:w="2880" w:type="dxa"/>
          </w:tcPr>
          <w:p w14:paraId="3DBDE130" w14:textId="77777777" w:rsidR="00C3303E" w:rsidRDefault="00C3303E" w:rsidP="00A410C2"/>
        </w:tc>
        <w:tc>
          <w:tcPr>
            <w:tcW w:w="2880" w:type="dxa"/>
          </w:tcPr>
          <w:p w14:paraId="3874C2BC" w14:textId="77777777" w:rsidR="00C3303E" w:rsidRDefault="00C3303E" w:rsidP="00A410C2">
            <w:r>
              <w:t xml:space="preserve">For example, </w:t>
            </w:r>
          </w:p>
        </w:tc>
      </w:tr>
      <w:tr w:rsidR="00C3303E" w14:paraId="0C86958D" w14:textId="77777777" w:rsidTr="00A410C2">
        <w:tc>
          <w:tcPr>
            <w:tcW w:w="2880" w:type="dxa"/>
          </w:tcPr>
          <w:p w14:paraId="51009BB6" w14:textId="77777777" w:rsidR="00C3303E" w:rsidRDefault="00C3303E" w:rsidP="00A410C2">
            <w:r>
              <w:lastRenderedPageBreak/>
              <w:t>01:21:14:13</w:t>
            </w:r>
          </w:p>
        </w:tc>
        <w:tc>
          <w:tcPr>
            <w:tcW w:w="2880" w:type="dxa"/>
          </w:tcPr>
          <w:p w14:paraId="1F626E0F" w14:textId="77777777" w:rsidR="00C3303E" w:rsidRDefault="00C3303E" w:rsidP="00A410C2"/>
        </w:tc>
        <w:tc>
          <w:tcPr>
            <w:tcW w:w="2880" w:type="dxa"/>
          </w:tcPr>
          <w:p w14:paraId="1E25003B" w14:textId="77777777" w:rsidR="00C3303E" w:rsidRDefault="00C3303E" w:rsidP="00A410C2">
            <w:r>
              <w:t xml:space="preserve">I bet you could tell us what Ari is good at in soccer. </w:t>
            </w:r>
          </w:p>
        </w:tc>
      </w:tr>
      <w:tr w:rsidR="00C3303E" w14:paraId="52E6EC51" w14:textId="77777777" w:rsidTr="00A410C2">
        <w:tc>
          <w:tcPr>
            <w:tcW w:w="2880" w:type="dxa"/>
          </w:tcPr>
          <w:p w14:paraId="22240BF4" w14:textId="77777777" w:rsidR="00C3303E" w:rsidRDefault="00C3303E" w:rsidP="00A410C2">
            <w:r>
              <w:t>01:21:18:14</w:t>
            </w:r>
          </w:p>
        </w:tc>
        <w:tc>
          <w:tcPr>
            <w:tcW w:w="2880" w:type="dxa"/>
          </w:tcPr>
          <w:p w14:paraId="5BEB5F4A" w14:textId="77777777" w:rsidR="00C3303E" w:rsidRDefault="00C3303E" w:rsidP="00A410C2"/>
        </w:tc>
        <w:tc>
          <w:tcPr>
            <w:tcW w:w="2880" w:type="dxa"/>
          </w:tcPr>
          <w:p w14:paraId="6FB376F1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Oh, I don't think I'm that good at playing soccer. </w:t>
            </w:r>
          </w:p>
        </w:tc>
      </w:tr>
      <w:tr w:rsidR="00C3303E" w14:paraId="5CB18E50" w14:textId="77777777" w:rsidTr="00A410C2">
        <w:tc>
          <w:tcPr>
            <w:tcW w:w="2880" w:type="dxa"/>
          </w:tcPr>
          <w:p w14:paraId="0004C781" w14:textId="77777777" w:rsidR="00C3303E" w:rsidRDefault="00C3303E" w:rsidP="00A410C2">
            <w:r>
              <w:t>01:21:21:18</w:t>
            </w:r>
          </w:p>
        </w:tc>
        <w:tc>
          <w:tcPr>
            <w:tcW w:w="2880" w:type="dxa"/>
          </w:tcPr>
          <w:p w14:paraId="52665ECD" w14:textId="77777777" w:rsidR="00C3303E" w:rsidRDefault="00C3303E" w:rsidP="00A410C2"/>
        </w:tc>
        <w:tc>
          <w:tcPr>
            <w:tcW w:w="2880" w:type="dxa"/>
          </w:tcPr>
          <w:p w14:paraId="3C4FCE7E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Well, Ari... </w:t>
            </w:r>
          </w:p>
        </w:tc>
      </w:tr>
      <w:tr w:rsidR="00C3303E" w14:paraId="555D56A3" w14:textId="77777777" w:rsidTr="00A410C2">
        <w:tc>
          <w:tcPr>
            <w:tcW w:w="2880" w:type="dxa"/>
          </w:tcPr>
          <w:p w14:paraId="22AD8B66" w14:textId="77777777" w:rsidR="00C3303E" w:rsidRDefault="00C3303E" w:rsidP="00A410C2">
            <w:r>
              <w:t>01:21:22:27</w:t>
            </w:r>
          </w:p>
        </w:tc>
        <w:tc>
          <w:tcPr>
            <w:tcW w:w="2880" w:type="dxa"/>
          </w:tcPr>
          <w:p w14:paraId="76C996F3" w14:textId="77777777" w:rsidR="00C3303E" w:rsidRDefault="00C3303E" w:rsidP="00A410C2"/>
        </w:tc>
        <w:tc>
          <w:tcPr>
            <w:tcW w:w="2880" w:type="dxa"/>
          </w:tcPr>
          <w:p w14:paraId="2EB0F2BF" w14:textId="77777777" w:rsidR="00C3303E" w:rsidRDefault="00C3303E" w:rsidP="00A410C2">
            <w:r>
              <w:t xml:space="preserve">I noticed your wings are </w:t>
            </w:r>
            <w:proofErr w:type="gramStart"/>
            <w:r>
              <w:t>really wide</w:t>
            </w:r>
            <w:proofErr w:type="gramEnd"/>
            <w:r>
              <w:t xml:space="preserve">. </w:t>
            </w:r>
          </w:p>
        </w:tc>
      </w:tr>
      <w:tr w:rsidR="00C3303E" w14:paraId="7F3430ED" w14:textId="77777777" w:rsidTr="00A410C2">
        <w:tc>
          <w:tcPr>
            <w:tcW w:w="2880" w:type="dxa"/>
          </w:tcPr>
          <w:p w14:paraId="78D18F77" w14:textId="77777777" w:rsidR="00C3303E" w:rsidRDefault="00C3303E" w:rsidP="00A410C2">
            <w:r>
              <w:t>01:21:25:21</w:t>
            </w:r>
          </w:p>
        </w:tc>
        <w:tc>
          <w:tcPr>
            <w:tcW w:w="2880" w:type="dxa"/>
          </w:tcPr>
          <w:p w14:paraId="1A79C9C9" w14:textId="77777777" w:rsidR="00C3303E" w:rsidRDefault="00C3303E" w:rsidP="00A410C2"/>
        </w:tc>
        <w:tc>
          <w:tcPr>
            <w:tcW w:w="2880" w:type="dxa"/>
          </w:tcPr>
          <w:p w14:paraId="4D3ED9BE" w14:textId="77777777" w:rsidR="00C3303E" w:rsidRDefault="00C3303E" w:rsidP="00A410C2">
            <w:r>
              <w:t xml:space="preserve">And you can fly up </w:t>
            </w:r>
            <w:proofErr w:type="gramStart"/>
            <w:r>
              <w:t>really high</w:t>
            </w:r>
            <w:proofErr w:type="gramEnd"/>
            <w:r>
              <w:t xml:space="preserve">. </w:t>
            </w:r>
          </w:p>
        </w:tc>
      </w:tr>
      <w:tr w:rsidR="00C3303E" w14:paraId="285EFAAA" w14:textId="77777777" w:rsidTr="00A410C2">
        <w:tc>
          <w:tcPr>
            <w:tcW w:w="2880" w:type="dxa"/>
          </w:tcPr>
          <w:p w14:paraId="1045EB50" w14:textId="77777777" w:rsidR="00C3303E" w:rsidRDefault="00C3303E" w:rsidP="00A410C2">
            <w:r>
              <w:t>01:21:28:11</w:t>
            </w:r>
          </w:p>
        </w:tc>
        <w:tc>
          <w:tcPr>
            <w:tcW w:w="2880" w:type="dxa"/>
          </w:tcPr>
          <w:p w14:paraId="65610F3D" w14:textId="77777777" w:rsidR="00C3303E" w:rsidRDefault="00C3303E" w:rsidP="00A410C2"/>
        </w:tc>
        <w:tc>
          <w:tcPr>
            <w:tcW w:w="2880" w:type="dxa"/>
          </w:tcPr>
          <w:p w14:paraId="57927352" w14:textId="77777777" w:rsidR="00C3303E" w:rsidRDefault="00C3303E" w:rsidP="00A410C2">
            <w:r>
              <w:t xml:space="preserve">And I noticed that you are </w:t>
            </w:r>
            <w:proofErr w:type="gramStart"/>
            <w:r>
              <w:t>really good</w:t>
            </w:r>
            <w:proofErr w:type="gramEnd"/>
            <w:r>
              <w:t xml:space="preserve"> at grabbing the ball </w:t>
            </w:r>
          </w:p>
        </w:tc>
      </w:tr>
      <w:tr w:rsidR="00C3303E" w14:paraId="0D4CAC42" w14:textId="77777777" w:rsidTr="00A410C2">
        <w:tc>
          <w:tcPr>
            <w:tcW w:w="2880" w:type="dxa"/>
          </w:tcPr>
          <w:p w14:paraId="5EC3187C" w14:textId="77777777" w:rsidR="00C3303E" w:rsidRDefault="00C3303E" w:rsidP="00A410C2">
            <w:r>
              <w:t>01:21:30:29</w:t>
            </w:r>
          </w:p>
        </w:tc>
        <w:tc>
          <w:tcPr>
            <w:tcW w:w="2880" w:type="dxa"/>
          </w:tcPr>
          <w:p w14:paraId="7D8F26E2" w14:textId="77777777" w:rsidR="00C3303E" w:rsidRDefault="00C3303E" w:rsidP="00A410C2"/>
        </w:tc>
        <w:tc>
          <w:tcPr>
            <w:tcW w:w="2880" w:type="dxa"/>
          </w:tcPr>
          <w:p w14:paraId="77D3A422" w14:textId="77777777" w:rsidR="00C3303E" w:rsidRDefault="00C3303E" w:rsidP="00A410C2">
            <w:r>
              <w:t xml:space="preserve">with your hands. </w:t>
            </w:r>
          </w:p>
        </w:tc>
      </w:tr>
      <w:tr w:rsidR="00C3303E" w14:paraId="66E3435A" w14:textId="77777777" w:rsidTr="00A410C2">
        <w:tc>
          <w:tcPr>
            <w:tcW w:w="2880" w:type="dxa"/>
          </w:tcPr>
          <w:p w14:paraId="517915D9" w14:textId="77777777" w:rsidR="00C3303E" w:rsidRDefault="00C3303E" w:rsidP="00A410C2">
            <w:r>
              <w:t>01:21:32:17</w:t>
            </w:r>
          </w:p>
        </w:tc>
        <w:tc>
          <w:tcPr>
            <w:tcW w:w="2880" w:type="dxa"/>
          </w:tcPr>
          <w:p w14:paraId="2D4816AD" w14:textId="77777777" w:rsidR="00C3303E" w:rsidRDefault="00C3303E" w:rsidP="00A410C2"/>
        </w:tc>
        <w:tc>
          <w:tcPr>
            <w:tcW w:w="2880" w:type="dxa"/>
          </w:tcPr>
          <w:p w14:paraId="419AB374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Yeah, it's a problem. </w:t>
            </w:r>
          </w:p>
        </w:tc>
      </w:tr>
      <w:tr w:rsidR="00C3303E" w14:paraId="15D52F8A" w14:textId="77777777" w:rsidTr="00A410C2">
        <w:tc>
          <w:tcPr>
            <w:tcW w:w="2880" w:type="dxa"/>
          </w:tcPr>
          <w:p w14:paraId="379BC836" w14:textId="77777777" w:rsidR="00C3303E" w:rsidRDefault="00C3303E" w:rsidP="00A410C2">
            <w:r>
              <w:t>01:21:35:05</w:t>
            </w:r>
          </w:p>
        </w:tc>
        <w:tc>
          <w:tcPr>
            <w:tcW w:w="2880" w:type="dxa"/>
          </w:tcPr>
          <w:p w14:paraId="6E5C8466" w14:textId="77777777" w:rsidR="00C3303E" w:rsidRDefault="00C3303E" w:rsidP="00A410C2"/>
        </w:tc>
        <w:tc>
          <w:tcPr>
            <w:tcW w:w="2880" w:type="dxa"/>
          </w:tcPr>
          <w:p w14:paraId="6E503384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No, don't you see? </w:t>
            </w:r>
          </w:p>
        </w:tc>
      </w:tr>
      <w:tr w:rsidR="00C3303E" w14:paraId="157C50D8" w14:textId="77777777" w:rsidTr="00A410C2">
        <w:tc>
          <w:tcPr>
            <w:tcW w:w="2880" w:type="dxa"/>
          </w:tcPr>
          <w:p w14:paraId="2E8D79DB" w14:textId="77777777" w:rsidR="00C3303E" w:rsidRDefault="00C3303E" w:rsidP="00A410C2">
            <w:r>
              <w:t>01:21:38:01</w:t>
            </w:r>
          </w:p>
        </w:tc>
        <w:tc>
          <w:tcPr>
            <w:tcW w:w="2880" w:type="dxa"/>
          </w:tcPr>
          <w:p w14:paraId="04888D4B" w14:textId="77777777" w:rsidR="00C3303E" w:rsidRDefault="00C3303E" w:rsidP="00A410C2"/>
        </w:tc>
        <w:tc>
          <w:tcPr>
            <w:tcW w:w="2880" w:type="dxa"/>
          </w:tcPr>
          <w:p w14:paraId="05A13BB5" w14:textId="77777777" w:rsidR="00C3303E" w:rsidRDefault="00C3303E" w:rsidP="00A410C2">
            <w:r>
              <w:t xml:space="preserve">I think you'd be </w:t>
            </w:r>
            <w:proofErr w:type="gramStart"/>
            <w:r>
              <w:t>really good</w:t>
            </w:r>
            <w:proofErr w:type="gramEnd"/>
            <w:r>
              <w:t xml:space="preserve"> at being the goalie! </w:t>
            </w:r>
          </w:p>
        </w:tc>
      </w:tr>
      <w:tr w:rsidR="00C3303E" w14:paraId="22D02AD3" w14:textId="77777777" w:rsidTr="00A410C2">
        <w:tc>
          <w:tcPr>
            <w:tcW w:w="2880" w:type="dxa"/>
          </w:tcPr>
          <w:p w14:paraId="5D3629E3" w14:textId="77777777" w:rsidR="00C3303E" w:rsidRDefault="00C3303E" w:rsidP="00A410C2">
            <w:r>
              <w:t>01:21:40:28</w:t>
            </w:r>
          </w:p>
        </w:tc>
        <w:tc>
          <w:tcPr>
            <w:tcW w:w="2880" w:type="dxa"/>
          </w:tcPr>
          <w:p w14:paraId="01F1C4E2" w14:textId="77777777" w:rsidR="00C3303E" w:rsidRDefault="00C3303E" w:rsidP="00A410C2"/>
        </w:tc>
        <w:tc>
          <w:tcPr>
            <w:tcW w:w="2880" w:type="dxa"/>
          </w:tcPr>
          <w:p w14:paraId="331AB64B" w14:textId="77777777" w:rsidR="00C3303E" w:rsidRDefault="00C3303E" w:rsidP="00A410C2">
            <w:r>
              <w:t xml:space="preserve">Goalies can grab the ball with their hands! </w:t>
            </w:r>
          </w:p>
        </w:tc>
      </w:tr>
      <w:tr w:rsidR="00C3303E" w14:paraId="77DC6C81" w14:textId="77777777" w:rsidTr="00A410C2">
        <w:tc>
          <w:tcPr>
            <w:tcW w:w="2880" w:type="dxa"/>
          </w:tcPr>
          <w:p w14:paraId="2707A763" w14:textId="77777777" w:rsidR="00C3303E" w:rsidRDefault="00C3303E" w:rsidP="00A410C2">
            <w:r>
              <w:t>01:21:43:14</w:t>
            </w:r>
          </w:p>
        </w:tc>
        <w:tc>
          <w:tcPr>
            <w:tcW w:w="2880" w:type="dxa"/>
          </w:tcPr>
          <w:p w14:paraId="6BAD466C" w14:textId="77777777" w:rsidR="00C3303E" w:rsidRDefault="00C3303E" w:rsidP="00A410C2"/>
        </w:tc>
        <w:tc>
          <w:tcPr>
            <w:tcW w:w="2880" w:type="dxa"/>
          </w:tcPr>
          <w:p w14:paraId="717385AF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And wings! </w:t>
            </w:r>
          </w:p>
        </w:tc>
      </w:tr>
      <w:tr w:rsidR="00C3303E" w14:paraId="1756852F" w14:textId="77777777" w:rsidTr="00A410C2">
        <w:tc>
          <w:tcPr>
            <w:tcW w:w="2880" w:type="dxa"/>
          </w:tcPr>
          <w:p w14:paraId="5E3B7A49" w14:textId="77777777" w:rsidR="00C3303E" w:rsidRDefault="00C3303E" w:rsidP="00A410C2">
            <w:r>
              <w:t>01:21:45:10</w:t>
            </w:r>
          </w:p>
        </w:tc>
        <w:tc>
          <w:tcPr>
            <w:tcW w:w="2880" w:type="dxa"/>
          </w:tcPr>
          <w:p w14:paraId="2ACF323D" w14:textId="77777777" w:rsidR="00C3303E" w:rsidRDefault="00C3303E" w:rsidP="00A410C2"/>
        </w:tc>
        <w:tc>
          <w:tcPr>
            <w:tcW w:w="2880" w:type="dxa"/>
          </w:tcPr>
          <w:p w14:paraId="69C72154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Hey, I like that! </w:t>
            </w:r>
          </w:p>
        </w:tc>
      </w:tr>
      <w:tr w:rsidR="00C3303E" w14:paraId="10919A35" w14:textId="77777777" w:rsidTr="00A410C2">
        <w:tc>
          <w:tcPr>
            <w:tcW w:w="2880" w:type="dxa"/>
          </w:tcPr>
          <w:p w14:paraId="6D40249A" w14:textId="77777777" w:rsidR="00C3303E" w:rsidRDefault="00C3303E" w:rsidP="00A410C2">
            <w:r>
              <w:t>01:21:48:00</w:t>
            </w:r>
          </w:p>
        </w:tc>
        <w:tc>
          <w:tcPr>
            <w:tcW w:w="2880" w:type="dxa"/>
          </w:tcPr>
          <w:p w14:paraId="50C9218E" w14:textId="77777777" w:rsidR="00C3303E" w:rsidRDefault="00C3303E" w:rsidP="00A410C2"/>
        </w:tc>
        <w:tc>
          <w:tcPr>
            <w:tcW w:w="2880" w:type="dxa"/>
          </w:tcPr>
          <w:p w14:paraId="4F1916EE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See, Elinor? </w:t>
            </w:r>
          </w:p>
        </w:tc>
      </w:tr>
      <w:tr w:rsidR="00C3303E" w14:paraId="1D190946" w14:textId="77777777" w:rsidTr="00A410C2">
        <w:tc>
          <w:tcPr>
            <w:tcW w:w="2880" w:type="dxa"/>
          </w:tcPr>
          <w:p w14:paraId="3CD58C64" w14:textId="77777777" w:rsidR="00C3303E" w:rsidRDefault="00C3303E" w:rsidP="00A410C2">
            <w:r>
              <w:t>01:21:49:15</w:t>
            </w:r>
          </w:p>
        </w:tc>
        <w:tc>
          <w:tcPr>
            <w:tcW w:w="2880" w:type="dxa"/>
          </w:tcPr>
          <w:p w14:paraId="6777A773" w14:textId="77777777" w:rsidR="00C3303E" w:rsidRDefault="00C3303E" w:rsidP="00A410C2"/>
        </w:tc>
        <w:tc>
          <w:tcPr>
            <w:tcW w:w="2880" w:type="dxa"/>
          </w:tcPr>
          <w:p w14:paraId="745FDFC9" w14:textId="77777777" w:rsidR="00C3303E" w:rsidRDefault="00C3303E" w:rsidP="00A410C2">
            <w:r>
              <w:t xml:space="preserve">When you look closely, you see that everyone is different, </w:t>
            </w:r>
          </w:p>
        </w:tc>
      </w:tr>
      <w:tr w:rsidR="00C3303E" w14:paraId="219EA8D7" w14:textId="77777777" w:rsidTr="00A410C2">
        <w:tc>
          <w:tcPr>
            <w:tcW w:w="2880" w:type="dxa"/>
          </w:tcPr>
          <w:p w14:paraId="64858198" w14:textId="77777777" w:rsidR="00C3303E" w:rsidRDefault="00C3303E" w:rsidP="00A410C2">
            <w:r>
              <w:t>01:21:53:15</w:t>
            </w:r>
          </w:p>
        </w:tc>
        <w:tc>
          <w:tcPr>
            <w:tcW w:w="2880" w:type="dxa"/>
          </w:tcPr>
          <w:p w14:paraId="70C982C7" w14:textId="77777777" w:rsidR="00C3303E" w:rsidRDefault="00C3303E" w:rsidP="00A410C2"/>
        </w:tc>
        <w:tc>
          <w:tcPr>
            <w:tcW w:w="2880" w:type="dxa"/>
          </w:tcPr>
          <w:p w14:paraId="7DAAEEF8" w14:textId="77777777" w:rsidR="00C3303E" w:rsidRDefault="00C3303E" w:rsidP="00A410C2">
            <w:r>
              <w:t xml:space="preserve">and everyone is good at different things! </w:t>
            </w:r>
          </w:p>
        </w:tc>
      </w:tr>
      <w:tr w:rsidR="00C3303E" w14:paraId="2BBFF904" w14:textId="77777777" w:rsidTr="00A410C2">
        <w:tc>
          <w:tcPr>
            <w:tcW w:w="2880" w:type="dxa"/>
          </w:tcPr>
          <w:p w14:paraId="5EC0069D" w14:textId="77777777" w:rsidR="00C3303E" w:rsidRDefault="00C3303E" w:rsidP="00A410C2">
            <w:r>
              <w:t>01:21:56:18</w:t>
            </w:r>
          </w:p>
        </w:tc>
        <w:tc>
          <w:tcPr>
            <w:tcW w:w="2880" w:type="dxa"/>
          </w:tcPr>
          <w:p w14:paraId="07CA8BF5" w14:textId="77777777" w:rsidR="00C3303E" w:rsidRDefault="00C3303E" w:rsidP="00A410C2"/>
        </w:tc>
        <w:tc>
          <w:tcPr>
            <w:tcW w:w="2880" w:type="dxa"/>
          </w:tcPr>
          <w:p w14:paraId="0067DE18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C3303E" w14:paraId="31B7211B" w14:textId="77777777" w:rsidTr="00A410C2">
        <w:tc>
          <w:tcPr>
            <w:tcW w:w="2880" w:type="dxa"/>
          </w:tcPr>
          <w:p w14:paraId="7EC0CE11" w14:textId="77777777" w:rsidR="00C3303E" w:rsidRDefault="00C3303E" w:rsidP="00A410C2">
            <w:r>
              <w:lastRenderedPageBreak/>
              <w:t>01:21:59:19</w:t>
            </w:r>
          </w:p>
        </w:tc>
        <w:tc>
          <w:tcPr>
            <w:tcW w:w="2880" w:type="dxa"/>
          </w:tcPr>
          <w:p w14:paraId="45AE5291" w14:textId="77777777" w:rsidR="00C3303E" w:rsidRDefault="00C3303E" w:rsidP="00A410C2"/>
        </w:tc>
        <w:tc>
          <w:tcPr>
            <w:tcW w:w="2880" w:type="dxa"/>
          </w:tcPr>
          <w:p w14:paraId="4BA27033" w14:textId="77777777" w:rsidR="00C3303E" w:rsidRDefault="00C3303E" w:rsidP="00A410C2">
            <w:r>
              <w:t xml:space="preserve">We need more observations! </w:t>
            </w:r>
          </w:p>
        </w:tc>
      </w:tr>
      <w:tr w:rsidR="00C3303E" w14:paraId="20141321" w14:textId="77777777" w:rsidTr="00A410C2">
        <w:tc>
          <w:tcPr>
            <w:tcW w:w="2880" w:type="dxa"/>
          </w:tcPr>
          <w:p w14:paraId="597DD4B6" w14:textId="77777777" w:rsidR="00C3303E" w:rsidRDefault="00C3303E" w:rsidP="00A410C2">
            <w:r>
              <w:t>01:22:02:12</w:t>
            </w:r>
          </w:p>
        </w:tc>
        <w:tc>
          <w:tcPr>
            <w:tcW w:w="2880" w:type="dxa"/>
          </w:tcPr>
          <w:p w14:paraId="4B562408" w14:textId="77777777" w:rsidR="00C3303E" w:rsidRDefault="00C3303E" w:rsidP="00A410C2"/>
        </w:tc>
        <w:tc>
          <w:tcPr>
            <w:tcW w:w="2880" w:type="dxa"/>
          </w:tcPr>
          <w:p w14:paraId="42B11F8C" w14:textId="77777777" w:rsidR="00C3303E" w:rsidRDefault="00C3303E" w:rsidP="00A410C2">
            <w:r>
              <w:t xml:space="preserve">[ººº] </w:t>
            </w:r>
          </w:p>
        </w:tc>
      </w:tr>
      <w:tr w:rsidR="00C3303E" w14:paraId="69D15B53" w14:textId="77777777" w:rsidTr="00A410C2">
        <w:tc>
          <w:tcPr>
            <w:tcW w:w="2880" w:type="dxa"/>
          </w:tcPr>
          <w:p w14:paraId="3D2EA797" w14:textId="77777777" w:rsidR="00C3303E" w:rsidRDefault="00C3303E" w:rsidP="00A410C2">
            <w:r>
              <w:t>01:22:04:09</w:t>
            </w:r>
          </w:p>
        </w:tc>
        <w:tc>
          <w:tcPr>
            <w:tcW w:w="2880" w:type="dxa"/>
          </w:tcPr>
          <w:p w14:paraId="41E01416" w14:textId="77777777" w:rsidR="00C3303E" w:rsidRDefault="00C3303E" w:rsidP="00A410C2"/>
        </w:tc>
        <w:tc>
          <w:tcPr>
            <w:tcW w:w="2880" w:type="dxa"/>
          </w:tcPr>
          <w:p w14:paraId="4C6F6DBA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º Some kids are </w:t>
            </w:r>
            <w:proofErr w:type="gramStart"/>
            <w:r>
              <w:t>really tall</w:t>
            </w:r>
            <w:proofErr w:type="gramEnd"/>
            <w:r>
              <w:t xml:space="preserve">, º </w:t>
            </w:r>
          </w:p>
        </w:tc>
      </w:tr>
      <w:tr w:rsidR="00C3303E" w14:paraId="2AC4F255" w14:textId="77777777" w:rsidTr="00A410C2">
        <w:tc>
          <w:tcPr>
            <w:tcW w:w="2880" w:type="dxa"/>
          </w:tcPr>
          <w:p w14:paraId="1FA9686E" w14:textId="77777777" w:rsidR="00C3303E" w:rsidRDefault="00C3303E" w:rsidP="00A410C2">
            <w:r>
              <w:t>01:22:06:16</w:t>
            </w:r>
          </w:p>
        </w:tc>
        <w:tc>
          <w:tcPr>
            <w:tcW w:w="2880" w:type="dxa"/>
          </w:tcPr>
          <w:p w14:paraId="4117FF4E" w14:textId="77777777" w:rsidR="00C3303E" w:rsidRDefault="00C3303E" w:rsidP="00A410C2"/>
        </w:tc>
        <w:tc>
          <w:tcPr>
            <w:tcW w:w="2880" w:type="dxa"/>
          </w:tcPr>
          <w:p w14:paraId="50AA27C8" w14:textId="77777777" w:rsidR="00C3303E" w:rsidRDefault="00C3303E" w:rsidP="00A410C2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others are really quick! º </w:t>
            </w:r>
          </w:p>
        </w:tc>
      </w:tr>
      <w:tr w:rsidR="00C3303E" w14:paraId="48E80267" w14:textId="77777777" w:rsidTr="00A410C2">
        <w:tc>
          <w:tcPr>
            <w:tcW w:w="2880" w:type="dxa"/>
          </w:tcPr>
          <w:p w14:paraId="60917614" w14:textId="77777777" w:rsidR="00C3303E" w:rsidRDefault="00C3303E" w:rsidP="00A410C2">
            <w:r>
              <w:t>01:22:09:04</w:t>
            </w:r>
          </w:p>
        </w:tc>
        <w:tc>
          <w:tcPr>
            <w:tcW w:w="2880" w:type="dxa"/>
          </w:tcPr>
          <w:p w14:paraId="476BB6E1" w14:textId="77777777" w:rsidR="00C3303E" w:rsidRDefault="00C3303E" w:rsidP="00A410C2"/>
        </w:tc>
        <w:tc>
          <w:tcPr>
            <w:tcW w:w="2880" w:type="dxa"/>
          </w:tcPr>
          <w:p w14:paraId="0A53B8DF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º Some kids are </w:t>
            </w:r>
            <w:proofErr w:type="gramStart"/>
            <w:r>
              <w:t>really small</w:t>
            </w:r>
            <w:proofErr w:type="gramEnd"/>
            <w:r>
              <w:t xml:space="preserve">, º </w:t>
            </w:r>
          </w:p>
        </w:tc>
      </w:tr>
      <w:tr w:rsidR="00C3303E" w14:paraId="5DE6996B" w14:textId="77777777" w:rsidTr="00A410C2">
        <w:tc>
          <w:tcPr>
            <w:tcW w:w="2880" w:type="dxa"/>
          </w:tcPr>
          <w:p w14:paraId="07B0F686" w14:textId="77777777" w:rsidR="00C3303E" w:rsidRDefault="00C3303E" w:rsidP="00A410C2">
            <w:r>
              <w:t>01:22:11:19</w:t>
            </w:r>
          </w:p>
        </w:tc>
        <w:tc>
          <w:tcPr>
            <w:tcW w:w="2880" w:type="dxa"/>
          </w:tcPr>
          <w:p w14:paraId="2AEE22A3" w14:textId="77777777" w:rsidR="00C3303E" w:rsidRDefault="00C3303E" w:rsidP="00A410C2"/>
        </w:tc>
        <w:tc>
          <w:tcPr>
            <w:tcW w:w="2880" w:type="dxa"/>
          </w:tcPr>
          <w:p w14:paraId="0CB38449" w14:textId="77777777" w:rsidR="00C3303E" w:rsidRDefault="00C3303E" w:rsidP="00A410C2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some can really kick! º </w:t>
            </w:r>
          </w:p>
        </w:tc>
      </w:tr>
      <w:tr w:rsidR="00C3303E" w14:paraId="760DFAE4" w14:textId="77777777" w:rsidTr="00A410C2">
        <w:tc>
          <w:tcPr>
            <w:tcW w:w="2880" w:type="dxa"/>
          </w:tcPr>
          <w:p w14:paraId="729880D9" w14:textId="77777777" w:rsidR="00C3303E" w:rsidRDefault="00C3303E" w:rsidP="00A410C2">
            <w:r>
              <w:t>01:22:14:09</w:t>
            </w:r>
          </w:p>
        </w:tc>
        <w:tc>
          <w:tcPr>
            <w:tcW w:w="2880" w:type="dxa"/>
          </w:tcPr>
          <w:p w14:paraId="5F940302" w14:textId="77777777" w:rsidR="00C3303E" w:rsidRDefault="00C3303E" w:rsidP="00A410C2"/>
        </w:tc>
        <w:tc>
          <w:tcPr>
            <w:tcW w:w="2880" w:type="dxa"/>
          </w:tcPr>
          <w:p w14:paraId="4C445F6F" w14:textId="77777777" w:rsidR="00C3303E" w:rsidRDefault="00C3303E" w:rsidP="00A410C2">
            <w:r>
              <w:rPr>
                <w:b/>
              </w:rPr>
              <w:t xml:space="preserve">BOTH: </w:t>
            </w:r>
            <w:r>
              <w:t xml:space="preserve">º Ring-a-ding-ding it's great to sing. º </w:t>
            </w:r>
          </w:p>
        </w:tc>
      </w:tr>
      <w:tr w:rsidR="00C3303E" w14:paraId="0221FBDA" w14:textId="77777777" w:rsidTr="00A410C2">
        <w:tc>
          <w:tcPr>
            <w:tcW w:w="2880" w:type="dxa"/>
          </w:tcPr>
          <w:p w14:paraId="115EE74E" w14:textId="77777777" w:rsidR="00C3303E" w:rsidRDefault="00C3303E" w:rsidP="00A410C2">
            <w:r>
              <w:t>01:22:16:24</w:t>
            </w:r>
          </w:p>
        </w:tc>
        <w:tc>
          <w:tcPr>
            <w:tcW w:w="2880" w:type="dxa"/>
          </w:tcPr>
          <w:p w14:paraId="00DC5329" w14:textId="77777777" w:rsidR="00C3303E" w:rsidRDefault="00C3303E" w:rsidP="00A410C2"/>
        </w:tc>
        <w:tc>
          <w:tcPr>
            <w:tcW w:w="2880" w:type="dxa"/>
          </w:tcPr>
          <w:p w14:paraId="1F6F0BBC" w14:textId="77777777" w:rsidR="00C3303E" w:rsidRDefault="00C3303E" w:rsidP="00A410C2">
            <w:r>
              <w:t xml:space="preserve">º We're all good at different things! º </w:t>
            </w:r>
          </w:p>
        </w:tc>
      </w:tr>
      <w:tr w:rsidR="00C3303E" w14:paraId="13D942E0" w14:textId="77777777" w:rsidTr="00A410C2">
        <w:tc>
          <w:tcPr>
            <w:tcW w:w="2880" w:type="dxa"/>
          </w:tcPr>
          <w:p w14:paraId="6CC77CEC" w14:textId="77777777" w:rsidR="00C3303E" w:rsidRDefault="00C3303E" w:rsidP="00A410C2">
            <w:r>
              <w:t>01:22:19:12</w:t>
            </w:r>
          </w:p>
        </w:tc>
        <w:tc>
          <w:tcPr>
            <w:tcW w:w="2880" w:type="dxa"/>
          </w:tcPr>
          <w:p w14:paraId="3C105E10" w14:textId="77777777" w:rsidR="00C3303E" w:rsidRDefault="00C3303E" w:rsidP="00A410C2"/>
        </w:tc>
        <w:tc>
          <w:tcPr>
            <w:tcW w:w="2880" w:type="dxa"/>
          </w:tcPr>
          <w:p w14:paraId="5AF56966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º Playing games is fun for all! º </w:t>
            </w:r>
          </w:p>
        </w:tc>
      </w:tr>
      <w:tr w:rsidR="00C3303E" w14:paraId="6BACC5EE" w14:textId="77777777" w:rsidTr="00A410C2">
        <w:tc>
          <w:tcPr>
            <w:tcW w:w="2880" w:type="dxa"/>
          </w:tcPr>
          <w:p w14:paraId="10E75688" w14:textId="77777777" w:rsidR="00C3303E" w:rsidRDefault="00C3303E" w:rsidP="00A410C2">
            <w:r>
              <w:t>01:22:21:28</w:t>
            </w:r>
          </w:p>
        </w:tc>
        <w:tc>
          <w:tcPr>
            <w:tcW w:w="2880" w:type="dxa"/>
          </w:tcPr>
          <w:p w14:paraId="15EF5A01" w14:textId="77777777" w:rsidR="00C3303E" w:rsidRDefault="00C3303E" w:rsidP="00A410C2"/>
        </w:tc>
        <w:tc>
          <w:tcPr>
            <w:tcW w:w="2880" w:type="dxa"/>
          </w:tcPr>
          <w:p w14:paraId="1A5C8D7D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º Whether you are tall or small! º </w:t>
            </w:r>
          </w:p>
        </w:tc>
      </w:tr>
      <w:tr w:rsidR="00C3303E" w14:paraId="05ED78E2" w14:textId="77777777" w:rsidTr="00A410C2">
        <w:tc>
          <w:tcPr>
            <w:tcW w:w="2880" w:type="dxa"/>
          </w:tcPr>
          <w:p w14:paraId="5E322D47" w14:textId="77777777" w:rsidR="00C3303E" w:rsidRDefault="00C3303E" w:rsidP="00A410C2">
            <w:r>
              <w:t>01:22:24:15</w:t>
            </w:r>
          </w:p>
        </w:tc>
        <w:tc>
          <w:tcPr>
            <w:tcW w:w="2880" w:type="dxa"/>
          </w:tcPr>
          <w:p w14:paraId="45FFD356" w14:textId="77777777" w:rsidR="00C3303E" w:rsidRDefault="00C3303E" w:rsidP="00A410C2"/>
        </w:tc>
        <w:tc>
          <w:tcPr>
            <w:tcW w:w="2880" w:type="dxa"/>
          </w:tcPr>
          <w:p w14:paraId="025B5C38" w14:textId="77777777" w:rsidR="00C3303E" w:rsidRDefault="00C3303E" w:rsidP="00A410C2">
            <w:r>
              <w:rPr>
                <w:b/>
              </w:rPr>
              <w:t xml:space="preserve">BOTH: </w:t>
            </w:r>
            <w:r>
              <w:t xml:space="preserve">º There's always a place for you! º </w:t>
            </w:r>
          </w:p>
        </w:tc>
      </w:tr>
      <w:tr w:rsidR="00C3303E" w14:paraId="0373DD7C" w14:textId="77777777" w:rsidTr="00A410C2">
        <w:tc>
          <w:tcPr>
            <w:tcW w:w="2880" w:type="dxa"/>
          </w:tcPr>
          <w:p w14:paraId="024333D9" w14:textId="77777777" w:rsidR="00C3303E" w:rsidRDefault="00C3303E" w:rsidP="00A410C2">
            <w:r>
              <w:t>01:22:26:27</w:t>
            </w:r>
          </w:p>
        </w:tc>
        <w:tc>
          <w:tcPr>
            <w:tcW w:w="2880" w:type="dxa"/>
          </w:tcPr>
          <w:p w14:paraId="6728C9B6" w14:textId="77777777" w:rsidR="00C3303E" w:rsidRDefault="00C3303E" w:rsidP="00A410C2"/>
        </w:tc>
        <w:tc>
          <w:tcPr>
            <w:tcW w:w="2880" w:type="dxa"/>
          </w:tcPr>
          <w:p w14:paraId="22CF3D6A" w14:textId="77777777" w:rsidR="00C3303E" w:rsidRDefault="00C3303E" w:rsidP="00A410C2">
            <w:r>
              <w:t xml:space="preserve">º No matter what you can do! º </w:t>
            </w:r>
          </w:p>
        </w:tc>
      </w:tr>
      <w:tr w:rsidR="00C3303E" w14:paraId="0AE1059E" w14:textId="77777777" w:rsidTr="00A410C2">
        <w:tc>
          <w:tcPr>
            <w:tcW w:w="2880" w:type="dxa"/>
          </w:tcPr>
          <w:p w14:paraId="0F048696" w14:textId="77777777" w:rsidR="00C3303E" w:rsidRDefault="00C3303E" w:rsidP="00A410C2">
            <w:r>
              <w:t>01:22:29:17</w:t>
            </w:r>
          </w:p>
        </w:tc>
        <w:tc>
          <w:tcPr>
            <w:tcW w:w="2880" w:type="dxa"/>
          </w:tcPr>
          <w:p w14:paraId="3BABE63C" w14:textId="77777777" w:rsidR="00C3303E" w:rsidRDefault="00C3303E" w:rsidP="00A410C2"/>
        </w:tc>
        <w:tc>
          <w:tcPr>
            <w:tcW w:w="2880" w:type="dxa"/>
          </w:tcPr>
          <w:p w14:paraId="4CAC590C" w14:textId="77777777" w:rsidR="00C3303E" w:rsidRDefault="00C3303E" w:rsidP="00A410C2">
            <w:r>
              <w:t xml:space="preserve">º Ring-a-ding-ding it's great to sing, º </w:t>
            </w:r>
          </w:p>
        </w:tc>
      </w:tr>
      <w:tr w:rsidR="00C3303E" w14:paraId="6847D89F" w14:textId="77777777" w:rsidTr="00A410C2">
        <w:tc>
          <w:tcPr>
            <w:tcW w:w="2880" w:type="dxa"/>
          </w:tcPr>
          <w:p w14:paraId="75A13338" w14:textId="77777777" w:rsidR="00C3303E" w:rsidRDefault="00C3303E" w:rsidP="00A410C2">
            <w:r>
              <w:t>01:22:32:02</w:t>
            </w:r>
          </w:p>
        </w:tc>
        <w:tc>
          <w:tcPr>
            <w:tcW w:w="2880" w:type="dxa"/>
          </w:tcPr>
          <w:p w14:paraId="4436EDB8" w14:textId="77777777" w:rsidR="00C3303E" w:rsidRDefault="00C3303E" w:rsidP="00A410C2"/>
        </w:tc>
        <w:tc>
          <w:tcPr>
            <w:tcW w:w="2880" w:type="dxa"/>
          </w:tcPr>
          <w:p w14:paraId="0A4A87C9" w14:textId="77777777" w:rsidR="00C3303E" w:rsidRDefault="00C3303E" w:rsidP="00A410C2">
            <w:r>
              <w:t xml:space="preserve">º We're all good at different things! º </w:t>
            </w:r>
          </w:p>
        </w:tc>
      </w:tr>
      <w:tr w:rsidR="00C3303E" w14:paraId="55A78D66" w14:textId="77777777" w:rsidTr="00A410C2">
        <w:tc>
          <w:tcPr>
            <w:tcW w:w="2880" w:type="dxa"/>
          </w:tcPr>
          <w:p w14:paraId="274E4B37" w14:textId="77777777" w:rsidR="00C3303E" w:rsidRDefault="00C3303E" w:rsidP="00A410C2">
            <w:r>
              <w:t>01:22:34:18</w:t>
            </w:r>
          </w:p>
        </w:tc>
        <w:tc>
          <w:tcPr>
            <w:tcW w:w="2880" w:type="dxa"/>
          </w:tcPr>
          <w:p w14:paraId="01A855B3" w14:textId="77777777" w:rsidR="00C3303E" w:rsidRDefault="00C3303E" w:rsidP="00A410C2"/>
        </w:tc>
        <w:tc>
          <w:tcPr>
            <w:tcW w:w="2880" w:type="dxa"/>
          </w:tcPr>
          <w:p w14:paraId="31EC69E7" w14:textId="77777777" w:rsidR="00C3303E" w:rsidRDefault="00C3303E" w:rsidP="00A410C2">
            <w:r>
              <w:t xml:space="preserve">º Ring-a-ding-ding it's great to sing, º </w:t>
            </w:r>
          </w:p>
        </w:tc>
      </w:tr>
      <w:tr w:rsidR="00C3303E" w14:paraId="4A162C82" w14:textId="77777777" w:rsidTr="00A410C2">
        <w:tc>
          <w:tcPr>
            <w:tcW w:w="2880" w:type="dxa"/>
          </w:tcPr>
          <w:p w14:paraId="17E8562A" w14:textId="77777777" w:rsidR="00C3303E" w:rsidRDefault="00C3303E" w:rsidP="00A410C2">
            <w:r>
              <w:t>01:22:37:01</w:t>
            </w:r>
          </w:p>
        </w:tc>
        <w:tc>
          <w:tcPr>
            <w:tcW w:w="2880" w:type="dxa"/>
          </w:tcPr>
          <w:p w14:paraId="473E4BCB" w14:textId="77777777" w:rsidR="00C3303E" w:rsidRDefault="00C3303E" w:rsidP="00A410C2"/>
        </w:tc>
        <w:tc>
          <w:tcPr>
            <w:tcW w:w="2880" w:type="dxa"/>
          </w:tcPr>
          <w:p w14:paraId="3BEE8FFA" w14:textId="77777777" w:rsidR="00C3303E" w:rsidRDefault="00C3303E" w:rsidP="00A410C2">
            <w:r>
              <w:t xml:space="preserve">º We're all good at different things! º </w:t>
            </w:r>
          </w:p>
        </w:tc>
      </w:tr>
      <w:tr w:rsidR="00C3303E" w14:paraId="333695A7" w14:textId="77777777" w:rsidTr="00A410C2">
        <w:tc>
          <w:tcPr>
            <w:tcW w:w="2880" w:type="dxa"/>
          </w:tcPr>
          <w:p w14:paraId="4FB64407" w14:textId="77777777" w:rsidR="00C3303E" w:rsidRDefault="00C3303E" w:rsidP="00A410C2">
            <w:r>
              <w:lastRenderedPageBreak/>
              <w:t>01:22:41:03</w:t>
            </w:r>
          </w:p>
        </w:tc>
        <w:tc>
          <w:tcPr>
            <w:tcW w:w="2880" w:type="dxa"/>
          </w:tcPr>
          <w:p w14:paraId="1E5CA15A" w14:textId="77777777" w:rsidR="00C3303E" w:rsidRDefault="00C3303E" w:rsidP="00A410C2"/>
        </w:tc>
        <w:tc>
          <w:tcPr>
            <w:tcW w:w="2880" w:type="dxa"/>
          </w:tcPr>
          <w:p w14:paraId="62A6C73F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Who's ready to play a game? </w:t>
            </w:r>
          </w:p>
        </w:tc>
      </w:tr>
      <w:tr w:rsidR="00C3303E" w14:paraId="63C18A2E" w14:textId="77777777" w:rsidTr="00A410C2">
        <w:tc>
          <w:tcPr>
            <w:tcW w:w="2880" w:type="dxa"/>
          </w:tcPr>
          <w:p w14:paraId="5017F25F" w14:textId="77777777" w:rsidR="00C3303E" w:rsidRDefault="00C3303E" w:rsidP="00A410C2">
            <w:r>
              <w:t>01:22:43:12</w:t>
            </w:r>
          </w:p>
        </w:tc>
        <w:tc>
          <w:tcPr>
            <w:tcW w:w="2880" w:type="dxa"/>
          </w:tcPr>
          <w:p w14:paraId="41BA0406" w14:textId="77777777" w:rsidR="00C3303E" w:rsidRDefault="00C3303E" w:rsidP="00A410C2"/>
        </w:tc>
        <w:tc>
          <w:tcPr>
            <w:tcW w:w="2880" w:type="dxa"/>
          </w:tcPr>
          <w:p w14:paraId="18392808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Let's go! </w:t>
            </w:r>
          </w:p>
        </w:tc>
      </w:tr>
      <w:tr w:rsidR="00C3303E" w14:paraId="2D00F89B" w14:textId="77777777" w:rsidTr="00A410C2">
        <w:tc>
          <w:tcPr>
            <w:tcW w:w="2880" w:type="dxa"/>
          </w:tcPr>
          <w:p w14:paraId="12DEE74C" w14:textId="77777777" w:rsidR="00C3303E" w:rsidRDefault="00C3303E" w:rsidP="00A410C2">
            <w:r>
              <w:t>01:22:44:16</w:t>
            </w:r>
          </w:p>
        </w:tc>
        <w:tc>
          <w:tcPr>
            <w:tcW w:w="2880" w:type="dxa"/>
          </w:tcPr>
          <w:p w14:paraId="0C5C0742" w14:textId="77777777" w:rsidR="00C3303E" w:rsidRDefault="00C3303E" w:rsidP="00A410C2"/>
        </w:tc>
        <w:tc>
          <w:tcPr>
            <w:tcW w:w="2880" w:type="dxa"/>
          </w:tcPr>
          <w:p w14:paraId="418F2EBE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C3303E" w14:paraId="6C86E70D" w14:textId="77777777" w:rsidTr="00A410C2">
        <w:tc>
          <w:tcPr>
            <w:tcW w:w="2880" w:type="dxa"/>
          </w:tcPr>
          <w:p w14:paraId="194E1406" w14:textId="77777777" w:rsidR="00C3303E" w:rsidRDefault="00C3303E" w:rsidP="00A410C2">
            <w:r>
              <w:t>01:22:52:02</w:t>
            </w:r>
          </w:p>
        </w:tc>
        <w:tc>
          <w:tcPr>
            <w:tcW w:w="2880" w:type="dxa"/>
          </w:tcPr>
          <w:p w14:paraId="6362E91E" w14:textId="77777777" w:rsidR="00C3303E" w:rsidRDefault="00C3303E" w:rsidP="00A410C2"/>
        </w:tc>
        <w:tc>
          <w:tcPr>
            <w:tcW w:w="2880" w:type="dxa"/>
          </w:tcPr>
          <w:p w14:paraId="649613EA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[whistles] </w:t>
            </w:r>
          </w:p>
        </w:tc>
      </w:tr>
      <w:tr w:rsidR="00C3303E" w14:paraId="3A886F2D" w14:textId="77777777" w:rsidTr="00A410C2">
        <w:tc>
          <w:tcPr>
            <w:tcW w:w="2880" w:type="dxa"/>
          </w:tcPr>
          <w:p w14:paraId="0E5ABEE8" w14:textId="77777777" w:rsidR="00C3303E" w:rsidRDefault="00C3303E" w:rsidP="00A410C2">
            <w:r>
              <w:t>01:22:53:02</w:t>
            </w:r>
          </w:p>
        </w:tc>
        <w:tc>
          <w:tcPr>
            <w:tcW w:w="2880" w:type="dxa"/>
          </w:tcPr>
          <w:p w14:paraId="4A5A9463" w14:textId="77777777" w:rsidR="00C3303E" w:rsidRDefault="00C3303E" w:rsidP="00A410C2"/>
        </w:tc>
        <w:tc>
          <w:tcPr>
            <w:tcW w:w="2880" w:type="dxa"/>
          </w:tcPr>
          <w:p w14:paraId="0FFB6618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C3303E" w14:paraId="151B9ED7" w14:textId="77777777" w:rsidTr="00A410C2">
        <w:tc>
          <w:tcPr>
            <w:tcW w:w="2880" w:type="dxa"/>
          </w:tcPr>
          <w:p w14:paraId="1F1DDDA1" w14:textId="77777777" w:rsidR="00C3303E" w:rsidRDefault="00C3303E" w:rsidP="00A410C2">
            <w:r>
              <w:t>01:22:56:07</w:t>
            </w:r>
          </w:p>
        </w:tc>
        <w:tc>
          <w:tcPr>
            <w:tcW w:w="2880" w:type="dxa"/>
          </w:tcPr>
          <w:p w14:paraId="57CC1984" w14:textId="77777777" w:rsidR="00C3303E" w:rsidRDefault="00C3303E" w:rsidP="00A410C2"/>
        </w:tc>
        <w:tc>
          <w:tcPr>
            <w:tcW w:w="2880" w:type="dxa"/>
          </w:tcPr>
          <w:p w14:paraId="4BFBC75A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Me! </w:t>
            </w:r>
          </w:p>
        </w:tc>
      </w:tr>
      <w:tr w:rsidR="00C3303E" w14:paraId="58E30543" w14:textId="77777777" w:rsidTr="00A410C2">
        <w:tc>
          <w:tcPr>
            <w:tcW w:w="2880" w:type="dxa"/>
          </w:tcPr>
          <w:p w14:paraId="5FA95B18" w14:textId="77777777" w:rsidR="00C3303E" w:rsidRDefault="00C3303E" w:rsidP="00A410C2">
            <w:r>
              <w:t>01:22:59:24</w:t>
            </w:r>
          </w:p>
        </w:tc>
        <w:tc>
          <w:tcPr>
            <w:tcW w:w="2880" w:type="dxa"/>
          </w:tcPr>
          <w:p w14:paraId="7F18A25F" w14:textId="77777777" w:rsidR="00C3303E" w:rsidRDefault="00C3303E" w:rsidP="00A410C2"/>
        </w:tc>
        <w:tc>
          <w:tcPr>
            <w:tcW w:w="2880" w:type="dxa"/>
          </w:tcPr>
          <w:p w14:paraId="6F1A23F9" w14:textId="77777777" w:rsidR="00C3303E" w:rsidRDefault="00C3303E" w:rsidP="00A410C2">
            <w:r>
              <w:rPr>
                <w:b/>
              </w:rPr>
              <w:t xml:space="preserve">LIZZIE: </w:t>
            </w:r>
            <w:r>
              <w:t xml:space="preserve">[giggle] </w:t>
            </w:r>
          </w:p>
        </w:tc>
      </w:tr>
      <w:tr w:rsidR="00C3303E" w14:paraId="5A93F324" w14:textId="77777777" w:rsidTr="00A410C2">
        <w:tc>
          <w:tcPr>
            <w:tcW w:w="2880" w:type="dxa"/>
          </w:tcPr>
          <w:p w14:paraId="184DB448" w14:textId="77777777" w:rsidR="00C3303E" w:rsidRDefault="00C3303E" w:rsidP="00A410C2">
            <w:r>
              <w:t>01:23:05:12</w:t>
            </w:r>
          </w:p>
        </w:tc>
        <w:tc>
          <w:tcPr>
            <w:tcW w:w="2880" w:type="dxa"/>
          </w:tcPr>
          <w:p w14:paraId="7809F8EE" w14:textId="77777777" w:rsidR="00C3303E" w:rsidRDefault="00C3303E" w:rsidP="00A410C2"/>
        </w:tc>
        <w:tc>
          <w:tcPr>
            <w:tcW w:w="2880" w:type="dxa"/>
          </w:tcPr>
          <w:p w14:paraId="319FCD4E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C3303E" w14:paraId="4A20D857" w14:textId="77777777" w:rsidTr="00A410C2">
        <w:tc>
          <w:tcPr>
            <w:tcW w:w="2880" w:type="dxa"/>
          </w:tcPr>
          <w:p w14:paraId="78E382B1" w14:textId="77777777" w:rsidR="00C3303E" w:rsidRDefault="00C3303E" w:rsidP="00A410C2">
            <w:r>
              <w:t>01:23:07:19</w:t>
            </w:r>
          </w:p>
        </w:tc>
        <w:tc>
          <w:tcPr>
            <w:tcW w:w="2880" w:type="dxa"/>
          </w:tcPr>
          <w:p w14:paraId="4B19BF9B" w14:textId="77777777" w:rsidR="00C3303E" w:rsidRDefault="00C3303E" w:rsidP="00A410C2"/>
        </w:tc>
        <w:tc>
          <w:tcPr>
            <w:tcW w:w="2880" w:type="dxa"/>
          </w:tcPr>
          <w:p w14:paraId="35D8682A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I love soccer! </w:t>
            </w:r>
          </w:p>
        </w:tc>
      </w:tr>
      <w:tr w:rsidR="00C3303E" w14:paraId="4031E5E6" w14:textId="77777777" w:rsidTr="00A410C2">
        <w:tc>
          <w:tcPr>
            <w:tcW w:w="2880" w:type="dxa"/>
          </w:tcPr>
          <w:p w14:paraId="69186D93" w14:textId="77777777" w:rsidR="00C3303E" w:rsidRDefault="00C3303E" w:rsidP="00A410C2">
            <w:r>
              <w:t>01:23:12:24</w:t>
            </w:r>
          </w:p>
        </w:tc>
        <w:tc>
          <w:tcPr>
            <w:tcW w:w="2880" w:type="dxa"/>
          </w:tcPr>
          <w:p w14:paraId="693096C9" w14:textId="77777777" w:rsidR="00C3303E" w:rsidRDefault="00C3303E" w:rsidP="00A410C2"/>
        </w:tc>
        <w:tc>
          <w:tcPr>
            <w:tcW w:w="2880" w:type="dxa"/>
          </w:tcPr>
          <w:p w14:paraId="08159CED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Whoops! </w:t>
            </w:r>
          </w:p>
        </w:tc>
      </w:tr>
      <w:tr w:rsidR="00C3303E" w14:paraId="6CF95325" w14:textId="77777777" w:rsidTr="00A410C2">
        <w:tc>
          <w:tcPr>
            <w:tcW w:w="2880" w:type="dxa"/>
          </w:tcPr>
          <w:p w14:paraId="554D6C10" w14:textId="77777777" w:rsidR="00C3303E" w:rsidRDefault="00C3303E" w:rsidP="00A410C2">
            <w:r>
              <w:t>01:23:13:28</w:t>
            </w:r>
          </w:p>
        </w:tc>
        <w:tc>
          <w:tcPr>
            <w:tcW w:w="2880" w:type="dxa"/>
          </w:tcPr>
          <w:p w14:paraId="163794E8" w14:textId="77777777" w:rsidR="00C3303E" w:rsidRDefault="00C3303E" w:rsidP="00A410C2"/>
        </w:tc>
        <w:tc>
          <w:tcPr>
            <w:tcW w:w="2880" w:type="dxa"/>
          </w:tcPr>
          <w:p w14:paraId="6D583BC1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Hey! </w:t>
            </w:r>
          </w:p>
        </w:tc>
      </w:tr>
      <w:tr w:rsidR="00C3303E" w14:paraId="38A8C9E7" w14:textId="77777777" w:rsidTr="00A410C2">
        <w:tc>
          <w:tcPr>
            <w:tcW w:w="2880" w:type="dxa"/>
          </w:tcPr>
          <w:p w14:paraId="33F7B258" w14:textId="77777777" w:rsidR="00C3303E" w:rsidRDefault="00C3303E" w:rsidP="00A410C2">
            <w:r>
              <w:t>01:23:19:22</w:t>
            </w:r>
          </w:p>
        </w:tc>
        <w:tc>
          <w:tcPr>
            <w:tcW w:w="2880" w:type="dxa"/>
          </w:tcPr>
          <w:p w14:paraId="4081B635" w14:textId="77777777" w:rsidR="00C3303E" w:rsidRDefault="00C3303E" w:rsidP="00A410C2"/>
        </w:tc>
        <w:tc>
          <w:tcPr>
            <w:tcW w:w="2880" w:type="dxa"/>
          </w:tcPr>
          <w:p w14:paraId="4B37D9BB" w14:textId="77777777" w:rsidR="00C3303E" w:rsidRDefault="00C3303E" w:rsidP="00A410C2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C3303E" w14:paraId="1BB8CC68" w14:textId="77777777" w:rsidTr="00A410C2">
        <w:tc>
          <w:tcPr>
            <w:tcW w:w="2880" w:type="dxa"/>
          </w:tcPr>
          <w:p w14:paraId="3E567D22" w14:textId="77777777" w:rsidR="00C3303E" w:rsidRDefault="00C3303E" w:rsidP="00A410C2">
            <w:r>
              <w:t>01:23:23:18</w:t>
            </w:r>
          </w:p>
        </w:tc>
        <w:tc>
          <w:tcPr>
            <w:tcW w:w="2880" w:type="dxa"/>
          </w:tcPr>
          <w:p w14:paraId="170B4F81" w14:textId="77777777" w:rsidR="00C3303E" w:rsidRDefault="00C3303E" w:rsidP="00A410C2"/>
        </w:tc>
        <w:tc>
          <w:tcPr>
            <w:tcW w:w="2880" w:type="dxa"/>
          </w:tcPr>
          <w:p w14:paraId="27F5CCA6" w14:textId="77777777" w:rsidR="00C3303E" w:rsidRDefault="00C3303E" w:rsidP="00A410C2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C3303E" w14:paraId="11D6A7F0" w14:textId="77777777" w:rsidTr="00A410C2">
        <w:tc>
          <w:tcPr>
            <w:tcW w:w="2880" w:type="dxa"/>
          </w:tcPr>
          <w:p w14:paraId="1B866BEE" w14:textId="77777777" w:rsidR="00C3303E" w:rsidRDefault="00C3303E" w:rsidP="00A410C2">
            <w:r>
              <w:t>01:23:24:22</w:t>
            </w:r>
          </w:p>
        </w:tc>
        <w:tc>
          <w:tcPr>
            <w:tcW w:w="2880" w:type="dxa"/>
          </w:tcPr>
          <w:p w14:paraId="0EE73B24" w14:textId="77777777" w:rsidR="00C3303E" w:rsidRDefault="00C3303E" w:rsidP="00A410C2"/>
        </w:tc>
        <w:tc>
          <w:tcPr>
            <w:tcW w:w="2880" w:type="dxa"/>
          </w:tcPr>
          <w:p w14:paraId="57D497F6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Elinor! You're </w:t>
            </w:r>
            <w:proofErr w:type="gramStart"/>
            <w:r>
              <w:t>really good</w:t>
            </w:r>
            <w:proofErr w:type="gramEnd"/>
            <w:r>
              <w:t xml:space="preserve"> at jumping to the ball... </w:t>
            </w:r>
          </w:p>
        </w:tc>
      </w:tr>
      <w:tr w:rsidR="00C3303E" w14:paraId="60ABD7D8" w14:textId="77777777" w:rsidTr="00A410C2">
        <w:tc>
          <w:tcPr>
            <w:tcW w:w="2880" w:type="dxa"/>
          </w:tcPr>
          <w:p w14:paraId="72F5676B" w14:textId="77777777" w:rsidR="00C3303E" w:rsidRDefault="00C3303E" w:rsidP="00A410C2">
            <w:r>
              <w:t>01:23:27:04</w:t>
            </w:r>
          </w:p>
        </w:tc>
        <w:tc>
          <w:tcPr>
            <w:tcW w:w="2880" w:type="dxa"/>
          </w:tcPr>
          <w:p w14:paraId="4B8D6DC7" w14:textId="77777777" w:rsidR="00C3303E" w:rsidRDefault="00C3303E" w:rsidP="00A410C2"/>
        </w:tc>
        <w:tc>
          <w:tcPr>
            <w:tcW w:w="2880" w:type="dxa"/>
          </w:tcPr>
          <w:p w14:paraId="0BB95984" w14:textId="77777777" w:rsidR="00C3303E" w:rsidRDefault="00C3303E" w:rsidP="00A410C2">
            <w:r>
              <w:t xml:space="preserve">when it's up high! </w:t>
            </w:r>
          </w:p>
        </w:tc>
      </w:tr>
      <w:tr w:rsidR="00C3303E" w14:paraId="52690408" w14:textId="77777777" w:rsidTr="00A410C2">
        <w:tc>
          <w:tcPr>
            <w:tcW w:w="2880" w:type="dxa"/>
          </w:tcPr>
          <w:p w14:paraId="3B8470D5" w14:textId="77777777" w:rsidR="00C3303E" w:rsidRDefault="00C3303E" w:rsidP="00A410C2">
            <w:r>
              <w:t>01:23:28:10</w:t>
            </w:r>
          </w:p>
        </w:tc>
        <w:tc>
          <w:tcPr>
            <w:tcW w:w="2880" w:type="dxa"/>
          </w:tcPr>
          <w:p w14:paraId="62E95C6A" w14:textId="77777777" w:rsidR="00C3303E" w:rsidRDefault="00C3303E" w:rsidP="00A410C2"/>
        </w:tc>
        <w:tc>
          <w:tcPr>
            <w:tcW w:w="2880" w:type="dxa"/>
          </w:tcPr>
          <w:p w14:paraId="2D8B41D3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I guess my rabbit legs and feet are good for hopping! </w:t>
            </w:r>
          </w:p>
        </w:tc>
      </w:tr>
      <w:tr w:rsidR="00C3303E" w14:paraId="66208796" w14:textId="77777777" w:rsidTr="00A410C2">
        <w:tc>
          <w:tcPr>
            <w:tcW w:w="2880" w:type="dxa"/>
          </w:tcPr>
          <w:p w14:paraId="21CC9295" w14:textId="77777777" w:rsidR="00C3303E" w:rsidRDefault="00C3303E" w:rsidP="00A410C2">
            <w:r>
              <w:t>01:23:32:12</w:t>
            </w:r>
          </w:p>
        </w:tc>
        <w:tc>
          <w:tcPr>
            <w:tcW w:w="2880" w:type="dxa"/>
          </w:tcPr>
          <w:p w14:paraId="40201248" w14:textId="77777777" w:rsidR="00C3303E" w:rsidRDefault="00C3303E" w:rsidP="00A410C2"/>
        </w:tc>
        <w:tc>
          <w:tcPr>
            <w:tcW w:w="2880" w:type="dxa"/>
          </w:tcPr>
          <w:p w14:paraId="296A17D1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And your ears are good for stopping the ball, </w:t>
            </w:r>
          </w:p>
        </w:tc>
      </w:tr>
      <w:tr w:rsidR="00C3303E" w14:paraId="7A8471C5" w14:textId="77777777" w:rsidTr="00A410C2">
        <w:tc>
          <w:tcPr>
            <w:tcW w:w="2880" w:type="dxa"/>
          </w:tcPr>
          <w:p w14:paraId="08FE7D75" w14:textId="77777777" w:rsidR="00C3303E" w:rsidRDefault="00C3303E" w:rsidP="00A410C2">
            <w:r>
              <w:t>01:23:35:09</w:t>
            </w:r>
          </w:p>
        </w:tc>
        <w:tc>
          <w:tcPr>
            <w:tcW w:w="2880" w:type="dxa"/>
          </w:tcPr>
          <w:p w14:paraId="261F9D90" w14:textId="77777777" w:rsidR="00C3303E" w:rsidRDefault="00C3303E" w:rsidP="00A410C2"/>
        </w:tc>
        <w:tc>
          <w:tcPr>
            <w:tcW w:w="2880" w:type="dxa"/>
          </w:tcPr>
          <w:p w14:paraId="25EC6FA9" w14:textId="77777777" w:rsidR="00C3303E" w:rsidRDefault="00C3303E" w:rsidP="00A410C2">
            <w:r>
              <w:t xml:space="preserve">which... </w:t>
            </w:r>
          </w:p>
        </w:tc>
      </w:tr>
      <w:tr w:rsidR="00C3303E" w14:paraId="2A9D2F5C" w14:textId="77777777" w:rsidTr="00A410C2">
        <w:tc>
          <w:tcPr>
            <w:tcW w:w="2880" w:type="dxa"/>
          </w:tcPr>
          <w:p w14:paraId="460D886E" w14:textId="77777777" w:rsidR="00C3303E" w:rsidRDefault="00C3303E" w:rsidP="00A410C2">
            <w:r>
              <w:t>01:23:36:19</w:t>
            </w:r>
          </w:p>
        </w:tc>
        <w:tc>
          <w:tcPr>
            <w:tcW w:w="2880" w:type="dxa"/>
          </w:tcPr>
          <w:p w14:paraId="1037B32A" w14:textId="77777777" w:rsidR="00C3303E" w:rsidRDefault="00C3303E" w:rsidP="00A410C2"/>
        </w:tc>
        <w:tc>
          <w:tcPr>
            <w:tcW w:w="2880" w:type="dxa"/>
          </w:tcPr>
          <w:p w14:paraId="43E10582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...you can do because they're not your hands! </w:t>
            </w:r>
          </w:p>
        </w:tc>
      </w:tr>
      <w:tr w:rsidR="00C3303E" w14:paraId="3D7C6B47" w14:textId="77777777" w:rsidTr="00A410C2">
        <w:tc>
          <w:tcPr>
            <w:tcW w:w="2880" w:type="dxa"/>
          </w:tcPr>
          <w:p w14:paraId="6B2E9BCF" w14:textId="77777777" w:rsidR="00C3303E" w:rsidRDefault="00C3303E" w:rsidP="00A410C2">
            <w:r>
              <w:t>01:23:39:09</w:t>
            </w:r>
          </w:p>
        </w:tc>
        <w:tc>
          <w:tcPr>
            <w:tcW w:w="2880" w:type="dxa"/>
          </w:tcPr>
          <w:p w14:paraId="761C47A9" w14:textId="77777777" w:rsidR="00C3303E" w:rsidRDefault="00C3303E" w:rsidP="00A410C2"/>
        </w:tc>
        <w:tc>
          <w:tcPr>
            <w:tcW w:w="2880" w:type="dxa"/>
          </w:tcPr>
          <w:p w14:paraId="35F61B27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[laughs] </w:t>
            </w:r>
            <w:r>
              <w:rPr>
                <w:b/>
              </w:rPr>
              <w:t xml:space="preserve">OLIVE: </w:t>
            </w:r>
            <w:r>
              <w:t xml:space="preserve">[laughs] </w:t>
            </w:r>
          </w:p>
        </w:tc>
      </w:tr>
      <w:tr w:rsidR="00C3303E" w14:paraId="39ED7653" w14:textId="77777777" w:rsidTr="00A410C2">
        <w:tc>
          <w:tcPr>
            <w:tcW w:w="2880" w:type="dxa"/>
          </w:tcPr>
          <w:p w14:paraId="692C60E7" w14:textId="77777777" w:rsidR="00C3303E" w:rsidRDefault="00C3303E" w:rsidP="00A410C2">
            <w:r>
              <w:lastRenderedPageBreak/>
              <w:t>01:23:45:05</w:t>
            </w:r>
          </w:p>
        </w:tc>
        <w:tc>
          <w:tcPr>
            <w:tcW w:w="2880" w:type="dxa"/>
          </w:tcPr>
          <w:p w14:paraId="668E5D26" w14:textId="77777777" w:rsidR="00C3303E" w:rsidRDefault="00C3303E" w:rsidP="00A410C2"/>
        </w:tc>
        <w:tc>
          <w:tcPr>
            <w:tcW w:w="2880" w:type="dxa"/>
          </w:tcPr>
          <w:p w14:paraId="7E9875D5" w14:textId="77777777" w:rsidR="00C3303E" w:rsidRDefault="00C3303E" w:rsidP="00A410C2">
            <w:r>
              <w:rPr>
                <w:b/>
              </w:rPr>
              <w:t xml:space="preserve">ELINOR: </w:t>
            </w:r>
            <w:proofErr w:type="spellStart"/>
            <w:r>
              <w:t>Whoooa</w:t>
            </w:r>
            <w:proofErr w:type="spellEnd"/>
            <w:r>
              <w:t xml:space="preserve">... </w:t>
            </w:r>
          </w:p>
        </w:tc>
      </w:tr>
      <w:tr w:rsidR="00C3303E" w14:paraId="27F39584" w14:textId="77777777" w:rsidTr="00A410C2">
        <w:tc>
          <w:tcPr>
            <w:tcW w:w="2880" w:type="dxa"/>
          </w:tcPr>
          <w:p w14:paraId="65E11110" w14:textId="77777777" w:rsidR="00C3303E" w:rsidRDefault="00C3303E" w:rsidP="00A410C2">
            <w:r>
              <w:t>01:23:46:26</w:t>
            </w:r>
          </w:p>
        </w:tc>
        <w:tc>
          <w:tcPr>
            <w:tcW w:w="2880" w:type="dxa"/>
          </w:tcPr>
          <w:p w14:paraId="06587486" w14:textId="77777777" w:rsidR="00C3303E" w:rsidRDefault="00C3303E" w:rsidP="00A410C2"/>
        </w:tc>
        <w:tc>
          <w:tcPr>
            <w:tcW w:w="2880" w:type="dxa"/>
          </w:tcPr>
          <w:p w14:paraId="0A7AE6C4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It's heading for the goal! </w:t>
            </w:r>
          </w:p>
        </w:tc>
      </w:tr>
      <w:tr w:rsidR="00C3303E" w14:paraId="250324C6" w14:textId="77777777" w:rsidTr="00A410C2">
        <w:tc>
          <w:tcPr>
            <w:tcW w:w="2880" w:type="dxa"/>
          </w:tcPr>
          <w:p w14:paraId="46BBB827" w14:textId="77777777" w:rsidR="00C3303E" w:rsidRDefault="00C3303E" w:rsidP="00A410C2">
            <w:r>
              <w:t>01:23:48:08</w:t>
            </w:r>
          </w:p>
        </w:tc>
        <w:tc>
          <w:tcPr>
            <w:tcW w:w="2880" w:type="dxa"/>
          </w:tcPr>
          <w:p w14:paraId="2A9489C9" w14:textId="77777777" w:rsidR="00C3303E" w:rsidRDefault="00C3303E" w:rsidP="00A410C2"/>
        </w:tc>
        <w:tc>
          <w:tcPr>
            <w:tcW w:w="2880" w:type="dxa"/>
          </w:tcPr>
          <w:p w14:paraId="1F76A0CA" w14:textId="77777777" w:rsidR="00C3303E" w:rsidRDefault="00C3303E" w:rsidP="00A410C2">
            <w:r>
              <w:rPr>
                <w:b/>
              </w:rPr>
              <w:t xml:space="preserve">SALLY: </w:t>
            </w:r>
            <w:r>
              <w:t xml:space="preserve">Whoa! </w:t>
            </w:r>
            <w:r>
              <w:rPr>
                <w:b/>
              </w:rPr>
              <w:t xml:space="preserve">LIZZIE: </w:t>
            </w:r>
            <w:r>
              <w:t xml:space="preserve">Oh my! </w:t>
            </w:r>
          </w:p>
        </w:tc>
      </w:tr>
      <w:tr w:rsidR="00C3303E" w14:paraId="5E41E1FA" w14:textId="77777777" w:rsidTr="00A410C2">
        <w:tc>
          <w:tcPr>
            <w:tcW w:w="2880" w:type="dxa"/>
          </w:tcPr>
          <w:p w14:paraId="04A68D09" w14:textId="77777777" w:rsidR="00C3303E" w:rsidRDefault="00C3303E" w:rsidP="00A410C2">
            <w:r>
              <w:t>01:23:52:02</w:t>
            </w:r>
          </w:p>
        </w:tc>
        <w:tc>
          <w:tcPr>
            <w:tcW w:w="2880" w:type="dxa"/>
          </w:tcPr>
          <w:p w14:paraId="047D423A" w14:textId="77777777" w:rsidR="00C3303E" w:rsidRDefault="00C3303E" w:rsidP="00A410C2"/>
        </w:tc>
        <w:tc>
          <w:tcPr>
            <w:tcW w:w="2880" w:type="dxa"/>
          </w:tcPr>
          <w:p w14:paraId="54626823" w14:textId="77777777" w:rsidR="00C3303E" w:rsidRDefault="00C3303E" w:rsidP="00A410C2">
            <w:r>
              <w:rPr>
                <w:b/>
              </w:rPr>
              <w:t xml:space="preserve">ALL: </w:t>
            </w:r>
            <w:r>
              <w:t xml:space="preserve">Whoa! </w:t>
            </w:r>
          </w:p>
        </w:tc>
      </w:tr>
      <w:tr w:rsidR="00C3303E" w14:paraId="3C25C0B7" w14:textId="77777777" w:rsidTr="00A410C2">
        <w:tc>
          <w:tcPr>
            <w:tcW w:w="2880" w:type="dxa"/>
          </w:tcPr>
          <w:p w14:paraId="208716CE" w14:textId="77777777" w:rsidR="00C3303E" w:rsidRDefault="00C3303E" w:rsidP="00A410C2">
            <w:r>
              <w:t>01:23:54:00</w:t>
            </w:r>
          </w:p>
        </w:tc>
        <w:tc>
          <w:tcPr>
            <w:tcW w:w="2880" w:type="dxa"/>
          </w:tcPr>
          <w:p w14:paraId="79828E49" w14:textId="77777777" w:rsidR="00C3303E" w:rsidRDefault="00C3303E" w:rsidP="00A410C2"/>
        </w:tc>
        <w:tc>
          <w:tcPr>
            <w:tcW w:w="2880" w:type="dxa"/>
          </w:tcPr>
          <w:p w14:paraId="2099823A" w14:textId="77777777" w:rsidR="00C3303E" w:rsidRDefault="00C3303E" w:rsidP="00A410C2">
            <w:r>
              <w:rPr>
                <w:b/>
              </w:rPr>
              <w:t xml:space="preserve">OLIVE: </w:t>
            </w:r>
            <w:r>
              <w:t xml:space="preserve">Nice save, Ari! </w:t>
            </w:r>
          </w:p>
        </w:tc>
      </w:tr>
      <w:tr w:rsidR="00C3303E" w14:paraId="63D4B341" w14:textId="77777777" w:rsidTr="00A410C2">
        <w:tc>
          <w:tcPr>
            <w:tcW w:w="2880" w:type="dxa"/>
          </w:tcPr>
          <w:p w14:paraId="0F5EF790" w14:textId="77777777" w:rsidR="00C3303E" w:rsidRDefault="00C3303E" w:rsidP="00A410C2">
            <w:r>
              <w:t>01:23:55:26</w:t>
            </w:r>
          </w:p>
        </w:tc>
        <w:tc>
          <w:tcPr>
            <w:tcW w:w="2880" w:type="dxa"/>
          </w:tcPr>
          <w:p w14:paraId="494C02F0" w14:textId="77777777" w:rsidR="00C3303E" w:rsidRDefault="00C3303E" w:rsidP="00A410C2"/>
        </w:tc>
        <w:tc>
          <w:tcPr>
            <w:tcW w:w="2880" w:type="dxa"/>
          </w:tcPr>
          <w:p w14:paraId="041990CD" w14:textId="77777777" w:rsidR="00C3303E" w:rsidRDefault="00C3303E" w:rsidP="00A410C2">
            <w:r>
              <w:rPr>
                <w:b/>
              </w:rPr>
              <w:t xml:space="preserve">KIDS: </w:t>
            </w:r>
            <w:r>
              <w:t xml:space="preserve">[cheer] [laugh] </w:t>
            </w:r>
          </w:p>
        </w:tc>
      </w:tr>
      <w:tr w:rsidR="00C3303E" w14:paraId="77A1CE26" w14:textId="77777777" w:rsidTr="00A410C2">
        <w:tc>
          <w:tcPr>
            <w:tcW w:w="2880" w:type="dxa"/>
          </w:tcPr>
          <w:p w14:paraId="71EDB9F3" w14:textId="77777777" w:rsidR="00C3303E" w:rsidRDefault="00C3303E" w:rsidP="00A410C2">
            <w:r>
              <w:t>01:23:58:03</w:t>
            </w:r>
          </w:p>
        </w:tc>
        <w:tc>
          <w:tcPr>
            <w:tcW w:w="2880" w:type="dxa"/>
          </w:tcPr>
          <w:p w14:paraId="48038A5A" w14:textId="77777777" w:rsidR="00C3303E" w:rsidRDefault="00C3303E" w:rsidP="00A410C2"/>
        </w:tc>
        <w:tc>
          <w:tcPr>
            <w:tcW w:w="2880" w:type="dxa"/>
          </w:tcPr>
          <w:p w14:paraId="4ADF67E6" w14:textId="77777777" w:rsidR="00C3303E" w:rsidRDefault="00C3303E" w:rsidP="00A410C2">
            <w:r>
              <w:rPr>
                <w:b/>
              </w:rPr>
              <w:t xml:space="preserve">ARI: </w:t>
            </w:r>
            <w:r>
              <w:t xml:space="preserve">Oh yeah! Super Goalie Soccer Star! </w:t>
            </w:r>
          </w:p>
        </w:tc>
      </w:tr>
      <w:tr w:rsidR="00C3303E" w14:paraId="26798C80" w14:textId="77777777" w:rsidTr="00A410C2">
        <w:tc>
          <w:tcPr>
            <w:tcW w:w="2880" w:type="dxa"/>
          </w:tcPr>
          <w:p w14:paraId="156E81B7" w14:textId="77777777" w:rsidR="00C3303E" w:rsidRDefault="00C3303E" w:rsidP="00A410C2">
            <w:r>
              <w:t>01:24:00:22</w:t>
            </w:r>
          </w:p>
        </w:tc>
        <w:tc>
          <w:tcPr>
            <w:tcW w:w="2880" w:type="dxa"/>
          </w:tcPr>
          <w:p w14:paraId="4B731156" w14:textId="77777777" w:rsidR="00C3303E" w:rsidRDefault="00C3303E" w:rsidP="00A410C2"/>
        </w:tc>
        <w:tc>
          <w:tcPr>
            <w:tcW w:w="2880" w:type="dxa"/>
          </w:tcPr>
          <w:p w14:paraId="186CF180" w14:textId="77777777" w:rsidR="00C3303E" w:rsidRDefault="00C3303E" w:rsidP="00A410C2">
            <w:r>
              <w:t xml:space="preserve">Oh yeah! Oh yeah! </w:t>
            </w:r>
          </w:p>
        </w:tc>
      </w:tr>
      <w:tr w:rsidR="00C3303E" w14:paraId="64E9F62F" w14:textId="77777777" w:rsidTr="00A410C2">
        <w:tc>
          <w:tcPr>
            <w:tcW w:w="2880" w:type="dxa"/>
          </w:tcPr>
          <w:p w14:paraId="200FCB8A" w14:textId="77777777" w:rsidR="00C3303E" w:rsidRDefault="00C3303E" w:rsidP="00A410C2">
            <w:r>
              <w:t>01:24:02:11</w:t>
            </w:r>
          </w:p>
        </w:tc>
        <w:tc>
          <w:tcPr>
            <w:tcW w:w="2880" w:type="dxa"/>
          </w:tcPr>
          <w:p w14:paraId="19003A16" w14:textId="77777777" w:rsidR="00C3303E" w:rsidRDefault="00C3303E" w:rsidP="00A410C2"/>
        </w:tc>
        <w:tc>
          <w:tcPr>
            <w:tcW w:w="2880" w:type="dxa"/>
          </w:tcPr>
          <w:p w14:paraId="38C12660" w14:textId="77777777" w:rsidR="00C3303E" w:rsidRDefault="00C3303E" w:rsidP="00A410C2"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</w:p>
        </w:tc>
      </w:tr>
      <w:tr w:rsidR="00C3303E" w14:paraId="6FF30BDD" w14:textId="77777777" w:rsidTr="00A410C2">
        <w:tc>
          <w:tcPr>
            <w:tcW w:w="2880" w:type="dxa"/>
          </w:tcPr>
          <w:p w14:paraId="7E964396" w14:textId="77777777" w:rsidR="00C3303E" w:rsidRDefault="00C3303E" w:rsidP="00A410C2">
            <w:r>
              <w:t>01:24:04:08</w:t>
            </w:r>
          </w:p>
        </w:tc>
        <w:tc>
          <w:tcPr>
            <w:tcW w:w="2880" w:type="dxa"/>
          </w:tcPr>
          <w:p w14:paraId="65ABBB84" w14:textId="77777777" w:rsidR="00C3303E" w:rsidRDefault="00C3303E" w:rsidP="00A410C2"/>
        </w:tc>
        <w:tc>
          <w:tcPr>
            <w:tcW w:w="2880" w:type="dxa"/>
          </w:tcPr>
          <w:p w14:paraId="084591B2" w14:textId="77777777" w:rsidR="00C3303E" w:rsidRDefault="00C3303E" w:rsidP="00A410C2">
            <w:r>
              <w:t xml:space="preserve">[gasp] </w:t>
            </w:r>
          </w:p>
        </w:tc>
      </w:tr>
      <w:tr w:rsidR="00C3303E" w14:paraId="6423A1B4" w14:textId="77777777" w:rsidTr="00A410C2">
        <w:tc>
          <w:tcPr>
            <w:tcW w:w="2880" w:type="dxa"/>
          </w:tcPr>
          <w:p w14:paraId="5A1B11F2" w14:textId="77777777" w:rsidR="00C3303E" w:rsidRDefault="00C3303E" w:rsidP="00A410C2">
            <w:r>
              <w:t>01:24:05:18</w:t>
            </w:r>
          </w:p>
        </w:tc>
        <w:tc>
          <w:tcPr>
            <w:tcW w:w="2880" w:type="dxa"/>
          </w:tcPr>
          <w:p w14:paraId="5B8C6A12" w14:textId="77777777" w:rsidR="00C3303E" w:rsidRDefault="00C3303E" w:rsidP="00A410C2"/>
        </w:tc>
        <w:tc>
          <w:tcPr>
            <w:tcW w:w="2880" w:type="dxa"/>
          </w:tcPr>
          <w:p w14:paraId="34CE29BA" w14:textId="77777777" w:rsidR="00C3303E" w:rsidRDefault="00C3303E" w:rsidP="00A410C2"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C3303E" w14:paraId="3369E5A8" w14:textId="77777777" w:rsidTr="00A410C2">
        <w:tc>
          <w:tcPr>
            <w:tcW w:w="2880" w:type="dxa"/>
          </w:tcPr>
          <w:p w14:paraId="45FF6E20" w14:textId="77777777" w:rsidR="00C3303E" w:rsidRDefault="00C3303E" w:rsidP="00A410C2">
            <w:r>
              <w:t>01:24:07:10</w:t>
            </w:r>
          </w:p>
        </w:tc>
        <w:tc>
          <w:tcPr>
            <w:tcW w:w="2880" w:type="dxa"/>
          </w:tcPr>
          <w:p w14:paraId="7330A580" w14:textId="77777777" w:rsidR="00C3303E" w:rsidRDefault="00C3303E" w:rsidP="00A410C2"/>
        </w:tc>
        <w:tc>
          <w:tcPr>
            <w:tcW w:w="2880" w:type="dxa"/>
          </w:tcPr>
          <w:p w14:paraId="2C4A2493" w14:textId="77777777" w:rsidR="00C3303E" w:rsidRDefault="00C3303E" w:rsidP="00A410C2">
            <w:r>
              <w:t xml:space="preserve">We make a great team... </w:t>
            </w:r>
          </w:p>
        </w:tc>
      </w:tr>
      <w:tr w:rsidR="00C3303E" w14:paraId="6F92870F" w14:textId="77777777" w:rsidTr="00A410C2">
        <w:tc>
          <w:tcPr>
            <w:tcW w:w="2880" w:type="dxa"/>
          </w:tcPr>
          <w:p w14:paraId="009C3819" w14:textId="77777777" w:rsidR="00C3303E" w:rsidRDefault="00C3303E" w:rsidP="00A410C2">
            <w:r>
              <w:t>01:24:08:26</w:t>
            </w:r>
          </w:p>
        </w:tc>
        <w:tc>
          <w:tcPr>
            <w:tcW w:w="2880" w:type="dxa"/>
          </w:tcPr>
          <w:p w14:paraId="0420D74D" w14:textId="77777777" w:rsidR="00C3303E" w:rsidRDefault="00C3303E" w:rsidP="00A410C2"/>
        </w:tc>
        <w:tc>
          <w:tcPr>
            <w:tcW w:w="2880" w:type="dxa"/>
          </w:tcPr>
          <w:p w14:paraId="7AF04BA2" w14:textId="77777777" w:rsidR="00C3303E" w:rsidRDefault="00C3303E" w:rsidP="00A410C2">
            <w:r>
              <w:t xml:space="preserve">because we're all good at different things! </w:t>
            </w:r>
          </w:p>
        </w:tc>
      </w:tr>
      <w:tr w:rsidR="00C3303E" w14:paraId="674F434E" w14:textId="77777777" w:rsidTr="00A410C2">
        <w:tc>
          <w:tcPr>
            <w:tcW w:w="2880" w:type="dxa"/>
          </w:tcPr>
          <w:p w14:paraId="6354391E" w14:textId="77777777" w:rsidR="00C3303E" w:rsidRDefault="00C3303E" w:rsidP="00A410C2">
            <w:r>
              <w:t>01:24:11:12</w:t>
            </w:r>
          </w:p>
        </w:tc>
        <w:tc>
          <w:tcPr>
            <w:tcW w:w="2880" w:type="dxa"/>
          </w:tcPr>
          <w:p w14:paraId="312018AE" w14:textId="77777777" w:rsidR="00C3303E" w:rsidRDefault="00C3303E" w:rsidP="00A410C2"/>
        </w:tc>
        <w:tc>
          <w:tcPr>
            <w:tcW w:w="2880" w:type="dxa"/>
          </w:tcPr>
          <w:p w14:paraId="375F8A74" w14:textId="77777777" w:rsidR="00C3303E" w:rsidRDefault="00C3303E" w:rsidP="00A410C2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Ring-a-ding-ding it's great to sing. </w:t>
            </w:r>
          </w:p>
        </w:tc>
      </w:tr>
      <w:tr w:rsidR="00C3303E" w14:paraId="74248640" w14:textId="77777777" w:rsidTr="00A410C2">
        <w:tc>
          <w:tcPr>
            <w:tcW w:w="2880" w:type="dxa"/>
          </w:tcPr>
          <w:p w14:paraId="66D5E5E5" w14:textId="77777777" w:rsidR="00C3303E" w:rsidRDefault="00C3303E" w:rsidP="00A410C2">
            <w:r>
              <w:t>01:24:13:29</w:t>
            </w:r>
          </w:p>
        </w:tc>
        <w:tc>
          <w:tcPr>
            <w:tcW w:w="2880" w:type="dxa"/>
          </w:tcPr>
          <w:p w14:paraId="36E164DF" w14:textId="77777777" w:rsidR="00C3303E" w:rsidRDefault="00C3303E" w:rsidP="00A410C2"/>
        </w:tc>
        <w:tc>
          <w:tcPr>
            <w:tcW w:w="2880" w:type="dxa"/>
          </w:tcPr>
          <w:p w14:paraId="7FE7A150" w14:textId="77777777" w:rsidR="00C3303E" w:rsidRDefault="00C3303E" w:rsidP="00A410C2">
            <w:r>
              <w:t xml:space="preserve">We're all good at different things! </w:t>
            </w:r>
          </w:p>
        </w:tc>
      </w:tr>
      <w:tr w:rsidR="00C3303E" w14:paraId="7FE6D17E" w14:textId="77777777" w:rsidTr="00A410C2">
        <w:tc>
          <w:tcPr>
            <w:tcW w:w="2880" w:type="dxa"/>
          </w:tcPr>
          <w:p w14:paraId="383F3FC2" w14:textId="77777777" w:rsidR="00C3303E" w:rsidRDefault="00C3303E" w:rsidP="00A410C2">
            <w:r>
              <w:t>01:24:17:07</w:t>
            </w:r>
          </w:p>
        </w:tc>
        <w:tc>
          <w:tcPr>
            <w:tcW w:w="2880" w:type="dxa"/>
          </w:tcPr>
          <w:p w14:paraId="6D7DCEB7" w14:textId="77777777" w:rsidR="00C3303E" w:rsidRDefault="00C3303E" w:rsidP="00A410C2"/>
        </w:tc>
        <w:tc>
          <w:tcPr>
            <w:tcW w:w="2880" w:type="dxa"/>
          </w:tcPr>
          <w:p w14:paraId="0E702923" w14:textId="77777777" w:rsidR="00C3303E" w:rsidRDefault="00C3303E" w:rsidP="00A410C2">
            <w:r>
              <w:t xml:space="preserve">[whistle sound] </w:t>
            </w:r>
          </w:p>
        </w:tc>
      </w:tr>
      <w:tr w:rsidR="00C3303E" w14:paraId="67CB9896" w14:textId="77777777" w:rsidTr="00A410C2">
        <w:tc>
          <w:tcPr>
            <w:tcW w:w="2880" w:type="dxa"/>
          </w:tcPr>
          <w:p w14:paraId="54FFCE4D" w14:textId="77777777" w:rsidR="00C3303E" w:rsidRDefault="00C3303E" w:rsidP="00A410C2">
            <w:r>
              <w:t>01:24:18:19</w:t>
            </w:r>
          </w:p>
        </w:tc>
        <w:tc>
          <w:tcPr>
            <w:tcW w:w="2880" w:type="dxa"/>
          </w:tcPr>
          <w:p w14:paraId="749A3FCE" w14:textId="77777777" w:rsidR="00C3303E" w:rsidRDefault="00C3303E" w:rsidP="00A410C2"/>
        </w:tc>
        <w:tc>
          <w:tcPr>
            <w:tcW w:w="2880" w:type="dxa"/>
          </w:tcPr>
          <w:p w14:paraId="5C8EA7E3" w14:textId="77777777" w:rsidR="00C3303E" w:rsidRDefault="00C3303E" w:rsidP="00A410C2">
            <w:r>
              <w:rPr>
                <w:b/>
              </w:rPr>
              <w:t xml:space="preserve">MZ. MOLE: </w:t>
            </w:r>
            <w:r>
              <w:t xml:space="preserve">Ok kids, now who wants some lemonade? </w:t>
            </w:r>
          </w:p>
        </w:tc>
      </w:tr>
      <w:tr w:rsidR="00C3303E" w14:paraId="2AA968A7" w14:textId="77777777" w:rsidTr="00A410C2">
        <w:tc>
          <w:tcPr>
            <w:tcW w:w="2880" w:type="dxa"/>
          </w:tcPr>
          <w:p w14:paraId="08A9ACA1" w14:textId="77777777" w:rsidR="00C3303E" w:rsidRDefault="00C3303E" w:rsidP="00A410C2">
            <w:r>
              <w:t>01:24:21:25</w:t>
            </w:r>
          </w:p>
        </w:tc>
        <w:tc>
          <w:tcPr>
            <w:tcW w:w="2880" w:type="dxa"/>
          </w:tcPr>
          <w:p w14:paraId="705052CF" w14:textId="77777777" w:rsidR="00C3303E" w:rsidRDefault="00C3303E" w:rsidP="00A410C2"/>
        </w:tc>
        <w:tc>
          <w:tcPr>
            <w:tcW w:w="2880" w:type="dxa"/>
          </w:tcPr>
          <w:p w14:paraId="5485C37D" w14:textId="77777777" w:rsidR="00C3303E" w:rsidRDefault="00C3303E" w:rsidP="00A410C2">
            <w:r>
              <w:rPr>
                <w:b/>
              </w:rPr>
              <w:t xml:space="preserve">ALL: </w:t>
            </w:r>
            <w:r>
              <w:t xml:space="preserve">[cheer] Yay! </w:t>
            </w:r>
          </w:p>
        </w:tc>
      </w:tr>
      <w:tr w:rsidR="00C3303E" w14:paraId="090B0D3D" w14:textId="77777777" w:rsidTr="00A410C2">
        <w:tc>
          <w:tcPr>
            <w:tcW w:w="2880" w:type="dxa"/>
          </w:tcPr>
          <w:p w14:paraId="4020AB21" w14:textId="77777777" w:rsidR="00C3303E" w:rsidRDefault="00C3303E" w:rsidP="00A410C2">
            <w:r>
              <w:t>01:24:25:11</w:t>
            </w:r>
          </w:p>
        </w:tc>
        <w:tc>
          <w:tcPr>
            <w:tcW w:w="2880" w:type="dxa"/>
          </w:tcPr>
          <w:p w14:paraId="4051F05F" w14:textId="77777777" w:rsidR="00C3303E" w:rsidRDefault="00C3303E" w:rsidP="00A410C2"/>
        </w:tc>
        <w:tc>
          <w:tcPr>
            <w:tcW w:w="2880" w:type="dxa"/>
          </w:tcPr>
          <w:p w14:paraId="227F4F1F" w14:textId="77777777" w:rsidR="00C3303E" w:rsidRDefault="00C3303E" w:rsidP="00A410C2">
            <w:r>
              <w:t xml:space="preserve">Me! </w:t>
            </w:r>
          </w:p>
        </w:tc>
      </w:tr>
      <w:tr w:rsidR="00C3303E" w14:paraId="06C2C262" w14:textId="77777777" w:rsidTr="00A410C2">
        <w:tc>
          <w:tcPr>
            <w:tcW w:w="2880" w:type="dxa"/>
          </w:tcPr>
          <w:p w14:paraId="0807A0C0" w14:textId="77777777" w:rsidR="00C3303E" w:rsidRDefault="00C3303E" w:rsidP="00A410C2">
            <w:r>
              <w:t>01:24:26:11</w:t>
            </w:r>
          </w:p>
        </w:tc>
        <w:tc>
          <w:tcPr>
            <w:tcW w:w="2880" w:type="dxa"/>
          </w:tcPr>
          <w:p w14:paraId="27AE9315" w14:textId="77777777" w:rsidR="00C3303E" w:rsidRDefault="00C3303E" w:rsidP="00A410C2"/>
        </w:tc>
        <w:tc>
          <w:tcPr>
            <w:tcW w:w="2880" w:type="dxa"/>
          </w:tcPr>
          <w:p w14:paraId="6F4D6258" w14:textId="77777777" w:rsidR="00C3303E" w:rsidRDefault="00C3303E" w:rsidP="00A410C2">
            <w:r>
              <w:t xml:space="preserve">Yeah! </w:t>
            </w:r>
          </w:p>
        </w:tc>
      </w:tr>
      <w:tr w:rsidR="00C3303E" w14:paraId="522DA230" w14:textId="77777777" w:rsidTr="00A410C2">
        <w:tc>
          <w:tcPr>
            <w:tcW w:w="2880" w:type="dxa"/>
          </w:tcPr>
          <w:p w14:paraId="78A7D92E" w14:textId="77777777" w:rsidR="00C3303E" w:rsidRDefault="00C3303E" w:rsidP="00A410C2">
            <w:r>
              <w:t>01:24:28:10</w:t>
            </w:r>
          </w:p>
        </w:tc>
        <w:tc>
          <w:tcPr>
            <w:tcW w:w="2880" w:type="dxa"/>
          </w:tcPr>
          <w:p w14:paraId="5A43A0A9" w14:textId="77777777" w:rsidR="00C3303E" w:rsidRDefault="00C3303E" w:rsidP="00A410C2"/>
        </w:tc>
        <w:tc>
          <w:tcPr>
            <w:tcW w:w="2880" w:type="dxa"/>
          </w:tcPr>
          <w:p w14:paraId="6F776369" w14:textId="77777777" w:rsidR="00C3303E" w:rsidRDefault="00C3303E" w:rsidP="00A410C2">
            <w:r>
              <w:t xml:space="preserve">Lemonade! </w:t>
            </w:r>
          </w:p>
        </w:tc>
      </w:tr>
      <w:tr w:rsidR="00C3303E" w14:paraId="23248244" w14:textId="77777777" w:rsidTr="00A410C2">
        <w:tc>
          <w:tcPr>
            <w:tcW w:w="2880" w:type="dxa"/>
          </w:tcPr>
          <w:p w14:paraId="3BB3ECC5" w14:textId="77777777" w:rsidR="00C3303E" w:rsidRDefault="00C3303E" w:rsidP="00A410C2">
            <w:r>
              <w:lastRenderedPageBreak/>
              <w:t>01:24:30:12</w:t>
            </w:r>
          </w:p>
        </w:tc>
        <w:tc>
          <w:tcPr>
            <w:tcW w:w="2880" w:type="dxa"/>
          </w:tcPr>
          <w:p w14:paraId="008F1989" w14:textId="77777777" w:rsidR="00C3303E" w:rsidRDefault="00C3303E" w:rsidP="00A410C2"/>
        </w:tc>
        <w:tc>
          <w:tcPr>
            <w:tcW w:w="2880" w:type="dxa"/>
          </w:tcPr>
          <w:p w14:paraId="0CD359B1" w14:textId="77777777" w:rsidR="00C3303E" w:rsidRDefault="00C3303E" w:rsidP="00A410C2">
            <w:r>
              <w:t xml:space="preserve">[ººº] </w:t>
            </w:r>
          </w:p>
        </w:tc>
      </w:tr>
    </w:tbl>
    <w:p w14:paraId="4AA63B10" w14:textId="77777777" w:rsidR="00C3303E" w:rsidRDefault="00C3303E" w:rsidP="00C3303E">
      <w:r>
        <w:br w:type="page"/>
      </w:r>
    </w:p>
    <w:p w14:paraId="6EE063D2" w14:textId="77777777" w:rsidR="00292F2F" w:rsidRDefault="00292F2F"/>
    <w:sectPr w:rsidR="00292F2F" w:rsidSect="00034616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A7E1E" w14:textId="77777777" w:rsidR="00C3303E" w:rsidRDefault="00C3303E" w:rsidP="00C3303E">
      <w:pPr>
        <w:spacing w:after="0" w:line="240" w:lineRule="auto"/>
      </w:pPr>
      <w:r>
        <w:separator/>
      </w:r>
    </w:p>
  </w:endnote>
  <w:endnote w:type="continuationSeparator" w:id="0">
    <w:p w14:paraId="268B0954" w14:textId="77777777" w:rsidR="00C3303E" w:rsidRDefault="00C3303E" w:rsidP="00C33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B4085" w14:textId="77777777" w:rsidR="00C3303E" w:rsidRDefault="00C3303E" w:rsidP="00C3303E">
      <w:pPr>
        <w:spacing w:after="0" w:line="240" w:lineRule="auto"/>
      </w:pPr>
      <w:r>
        <w:separator/>
      </w:r>
    </w:p>
  </w:footnote>
  <w:footnote w:type="continuationSeparator" w:id="0">
    <w:p w14:paraId="72FAFEB4" w14:textId="77777777" w:rsidR="00C3303E" w:rsidRDefault="00C3303E" w:rsidP="00C33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E4D21" w14:textId="6D8A2B00" w:rsidR="00C3303E" w:rsidRDefault="00C3303E">
    <w:pPr>
      <w:pStyle w:val="Header"/>
    </w:pPr>
    <w:r>
      <w:t>EWW105B_TRANSCRIPT_BROADCAST</w:t>
    </w:r>
  </w:p>
  <w:p w14:paraId="689802D1" w14:textId="77777777" w:rsidR="00C3303E" w:rsidRDefault="00C330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3E"/>
    <w:rsid w:val="00070A67"/>
    <w:rsid w:val="00292F2F"/>
    <w:rsid w:val="004F43B2"/>
    <w:rsid w:val="006C4D3C"/>
    <w:rsid w:val="00C3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26E14"/>
  <w15:chartTrackingRefBased/>
  <w15:docId w15:val="{4604631E-9F0F-43BA-9D3E-A5F33585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3303E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3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0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03E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3303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3303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3303E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C330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3303E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C330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3303E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C3303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C3303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C3303E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C3303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C3303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C3303E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C3303E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C3303E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C3303E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C3303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C3303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C3303E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C3303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C3303E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C3303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C3303E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3303E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3303E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C3303E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C3303E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C3303E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C3303E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330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3303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3303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3303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3303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3303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3303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3303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3303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3303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2020-02-06T19:16:00Z</dcterms:created>
  <dcterms:modified xsi:type="dcterms:W3CDTF">2020-02-06T19:18:00Z</dcterms:modified>
</cp:coreProperties>
</file>