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62080F" w:rsidTr="005D7611">
        <w:tc>
          <w:tcPr>
            <w:tcW w:w="2880" w:type="dxa"/>
          </w:tcPr>
          <w:p w:rsidR="0062080F" w:rsidRDefault="005D7611">
            <w:r>
              <w:t>TC:</w:t>
            </w:r>
          </w:p>
        </w:tc>
        <w:tc>
          <w:tcPr>
            <w:tcW w:w="2880" w:type="dxa"/>
          </w:tcPr>
          <w:p w:rsidR="0062080F" w:rsidRDefault="005D7611">
            <w:r>
              <w:t>VIDEO:</w:t>
            </w:r>
          </w:p>
        </w:tc>
        <w:tc>
          <w:tcPr>
            <w:tcW w:w="2880" w:type="dxa"/>
          </w:tcPr>
          <w:p w:rsidR="0062080F" w:rsidRDefault="005D7611">
            <w:r>
              <w:t>AUDIO: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01:00:00:10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[ººº]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01:00:01:27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Wherever I go,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01:00:03:19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I see things that I want to know.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01:00:05:18</w:t>
            </w:r>
          </w:p>
        </w:tc>
        <w:tc>
          <w:tcPr>
            <w:tcW w:w="2880" w:type="dxa"/>
          </w:tcPr>
          <w:p w:rsidR="0062080F" w:rsidRDefault="0062080F">
            <w:bookmarkStart w:id="0" w:name="_GoBack"/>
            <w:bookmarkEnd w:id="0"/>
          </w:p>
        </w:tc>
        <w:tc>
          <w:tcPr>
            <w:tcW w:w="2880" w:type="dxa"/>
          </w:tcPr>
          <w:p w:rsidR="0062080F" w:rsidRDefault="005D7611">
            <w:r>
              <w:t xml:space="preserve">º Wherever I am,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01:00:07:00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I find things that I want to understand.º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01:00:09:09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ºGo and explore, listen and see,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01:00:12:27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just follow your curiosity.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01:00:16:20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01:00:20:09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birds sing and how do they fly?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01:00:23:27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01:00:27:19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ants march and where do they hide?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01:00:31:10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There's so much to learn,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01:00:33:09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wherever you turn,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01:00:35:03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just listen and see,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01:00:36:26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and follow your curiosity.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01:00:40:22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>[ººº]</w:t>
            </w:r>
            <w:r>
              <w:t xml:space="preserve">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01:00:42:12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01:00:46:05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Ask a question, </w:t>
            </w:r>
            <w:r>
              <w:lastRenderedPageBreak/>
              <w:t xml:space="preserve">what will you find?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lastRenderedPageBreak/>
              <w:t>01:00:49:23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01:00:53:15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Just listen and see, come and wonder with me.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01:01:00:22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[ººº]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01:01:02:09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"The Tomato Drop"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01:01:04:09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[ººº]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01:01:11:29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KIDS: </w:t>
            </w:r>
            <w:r>
              <w:t xml:space="preserve">[cheering] Yay!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01:01:13:16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FARMER BEAR: </w:t>
            </w:r>
            <w:r>
              <w:t xml:space="preserve">Beautiful! First place!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01:01:15:18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KIDS: </w:t>
            </w:r>
            <w:r>
              <w:t xml:space="preserve">[cheer]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01:01:16:25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Ahh....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01:01:18:15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Farmer Bear's Tomato </w:t>
            </w:r>
            <w:r>
              <w:t xml:space="preserve">Festival.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01:01:21:12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My favorite summer tradition.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01:01:23:28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Me too, Ari!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01:01:25:16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Tomato food, tomato games...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01:01:28:12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...and tomato clothes!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01:01:30:00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See how my scarf is red like a tomato?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01:01:32:16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Cool.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01:01:34:00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FARMER BEAR: </w:t>
            </w:r>
            <w:r>
              <w:t xml:space="preserve">Attention please!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01:01:35:17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Anyone who wants to enter </w:t>
            </w:r>
            <w:r>
              <w:lastRenderedPageBreak/>
              <w:t xml:space="preserve">the Tomato Drop Contest,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lastRenderedPageBreak/>
              <w:t>01:01:38:19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follow me to the contest area now haha.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01:01:43:07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[gasp] The tomato drop contest!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01:01:45:26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Awesome!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01:01:47:09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Come on, let's go!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01:01:51:28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FARMER BEAR: </w:t>
            </w:r>
            <w:r>
              <w:t xml:space="preserve">[whistle] Welcome to the Tomato Drop!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01:01:55:13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The first two teams who can drop a tomato...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01:01:57:22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from the top of this ladder </w:t>
            </w:r>
            <w:r>
              <w:t xml:space="preserve">safely...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01:01:59:25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without splattering it, will win a prize.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01:02:03:09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[giggle]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01:02:04:11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KIDS: </w:t>
            </w:r>
            <w:r>
              <w:t xml:space="preserve">Yaaay!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01:02:05:14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[cheer]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01:02:06:18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FARMER BEAR: </w:t>
            </w:r>
            <w:r>
              <w:t xml:space="preserve">Each team gets three tomatoes,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01:02:09:08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and you can build anything you </w:t>
            </w:r>
            <w:r>
              <w:t xml:space="preserve">like,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01:02:11:12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to try to keep them from splattering.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01:02:14:01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Did everyone bring supplies?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01:02:16:07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Yep. </w:t>
            </w:r>
            <w:r>
              <w:rPr>
                <w:b/>
              </w:rPr>
              <w:t xml:space="preserve">ARI: </w:t>
            </w:r>
            <w:r>
              <w:t xml:space="preserve">Uh-huh. </w:t>
            </w:r>
            <w:r>
              <w:rPr>
                <w:b/>
              </w:rPr>
              <w:t xml:space="preserve">OLIVE: </w:t>
            </w:r>
            <w:r>
              <w:t xml:space="preserve">Uh-huh.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01:02:18:11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FARMER BEAR: </w:t>
            </w:r>
            <w:r>
              <w:t xml:space="preserve">Great!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lastRenderedPageBreak/>
              <w:t>01:02:19:18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Then let's get this contest started.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01:02:21:26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Are you ready?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01:02:26:14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FARMER BEAR: </w:t>
            </w:r>
            <w:r>
              <w:t xml:space="preserve">Gooo-mato!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01:02:28:28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Haha!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01:02:30:08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[ººº]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01:02:36:14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Okay. I've got a great idea!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01:02:39:07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We take two slices of bread...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01:02:41:04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...and tie 'em around the </w:t>
            </w:r>
            <w:r>
              <w:t xml:space="preserve">tomato to cushion it...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01:02:43:18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when it drops!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01:02:44:24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It's a sandwich and a cushion!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01:02:49:11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Bread might be too crumbly, Ari.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01:02:52:07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Eh, you're right.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01:02:54:00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How 'bout a donut?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01:02:55:12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Hmm, let's call that Plan B.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01:02:58:26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ALL: </w:t>
            </w:r>
            <w:r>
              <w:t xml:space="preserve">[laugh]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01:03:00:02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I have an idea, too...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01:03:02:23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I got tape, some springs and a box!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01:03:06:07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What if we take these squishy springs I brought...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01:03:11:01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and tape them to the </w:t>
            </w:r>
            <w:r>
              <w:lastRenderedPageBreak/>
              <w:t xml:space="preserve">outside of this box.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lastRenderedPageBreak/>
              <w:t>01:03:14:13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Then we put the tomato inside.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01:03:16:25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Oh!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01:03:18:08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So when we drop the tomato, it'll bounce...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01:03:21:04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instead of splatting on the ground?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01:03:24:02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Hopefully!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01:03:25:12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Okay, let's try it!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01:03:27:12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Springs.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01:03:28:24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Now some tape.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01:03:31:13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Done!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01:03:32:28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And now the tomato.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01:03:37:10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Let's go!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01:03:38:20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Farmer Bear?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01:03:41:24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FARMER BEAR: </w:t>
            </w:r>
            <w:r>
              <w:t xml:space="preserve">Ooooh-hoo!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01:03:42:24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That's one springy box!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01:03:44:17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Ready when you are.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01:03:45:27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[º]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01:03:52:03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Ready?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01:03:54:05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[gasp] </w:t>
            </w:r>
            <w:r>
              <w:rPr>
                <w:b/>
              </w:rPr>
              <w:t xml:space="preserve">ARI: </w:t>
            </w:r>
            <w:r>
              <w:t xml:space="preserve">Whoa.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01:03:55:05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Hey! Come </w:t>
            </w:r>
            <w:r>
              <w:t xml:space="preserve">back here!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01:03:57:22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Gotcha!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01:03:59:26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FARMER BEAR: </w:t>
            </w:r>
            <w:r>
              <w:t xml:space="preserve">Let's see what'cha got!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lastRenderedPageBreak/>
              <w:t>01:04:03:29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[sigh] Tomato goop.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01:04:06:12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I think it bounced around too much.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01:04:08:27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FARMER BEAR: </w:t>
            </w:r>
            <w:r>
              <w:t xml:space="preserve">Well, don't give up.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01:04:10:07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You still have two more tomatoes!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01:04:12:29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LAMB </w:t>
            </w:r>
            <w:r>
              <w:t xml:space="preserve">#1: Farmer Bear?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01:04:14:05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We're ready to try!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01:04:15:24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Look, the Lamb sisters are using their soft wool...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01:04:19:10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to keep the tomato from squishing!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01:04:21:14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FARMER BEAR: </w:t>
            </w:r>
            <w:r>
              <w:t xml:space="preserve">Good luck!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01:04:23:29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[º]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01:04:29:00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LAMB </w:t>
            </w:r>
            <w:r>
              <w:t xml:space="preserve">#1: Stand baa-a-a-ack!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01:04:32:08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Cool! </w:t>
            </w:r>
            <w:r>
              <w:rPr>
                <w:b/>
              </w:rPr>
              <w:t xml:space="preserve">ELINOR: </w:t>
            </w:r>
            <w:r>
              <w:t xml:space="preserve">Wow!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01:04:36:01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It didn't splat!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01:04:37:16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ALL: </w:t>
            </w:r>
            <w:r>
              <w:t xml:space="preserve">[cheer]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01:04:39:16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FARMER BEAR: </w:t>
            </w:r>
            <w:r>
              <w:t xml:space="preserve">Nicely done! Our </w:t>
            </w:r>
            <w:r>
              <w:t xml:space="preserve">first winners!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01:04:43:07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We'll give the prizes at the end.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01:04:46:03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Now there's only one prize left.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01:04:48:22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If only we had some wool!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lastRenderedPageBreak/>
              <w:t>01:04:51:19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We don't have to do the same thing.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01:04:53:13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There must be </w:t>
            </w:r>
            <w:r>
              <w:t xml:space="preserve">more than one safe way to drop a tomato.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01:04:56:15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[wind blowing]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01:05:01:21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Ohhh!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01:05:03:08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Dandelion fluff is nice and soft,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01:05:05:09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just like the wool.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01:05:07:21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>[gasp] What if we use this to cushion the tomato?</w:t>
            </w:r>
            <w:r>
              <w:t xml:space="preserve">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01:05:11:08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Oh yeaaaah!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01:05:14:21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But we'll need a lot of it.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01:05:18:02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Then we'd better get fluffin'!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01:05:20:27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[º]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01:05:32:15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01:05:33:15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[º]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01:05:37:14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[giggles]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01:05:39:03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Okay, I think we have enough fluff.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01:05:42:26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[wind blowing]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01:05:43:26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Oh, the fluff is getting away!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01:05:46:08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Nothing a little tape can't fix.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01:05:50:25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All done!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lastRenderedPageBreak/>
              <w:t>01:05:53:03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Farmer Bear?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01:05:54:16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FARMER BEAR: </w:t>
            </w:r>
            <w:r>
              <w:t xml:space="preserve">Yes, Ari?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01:05:57:03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Can we try again?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01:05:58:09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FARMER BEAR: </w:t>
            </w:r>
            <w:r>
              <w:t xml:space="preserve">Absolutely!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01:05:59:23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This time we've got the right stuff!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01:06:02:28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Or should I say, the right fluff?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01:06:05:22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[laugh] </w:t>
            </w:r>
            <w:r>
              <w:rPr>
                <w:b/>
              </w:rPr>
              <w:t xml:space="preserve">OLIVE: </w:t>
            </w:r>
            <w:r>
              <w:t xml:space="preserve">[laugh]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01:06:08:19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Check this out!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01:06:15:07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Aww!  It smooshed again!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01:06:18:15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I guess we didn't use enough fluff.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01:06:21:21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FARMER BEAR: </w:t>
            </w:r>
            <w:r>
              <w:t xml:space="preserve">See, you learn something,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01:06:23:09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>even whe</w:t>
            </w:r>
            <w:r>
              <w:t xml:space="preserve">n they do 'smoosh.'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01:06:25:12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Keep trying!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01:06:27:12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Keep trying, sure, but we only have one tomato left!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01:06:32:06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That's okay.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01:06:33:06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We only need one safe drop!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01:06:36:28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Let's keep thinking.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01:06:38:25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What else can we try?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01:06:40:18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[gasp]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01:06:41:18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[wind blowing]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lastRenderedPageBreak/>
              <w:t>01:06:44:08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Hmmm...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01:06:45:14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Look at that leaf!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01:06:46:22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What about it?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01:06:51:28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It fell really slowly!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01:06:54:10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Look, I'll show you.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01:06:57:07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[wind blowing]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01:07:03:03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That is slow.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01:07:05:19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A leaf falls slowly, but a tomato falls fast.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01:07:09:13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Huh.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01:07:10:20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That's so interesting!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01:07:13:26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Too bad it isn't the other way around.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01:07:16:08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If our tomato fell slowly, maybe it wouldn't go splat.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01:07:20:21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Yes!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01:07:21:21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I wonder if there's a way to help our tomato fall slowly too?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01:07:26:05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Hmmm...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01:07:27:14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We need more observations!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01:07:29:03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[ººº]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01:07:34:10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ALL: </w:t>
            </w:r>
            <w:r>
              <w:t xml:space="preserve">[singing] º Look high, look low,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01:07:36:18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For things that might fall slow.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lastRenderedPageBreak/>
              <w:t>01:07:39:02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So we can figure out a way...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01:07:41:10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to save our </w:t>
            </w:r>
            <w:r>
              <w:t xml:space="preserve">tomato.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01:07:44:03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Olive: </w:t>
            </w:r>
            <w:r>
              <w:rPr>
                <w:b/>
              </w:rPr>
              <w:t xml:space="preserve">Tuh-may-TOE?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01:07:46:00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Ari: Just go with it, Olive.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01:07:47:26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All: [singing] º We'll hold 'em up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01:07:49:28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and let 'em go.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01:07:52:09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Until we try,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01:07:54:22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we'll never know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01:07:57:05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Look high and low.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01:07:59:19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For things that might fall slow.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01:08:01:29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º So we can figure out a way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01:08:04:15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 º to save our tomatoooooo. º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01:08:10:29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We found some great things!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01:08:12:29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Now </w:t>
            </w:r>
            <w:r>
              <w:t xml:space="preserve">let's see how they fall.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01:08:15:18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I'll put them in two piles...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01:08:17:05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either 'fell fast' or 'fell slow.'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01:08:22:00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The leaf goes here. In the slow pile.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01:08:24:26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Okay! First, the pinecone...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01:08:31:29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Fast! </w:t>
            </w:r>
            <w:r>
              <w:rPr>
                <w:b/>
              </w:rPr>
              <w:t xml:space="preserve">OLIVE: </w:t>
            </w:r>
            <w:r>
              <w:t xml:space="preserve">Fast! </w:t>
            </w:r>
            <w:r>
              <w:rPr>
                <w:b/>
              </w:rPr>
              <w:t xml:space="preserve">ARI: </w:t>
            </w:r>
            <w:r>
              <w:t xml:space="preserve">Fast!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lastRenderedPageBreak/>
              <w:t>01:08:33:14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Next, the paper...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01:08:38:23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[wind blowing]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01:08:44:06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Slowww! </w:t>
            </w:r>
            <w:r>
              <w:rPr>
                <w:b/>
              </w:rPr>
              <w:t xml:space="preserve">OLIVE: </w:t>
            </w:r>
            <w:r>
              <w:t xml:space="preserve">Slowww! </w:t>
            </w:r>
            <w:r>
              <w:rPr>
                <w:b/>
              </w:rPr>
              <w:t xml:space="preserve">ARI: </w:t>
            </w:r>
            <w:r>
              <w:t xml:space="preserve">Slowww!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01:08:47:15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Now let's try the twig.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01:08:53:17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Fast! </w:t>
            </w:r>
            <w:r>
              <w:rPr>
                <w:b/>
              </w:rPr>
              <w:t xml:space="preserve">OLIVE: </w:t>
            </w:r>
            <w:r>
              <w:t xml:space="preserve">Fast! </w:t>
            </w:r>
            <w:r>
              <w:rPr>
                <w:b/>
              </w:rPr>
              <w:t xml:space="preserve">ARI: </w:t>
            </w:r>
            <w:r>
              <w:t xml:space="preserve">Fast!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01:08:59:18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Huh.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01:09:01:18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I wonder what would happen if we dropped my scarf?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01:09:04:09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Let's try it!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01:09:11:20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Slowww! </w:t>
            </w:r>
            <w:r>
              <w:rPr>
                <w:b/>
              </w:rPr>
              <w:t xml:space="preserve">ARI: </w:t>
            </w:r>
            <w:r>
              <w:t xml:space="preserve">Slowww!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01:09:13:08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Very slow!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01:09:15:15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It looks like it's 'catching the air' as it falls.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01:09:20:27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So, we have two things that fell fast...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01:09:23:23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the pine cone and the twig.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01:09:26:05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And three that fell slowly.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01:09:27:28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The leaf, the </w:t>
            </w:r>
            <w:r>
              <w:t xml:space="preserve">paper and my scarf...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01:09:30:11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which was the slowest of all!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01:09:32:18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I wonder what would happen...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01:09:34:08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if we taped your slow-falling scarf to our tomato.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lastRenderedPageBreak/>
              <w:t>01:09:37:16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Yeah!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01:09:38:16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Maybe the tomato </w:t>
            </w:r>
            <w:r>
              <w:t xml:space="preserve">would fall more slowly too?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01:09:43:04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Okay, the scarf fell slowly like a parachute,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01:09:46:17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so we should try to tape it to the tomato that way.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01:09:50:26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We can tie a string to each corner of the scarf...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01:09:53:23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and tape the other ends to the tomato.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01:09:56:27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Yes! Let's try it!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01:09:58:21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I'll get the string...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01:10:05:22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Cool!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01:10:06:27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And now the tape.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01:10:08:25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Oh, no. We're out of tape!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01:10:11:26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Now, how can we attach the strings to the tomato?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01:10:15:09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Hmm...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01:10:16:20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My donut!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01:10:17:26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Ari, this is no time for a snack!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01:10:21:13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Oh, yes it is.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01:10:23:09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We can tie the strings to </w:t>
            </w:r>
            <w:r>
              <w:t xml:space="preserve">the donut!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01:10:29:08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Awesome!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01:10:31:05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01:10:32:06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We're ready to try </w:t>
            </w:r>
            <w:r>
              <w:lastRenderedPageBreak/>
              <w:t xml:space="preserve">it!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lastRenderedPageBreak/>
              <w:t>01:10:37:09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FARMER BEAR: </w:t>
            </w:r>
            <w:r>
              <w:t xml:space="preserve">Aww, good effort, Sally. [chuckle]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01:10:41:08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Farmer Bear! We have one more try!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01:10:46:05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Here we go!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01:10:48:04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Ohhh, I can't watch! </w:t>
            </w:r>
            <w:r>
              <w:rPr>
                <w:b/>
              </w:rPr>
              <w:t xml:space="preserve">OLIVE: </w:t>
            </w:r>
            <w:r>
              <w:t xml:space="preserve">Ohhh, I can't watch!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01:10:51:16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Three...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01:10:54:06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two...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01:10:56:23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one...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01:10:59:02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Drop!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01:11:04:21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ALL: </w:t>
            </w:r>
            <w:r>
              <w:t xml:space="preserve">[cheer]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01:11:08:28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FARMER </w:t>
            </w:r>
            <w:r>
              <w:rPr>
                <w:b/>
              </w:rPr>
              <w:t xml:space="preserve">BEAR: </w:t>
            </w:r>
            <w:r>
              <w:t xml:space="preserve">Hooray!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01:11:10:02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Well done kids, how did you come up with this idea?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01:11:13:18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Well, the scarf fell slowly...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01:11:16:22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and that gave us the idea to use it like a parachute.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01:11:20:17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FARMER BEAR: </w:t>
            </w:r>
            <w:r>
              <w:t xml:space="preserve">My! What clever </w:t>
            </w:r>
            <w:r>
              <w:t xml:space="preserve">scientists.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01:11:24:05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Winners follow me!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01:11:27:02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Look, it's Mr. Tomato!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01:11:31:06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ELINOR: </w:t>
            </w:r>
            <w:r>
              <w:t xml:space="preserve">Ooh, a prize!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01:11:34:18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ARI: </w:t>
            </w:r>
            <w:r>
              <w:t xml:space="preserve">Ooh...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01:11:36:09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Let me guess what it is, umm...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lastRenderedPageBreak/>
              <w:t>01:11:39:12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Oh, a pineapple?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01:11:41:23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ALL: </w:t>
            </w:r>
            <w:r>
              <w:t xml:space="preserve">[gasp]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01:11:44:09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OLIVE: </w:t>
            </w:r>
            <w:r>
              <w:t xml:space="preserve">Guess again!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01:11:45:09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ALL: </w:t>
            </w:r>
            <w:r>
              <w:t xml:space="preserve">[laugh]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01:11:46:21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FARMER BEAR: </w:t>
            </w:r>
            <w:r>
              <w:t xml:space="preserve">Let's take a picture of the winners!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01:11:49:02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Ready?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01:11:50:02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t xml:space="preserve">Say 'Tomato'! </w:t>
            </w:r>
          </w:p>
        </w:tc>
      </w:tr>
      <w:tr w:rsidR="0062080F" w:rsidTr="005D7611">
        <w:tc>
          <w:tcPr>
            <w:tcW w:w="2880" w:type="dxa"/>
          </w:tcPr>
          <w:p w:rsidR="0062080F" w:rsidRDefault="005D7611">
            <w:r>
              <w:t>01:11:53:24</w:t>
            </w:r>
          </w:p>
        </w:tc>
        <w:tc>
          <w:tcPr>
            <w:tcW w:w="2880" w:type="dxa"/>
          </w:tcPr>
          <w:p w:rsidR="0062080F" w:rsidRDefault="0062080F"/>
        </w:tc>
        <w:tc>
          <w:tcPr>
            <w:tcW w:w="2880" w:type="dxa"/>
          </w:tcPr>
          <w:p w:rsidR="0062080F" w:rsidRDefault="005D7611">
            <w:r>
              <w:rPr>
                <w:b/>
              </w:rPr>
              <w:t xml:space="preserve">ALL: </w:t>
            </w:r>
            <w:r>
              <w:t xml:space="preserve">Tomatoooo! </w:t>
            </w:r>
          </w:p>
        </w:tc>
      </w:tr>
    </w:tbl>
    <w:p w:rsidR="0062080F" w:rsidRDefault="0062080F"/>
    <w:sectPr w:rsidR="0062080F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7611" w:rsidRDefault="005D7611" w:rsidP="005D7611">
      <w:pPr>
        <w:spacing w:after="0" w:line="240" w:lineRule="auto"/>
      </w:pPr>
      <w:r>
        <w:separator/>
      </w:r>
    </w:p>
  </w:endnote>
  <w:endnote w:type="continuationSeparator" w:id="0">
    <w:p w:rsidR="005D7611" w:rsidRDefault="005D7611" w:rsidP="005D7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7611" w:rsidRDefault="005D7611" w:rsidP="005D7611">
      <w:pPr>
        <w:spacing w:after="0" w:line="240" w:lineRule="auto"/>
      </w:pPr>
      <w:r>
        <w:separator/>
      </w:r>
    </w:p>
  </w:footnote>
  <w:footnote w:type="continuationSeparator" w:id="0">
    <w:p w:rsidR="005D7611" w:rsidRDefault="005D7611" w:rsidP="005D76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7611" w:rsidRDefault="005D7611">
    <w:pPr>
      <w:pStyle w:val="Header"/>
    </w:pPr>
    <w:r>
      <w:t>EWW105A_TRANSCRIPT_BROADCAST</w:t>
    </w:r>
  </w:p>
  <w:p w:rsidR="005D7611" w:rsidRDefault="005D76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D7611"/>
    <w:rsid w:val="0062080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2AB4BE"/>
  <w14:defaultImageDpi w14:val="300"/>
  <w15:docId w15:val="{0AA9A9A3-7DDC-4F30-B3DB-7D9CB400D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11A50C1-E2FD-4679-9005-D8C6B6073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 Moncrieffe</cp:lastModifiedBy>
  <cp:revision>2</cp:revision>
  <dcterms:created xsi:type="dcterms:W3CDTF">2020-02-06T19:19:00Z</dcterms:created>
  <dcterms:modified xsi:type="dcterms:W3CDTF">2020-02-06T19:19:00Z</dcterms:modified>
  <cp:category/>
</cp:coreProperties>
</file>