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5351B" w:rsidTr="00410A0E">
        <w:tc>
          <w:tcPr>
            <w:tcW w:w="2880" w:type="dxa"/>
          </w:tcPr>
          <w:p w:rsidR="0035351B" w:rsidRDefault="0035351B" w:rsidP="00410A0E">
            <w:r>
              <w:t>TC:</w:t>
            </w:r>
          </w:p>
        </w:tc>
        <w:tc>
          <w:tcPr>
            <w:tcW w:w="2880" w:type="dxa"/>
          </w:tcPr>
          <w:p w:rsidR="0035351B" w:rsidRDefault="0035351B" w:rsidP="00410A0E">
            <w:r>
              <w:t>VIDEO:</w:t>
            </w:r>
          </w:p>
        </w:tc>
        <w:tc>
          <w:tcPr>
            <w:tcW w:w="2880" w:type="dxa"/>
          </w:tcPr>
          <w:p w:rsidR="0035351B" w:rsidRPr="0035351B" w:rsidRDefault="0035351B" w:rsidP="00410A0E">
            <w:pPr>
              <w:rPr>
                <w:bCs/>
              </w:rPr>
            </w:pPr>
            <w:r w:rsidRPr="0035351B">
              <w:rPr>
                <w:bCs/>
              </w:rPr>
              <w:t>AUDIO: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01:13:33:06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"Special Places"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01:13:40:09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Hello! Anybody in here?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01:13:43:18</w:t>
            </w:r>
          </w:p>
        </w:tc>
        <w:tc>
          <w:tcPr>
            <w:tcW w:w="2880" w:type="dxa"/>
          </w:tcPr>
          <w:p w:rsidR="0035351B" w:rsidRDefault="0035351B" w:rsidP="00410A0E">
            <w:bookmarkStart w:id="0" w:name="_GoBack"/>
            <w:bookmarkEnd w:id="0"/>
          </w:p>
        </w:tc>
        <w:tc>
          <w:tcPr>
            <w:tcW w:w="2880" w:type="dxa"/>
          </w:tcPr>
          <w:p w:rsidR="0035351B" w:rsidRDefault="0035351B" w:rsidP="00410A0E">
            <w:r>
              <w:t xml:space="preserve">[effort]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01:13:44:22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Let's go, Elinor!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01:13:46:17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We're almost at Ari's house.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01:13:48:08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[ººº]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01:13:53:12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I can't wait!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01:13:54:21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Ari say he has a </w:t>
            </w:r>
            <w:proofErr w:type="gramStart"/>
            <w:r>
              <w:t>brand new</w:t>
            </w:r>
            <w:proofErr w:type="gramEnd"/>
            <w:r>
              <w:t xml:space="preserve"> ball he wants us to play with.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01:13:59:09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We're here!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01:14:03:02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[giggle] </w:t>
            </w:r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01:14:07:12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I'll get it!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01:14:09:00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Elinor! Olive!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01:14:10:19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Thanks for coming over.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01:14:12:07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Bye, Mom, bye Dad!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01:14:13:20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I'm going out to show my friends my brand new super bouncy ball!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01:14:17:13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Let's go play, c'mon!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01:14:18:21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[º]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01:14:23:06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Hmmm....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01:14:25:04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Ta-dah!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01:14:26:08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My brand new super bouncy ball!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01:14:28:14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proofErr w:type="spellStart"/>
            <w:r>
              <w:t>Ooooohhh</w:t>
            </w:r>
            <w:proofErr w:type="spellEnd"/>
            <w:r>
              <w:t xml:space="preserve">... </w:t>
            </w:r>
            <w:r>
              <w:rPr>
                <w:b/>
              </w:rPr>
              <w:t xml:space="preserve">ELINOR: </w:t>
            </w:r>
            <w:proofErr w:type="spellStart"/>
            <w:r>
              <w:t>Woooow</w:t>
            </w:r>
            <w:proofErr w:type="spellEnd"/>
            <w:r>
              <w:t xml:space="preserve">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01:14:30:17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How high do you think it'll bounce?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01:14:32:22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As high as my trunk can reach?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01:14:35:07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[giggles]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01:14:37:01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As high as that tree?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01:14:38:23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Let's find out.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01:14:40:14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Ready?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01:14:41:15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I'm ready.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01:14:42:15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Ready.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01:14:43:16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proofErr w:type="spellStart"/>
            <w:r>
              <w:t>Hee-ya</w:t>
            </w:r>
            <w:proofErr w:type="spellEnd"/>
            <w:r>
              <w:t xml:space="preserve">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01:14:45:22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proofErr w:type="spellStart"/>
            <w:r>
              <w:t>Uhh</w:t>
            </w:r>
            <w:proofErr w:type="spellEnd"/>
            <w:r>
              <w:t xml:space="preserve">, I thought it would go higher.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01:14:48:09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Wait, that's not my bouncy ball.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01:14:53:01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It's an apple!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01:14:55:03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No wonder it didn't bounce.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01:14:57:08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That was more like a "splat!"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01:14:59:07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01:15:01:19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How'd that get into my pocket?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01:15:03:16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And where did I put the ball?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01:15:06:12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It must be somewhere in my room.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01:15:08:20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I'll go check.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01:15:09:21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Be right back!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01:15:11:06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Uh, we'd better come help you look.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01:15:15:13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Yeah, it's not always easy to find stuff in your room.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01:15:19:15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Well, what do you mean?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01:15:22:08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My room is </w:t>
            </w:r>
            <w:proofErr w:type="gramStart"/>
            <w:r>
              <w:t>really neat</w:t>
            </w:r>
            <w:proofErr w:type="gramEnd"/>
            <w:r>
              <w:t xml:space="preserve">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01:15:26:11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That's because your furniture is on the ceiling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01:15:29:09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and all your stuff here, falls on the floor.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01:15:32:02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I can't help it!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01:15:33:07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I'm a bat, and bats sleep on the ceiling.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01:15:36:23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01:15:38:14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01:15:39:23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It's </w:t>
            </w:r>
            <w:proofErr w:type="gramStart"/>
            <w:r>
              <w:t>pretty messy</w:t>
            </w:r>
            <w:proofErr w:type="gramEnd"/>
            <w:r>
              <w:t xml:space="preserve">. How can we find the ball in here?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01:15:43:22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How can we find anything in here?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01:15:46:18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I usually just route around until I find something.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01:15:50:02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Just start digging.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01:15:51:14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Are you here?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01:15:52:22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Nope.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01:15:54:03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Oh </w:t>
            </w:r>
            <w:proofErr w:type="spellStart"/>
            <w:r>
              <w:t>yeaaaahh</w:t>
            </w:r>
            <w:proofErr w:type="spellEnd"/>
            <w:r>
              <w:t xml:space="preserve">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01:15:56:11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But that's not the ball.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01:15:58:09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Okay.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01:16:02:01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proofErr w:type="spellStart"/>
            <w:r>
              <w:t>Oooh</w:t>
            </w:r>
            <w:proofErr w:type="spellEnd"/>
            <w:r>
              <w:t xml:space="preserve">, this is cool, but nope.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01:16:06:15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Hmm...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01:16:09:02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Is this the bouncy ball?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01:16:11:07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Uh, no.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01:16:13:17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proofErr w:type="spellStart"/>
            <w:r>
              <w:t>Uhh</w:t>
            </w:r>
            <w:proofErr w:type="spellEnd"/>
            <w:r>
              <w:t xml:space="preserve">... </w:t>
            </w:r>
            <w:proofErr w:type="spellStart"/>
            <w:r>
              <w:t>Mmhm</w:t>
            </w:r>
            <w:proofErr w:type="spellEnd"/>
            <w:r>
              <w:t xml:space="preserve">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01:16:15:20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A-ha!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01:16:17:17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01:16:21:19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Well, the good news is, the ball's not here!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01:16:25:04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Why is that good news?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01:16:26:23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If we know where the ball isn't,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01:16:28:23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then we know where the ball is!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01:16:32:07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Really? Where?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01:16:34:07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Somewhere else!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01:16:37:00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So now we know!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01:16:40:10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But "somewhere else" could be anywhere else...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01:16:42:16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in the whole world!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01:16:44:04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It could take years to find it!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01:16:46:11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Well, I haven't been everywhere in the world...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01:16:49:10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proofErr w:type="gramStart"/>
            <w:r>
              <w:t>so</w:t>
            </w:r>
            <w:proofErr w:type="gramEnd"/>
            <w:r>
              <w:t xml:space="preserve"> it's got to be around here...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01:16:51:21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Somewhere.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01:16:53:10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I have an idea!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01:16:54:20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Let's go back to all the places you've been today,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01:16:57:13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and see if we can find the ball.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01:16:59:09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Think back, Ari.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01:17:01:01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When was the last time you had it?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01:17:04:01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proofErr w:type="spellStart"/>
            <w:r>
              <w:t>Hmmmm</w:t>
            </w:r>
            <w:proofErr w:type="spellEnd"/>
            <w:r>
              <w:t xml:space="preserve">....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01:17:07:02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 had it this morning when I got up...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01:17:09:14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Then I got dressed.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01:17:11:11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And then I went outside to play with my ball!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01:17:15:00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Ok!  Let's go outside!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01:17:17:05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[º]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01:17:21:07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So, you came out to the yard with your ball.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01:17:24:14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What did you do out here?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01:17:26:06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Let's see...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01:17:27:16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proofErr w:type="spellStart"/>
            <w:r>
              <w:t>Mmm</w:t>
            </w:r>
            <w:proofErr w:type="spellEnd"/>
            <w:r>
              <w:t xml:space="preserve">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01:17:29:14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proofErr w:type="spellStart"/>
            <w:r>
              <w:t>Oooh</w:t>
            </w:r>
            <w:proofErr w:type="spellEnd"/>
            <w:r>
              <w:t xml:space="preserve">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01:17:31:18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proofErr w:type="spellStart"/>
            <w:r>
              <w:t>Mmm</w:t>
            </w:r>
            <w:proofErr w:type="spellEnd"/>
            <w:r>
              <w:t xml:space="preserve">... these apples are so good.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01:17:35:20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Want one?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01:17:36:21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Not right now, thanks.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01:17:38:23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Maybe later.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01:17:40:14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[eating]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01:17:44:00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Wait! I remember now!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01:17:47:04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My dad asked me to rake the leaves!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01:17:51:02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01:17:52:16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Do you think the ball is in that leaf pile?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01:17:55:21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There's only one way to find out...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01:17:58:11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Are you thinking what I'm thinking?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01:18:00:15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I think so!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01:18:02:09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ALL: </w:t>
            </w:r>
            <w:r>
              <w:t xml:space="preserve">[cheers]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01:18:05:09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ALL: </w:t>
            </w:r>
            <w:r>
              <w:t xml:space="preserve">[playing]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01:18:07:15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[giggle]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01:18:10:12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Well, </w:t>
            </w:r>
            <w:proofErr w:type="gramStart"/>
            <w:r>
              <w:t>That</w:t>
            </w:r>
            <w:proofErr w:type="gramEnd"/>
            <w:r>
              <w:t xml:space="preserve"> was fun.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01:18:11:20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proofErr w:type="spellStart"/>
            <w:r>
              <w:t>MmHmm</w:t>
            </w:r>
            <w:proofErr w:type="spellEnd"/>
            <w:r>
              <w:t xml:space="preserve">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01:18:12:21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But we didn't find the ball.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01:18:15:10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Where else can we look?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01:18:17:02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I don't know.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01:18:18:09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 go to a lot of places.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01:18:19:19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01:18:21:07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[º]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01:18:22:16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proofErr w:type="spellStart"/>
            <w:r>
              <w:t>Ooooh</w:t>
            </w:r>
            <w:proofErr w:type="spellEnd"/>
            <w:r>
              <w:t xml:space="preserve">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01:18:32:11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proofErr w:type="spellStart"/>
            <w:r>
              <w:t>Ooohhh</w:t>
            </w:r>
            <w:proofErr w:type="spellEnd"/>
            <w:r>
              <w:t xml:space="preserve">. It's a bird's nest.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01:18:35:08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You're making a special place to keep your eggs nice and safe,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01:18:39:10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aren't you Mama Bird?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01:18:41:03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Wait, I remember something else.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01:18:43:15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Before I could rake the leaves,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01:18:45:02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 had to go find the rake behind the house.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01:18:47:19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Then, maybe that's where you left the ball?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01:18:50:07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Come on, let's look!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01:18:51:16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[º]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01:18:55:10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Ooh! I remember this is exactly where I was standing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01:18:58:15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when I did my super-amazing "toss and spin" move.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01:19:01:18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Watch!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01:19:05:07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Whoa, whoa!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01:19:06:16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Ta-da!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01:19:08:01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Um, nice catch?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01:19:10:11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Thanks!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01:19:11:14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It's even more impressive with an actual ball.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01:19:14:12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[laugh] </w:t>
            </w:r>
            <w:r>
              <w:rPr>
                <w:b/>
              </w:rPr>
              <w:t xml:space="preserve">OLIVE: </w:t>
            </w:r>
            <w:r>
              <w:t xml:space="preserve">[laugh]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01:19:15:15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I didn't catch the actual ball, though.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01:19:17:23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 dropped it around here.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01:19:19:13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Maybe it rolled over this way.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01:19:22:19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Hey!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01:19:25:13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There's no ball, but here's the rake!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01:19:29:02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This rake?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01:19:30:03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[gasp]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01:19:31:03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That rake is broken.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01:19:32:18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Oh, right...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01:19:33:18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Now I remember.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01:19:35:02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Our rake is broken so I had to borrow another rake...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01:19:38:06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from our neighbor Mr. Dog.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01:19:40:15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There it is!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01:19:44:16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Okay, let's see...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01:19:46:16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You went outside with the ball,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01:19:49:00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then your dad asked you to rake the leaves,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01:19:51:11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but the rake was broken,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01:19:53:03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proofErr w:type="gramStart"/>
            <w:r>
              <w:t>so</w:t>
            </w:r>
            <w:proofErr w:type="gramEnd"/>
            <w:r>
              <w:t xml:space="preserve"> then you went to borrow a rake from Mr. Dog?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01:19:56:06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But don't forget,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01:19:57:09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 did the spin and catch move, too.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01:19:59:22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[º]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01:20:02:13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01:20:03:13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01:20:04:13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Ta-dah!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01:20:05:13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01:20:07:16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Maybe we should look for the ball at Mr. Dog's house!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01:20:10:06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And we can return Mr. Dog's rake.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01:20:12:23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I bet he would like that!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01:20:14:17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Let's go!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01:20:17:09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[ººº]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01:20:24:20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MR. DOG: </w:t>
            </w:r>
            <w:r>
              <w:t xml:space="preserve">[sigh]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01:20:26:08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Hi!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01:20:27:08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MR. DOG: </w:t>
            </w:r>
            <w:r>
              <w:t xml:space="preserve">Oh. Hey, kids, what's up?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01:20:30:01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I brought back your rake, Mr. Dog.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01:20:32:05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Thanks for letting me borrow it.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01:20:34:02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MR. DOG: </w:t>
            </w:r>
            <w:r>
              <w:t xml:space="preserve">You're welcome, Ari.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01:20:35:16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It's nice to have everything back in its proper place.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01:20:39:03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MR. DOG: </w:t>
            </w:r>
            <w:r>
              <w:t xml:space="preserve">There we go.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01:20:40:20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proofErr w:type="spellStart"/>
            <w:r>
              <w:t>Uhh</w:t>
            </w:r>
            <w:proofErr w:type="spellEnd"/>
            <w:r>
              <w:t xml:space="preserve">, Mr. Dog.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01:20:42:09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Did I leave my new super-bouncy ball here?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01:20:45:01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MR. DOG: </w:t>
            </w:r>
            <w:r>
              <w:t xml:space="preserve">Oh, Sorry, I haven't seen your ball.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01:20:51:11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proofErr w:type="spellStart"/>
            <w:r>
              <w:t>Uhh</w:t>
            </w:r>
            <w:proofErr w:type="spellEnd"/>
            <w:r>
              <w:t xml:space="preserve">, Mr. Dog...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01:20:54:11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why do you bury your chew-toys?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01:20:56:20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Aren't they for chewing?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01:20:59:23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MR. DOG: </w:t>
            </w:r>
            <w:r>
              <w:t xml:space="preserve">Good question, Elinor.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01:21:01:17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We </w:t>
            </w:r>
            <w:proofErr w:type="gramStart"/>
            <w:r>
              <w:t>dogs</w:t>
            </w:r>
            <w:proofErr w:type="gramEnd"/>
            <w:r>
              <w:t xml:space="preserve"> love to put things away, and that's why we bury them.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01:21:06:13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We keep them safe in their special place.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01:21:09:17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That way we know exactly where to find them when we need them!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01:21:14:23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Another special place.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01:21:17:07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proofErr w:type="spellStart"/>
            <w:r>
              <w:t>Hmmmm</w:t>
            </w:r>
            <w:proofErr w:type="spellEnd"/>
            <w:r>
              <w:t xml:space="preserve">....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01:21:18:15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That's so interesting!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01:21:21:18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What is it, Elinor?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01:21:23:09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I'm figuring something out.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01:21:26:02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 wonder...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01:21:27:14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[ººº]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01:21:32:01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[singing] º </w:t>
            </w:r>
            <w:proofErr w:type="gramStart"/>
            <w:r>
              <w:t>To</w:t>
            </w:r>
            <w:proofErr w:type="gramEnd"/>
            <w:r>
              <w:t xml:space="preserve"> keep something safe.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01:21:34:07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Keep it in a special place.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01:21:36:13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Put things away.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01:21:38:20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Save it for another day.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01:21:41:13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I saw birds build a nest.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01:21:43:07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hold all their eggs.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01:21:45:17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ALL: </w:t>
            </w:r>
            <w:r>
              <w:t xml:space="preserve">º And Mr. Dog he found a spot.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01:21:47:23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a toy he likes a lot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01:21:50:05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keep something safe.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01:21:52:13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Keep it in a special place.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01:21:54:19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Put things away.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01:21:57:03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Save it for another day.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01:22:02:02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If you put things in a special place,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01:22:04:14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you won't lose them.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01:22:06:06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MR. DOG: </w:t>
            </w:r>
            <w:r>
              <w:t xml:space="preserve">That's right, Elinor.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01:22:07:14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It's important to put things away so you can find them...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01:22:10:14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again.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01:22:11:14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01:22:12:14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Yeah, I should have put my ball in a special place.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01:22:16:12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[stomach growling]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01:22:18:18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Hmm, speaking of special places,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01:22:21:10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my stomach is a special place, and right now it's empty!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01:22:25:05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 could use another delicious apple.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01:22:27:23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Wait a minute!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01:22:29:08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Ball, apple, special place...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01:22:32:00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[gasp] I remember where I left the ball!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01:22:35:01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Bye, Mr. Dog!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01:22:36:22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MR. DOG: </w:t>
            </w:r>
            <w:r>
              <w:t xml:space="preserve">Bye kids!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01:22:39:21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Ta-dah!!!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01:22:41:14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The ball!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01:22:42:14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We found it!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01:22:43:19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How did it get there?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01:22:45:10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I must have put it down in the apple basket...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01:22:47:18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when I reached for an apple this morning.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01:22:50:15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01:22:52:04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Ready?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01:22:53:04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Yay!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01:22:54:04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proofErr w:type="spellStart"/>
            <w:r>
              <w:t>Wooooo</w:t>
            </w:r>
            <w:proofErr w:type="spellEnd"/>
            <w:r>
              <w:t xml:space="preserve">! </w:t>
            </w:r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01:22:55:19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Super amazing toss-and-spin move!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01:22:57:21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[gasp] </w:t>
            </w:r>
            <w:r>
              <w:rPr>
                <w:b/>
              </w:rPr>
              <w:t xml:space="preserve">ARI: </w:t>
            </w:r>
            <w:r>
              <w:t xml:space="preserve">Yes!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01:22:59:07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01:23:00:19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Okay, my turn!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01:23:02:18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Wait! </w:t>
            </w:r>
            <w:proofErr w:type="gramStart"/>
            <w:r>
              <w:t>First</w:t>
            </w:r>
            <w:proofErr w:type="gramEnd"/>
            <w:r>
              <w:t xml:space="preserve"> I have a favor to ask.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01:23:05:15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What is it Ari?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01:23:06:23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I know it's important to put things away...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01:23:09:08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in a special place.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01:23:10:18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Will you help me with something?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01:23:13:07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Of course, Ari!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01:23:14:08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[giggle] We thought you'd never ask.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01:23:17:08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[giggle]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01:23:18:14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[ººº]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01:23:23:04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ALL: </w:t>
            </w:r>
            <w:r>
              <w:t xml:space="preserve">[singing] To keep something safe.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01:23:25:10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Keep it in a special place.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01:23:27:17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Put things away.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01:23:30:00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Save it for another day.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01:23:32:09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I saw birds build a nest.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01:23:34:12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hold all their eggs.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01:23:36:20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And Mr. Dog he found a spot.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01:23:39:03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a toy he likes a lot.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01:23:41:06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keep something safe.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01:23:43:16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Keep it in a special place.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01:23:46:00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Put things away.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01:23:48:06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º Save it for another day. º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01:23:52:17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Wow.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01:23:53:17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My room has never looked this good before.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01:23:56:01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Yeah, the floor and the ceiling!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01:23:59:13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Everything is in its special place.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01:24:01:23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OLIVE: </w:t>
            </w:r>
            <w:r>
              <w:t xml:space="preserve">Now we can finally go play with the super bouncy ball!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01:24:06:02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Uh oh, I forgot where I put the ball!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01:24:09:02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[groan] Ari! </w:t>
            </w:r>
            <w:r>
              <w:rPr>
                <w:b/>
              </w:rPr>
              <w:t xml:space="preserve">OLIVE: </w:t>
            </w:r>
            <w:r>
              <w:t xml:space="preserve">[groan] Ari!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01:24:11:02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ARI: </w:t>
            </w:r>
            <w:r>
              <w:t xml:space="preserve">Just kidding!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01:24:12:02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Here it is in a special place...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01:24:13:19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I made just for my ball!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01:24:16:20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Catch!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01:24:18:13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ELINOR: </w:t>
            </w:r>
            <w:r>
              <w:t xml:space="preserve">Super amazing toss-and-spin move!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01:24:22:09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Ta-da!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01:24:23:13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rPr>
                <w:b/>
              </w:rPr>
              <w:t xml:space="preserve">ALL: </w:t>
            </w:r>
            <w:r>
              <w:t xml:space="preserve">[laughs]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t>01:24:26:03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[bird chirping] </w:t>
            </w:r>
          </w:p>
        </w:tc>
      </w:tr>
      <w:tr w:rsidR="0035351B" w:rsidTr="00410A0E">
        <w:tc>
          <w:tcPr>
            <w:tcW w:w="2880" w:type="dxa"/>
          </w:tcPr>
          <w:p w:rsidR="0035351B" w:rsidRDefault="0035351B" w:rsidP="00410A0E">
            <w:r>
              <w:lastRenderedPageBreak/>
              <w:t>01:24:29:00</w:t>
            </w:r>
          </w:p>
        </w:tc>
        <w:tc>
          <w:tcPr>
            <w:tcW w:w="2880" w:type="dxa"/>
          </w:tcPr>
          <w:p w:rsidR="0035351B" w:rsidRDefault="0035351B" w:rsidP="00410A0E"/>
        </w:tc>
        <w:tc>
          <w:tcPr>
            <w:tcW w:w="2880" w:type="dxa"/>
          </w:tcPr>
          <w:p w:rsidR="0035351B" w:rsidRDefault="0035351B" w:rsidP="00410A0E">
            <w:r>
              <w:t xml:space="preserve">[ººº] </w:t>
            </w:r>
          </w:p>
        </w:tc>
      </w:tr>
    </w:tbl>
    <w:p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51B" w:rsidRDefault="0035351B" w:rsidP="0035351B">
      <w:pPr>
        <w:spacing w:after="0" w:line="240" w:lineRule="auto"/>
      </w:pPr>
      <w:r>
        <w:separator/>
      </w:r>
    </w:p>
  </w:endnote>
  <w:endnote w:type="continuationSeparator" w:id="0">
    <w:p w:rsidR="0035351B" w:rsidRDefault="0035351B" w:rsidP="00353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51B" w:rsidRDefault="0035351B" w:rsidP="0035351B">
      <w:pPr>
        <w:spacing w:after="0" w:line="240" w:lineRule="auto"/>
      </w:pPr>
      <w:r>
        <w:separator/>
      </w:r>
    </w:p>
  </w:footnote>
  <w:footnote w:type="continuationSeparator" w:id="0">
    <w:p w:rsidR="0035351B" w:rsidRDefault="0035351B" w:rsidP="00353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51B" w:rsidRDefault="0035351B">
    <w:pPr>
      <w:pStyle w:val="Header"/>
    </w:pPr>
    <w:r>
      <w:t>EWW104B_TRANSCIPT_DOM_INT</w:t>
    </w:r>
  </w:p>
  <w:p w:rsidR="0035351B" w:rsidRDefault="003535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1B"/>
    <w:rsid w:val="00070A67"/>
    <w:rsid w:val="00292F2F"/>
    <w:rsid w:val="0035351B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CD36C"/>
  <w15:chartTrackingRefBased/>
  <w15:docId w15:val="{0CFBE54C-278D-4184-BA80-9A5E5D19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5351B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3535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5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535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51B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5351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3535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5351B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35351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35351B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35351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5351B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35351B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5351B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5351B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5351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5351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5351B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5351B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35351B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35351B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35351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35351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35351B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35351B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35351B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35351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35351B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5351B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5351B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5351B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5351B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5351B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5351B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535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5351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35351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5351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5351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5351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5351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5351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5351B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5351B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2020-02-06T18:53:00Z</dcterms:created>
  <dcterms:modified xsi:type="dcterms:W3CDTF">2020-02-06T18:54:00Z</dcterms:modified>
</cp:coreProperties>
</file>