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5E14F2" w:rsidTr="00E869DC">
        <w:tc>
          <w:tcPr>
            <w:tcW w:w="2880" w:type="dxa"/>
          </w:tcPr>
          <w:p w:rsidR="005E14F2" w:rsidRDefault="00E869DC">
            <w:r>
              <w:t>TC:</w:t>
            </w:r>
          </w:p>
        </w:tc>
        <w:tc>
          <w:tcPr>
            <w:tcW w:w="2880" w:type="dxa"/>
          </w:tcPr>
          <w:p w:rsidR="005E14F2" w:rsidRDefault="00E869DC">
            <w:r>
              <w:t>VIDEO:</w:t>
            </w:r>
          </w:p>
        </w:tc>
        <w:tc>
          <w:tcPr>
            <w:tcW w:w="2880" w:type="dxa"/>
          </w:tcPr>
          <w:p w:rsidR="005E14F2" w:rsidRDefault="00E869DC">
            <w:r>
              <w:t>AUDIO: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01:00:00:08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01:00:01:21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01:00:03:15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I see things that I want to know.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01:00:05:14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Wherever I am,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01:00:07:00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01:00:09:07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ºGo and explore, listen and see,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01:00:12:21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just follow your curiosity.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01:00:16:16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01:00:20:07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01:00:23:21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01:00:27:15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01:00:31:08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There's so much to learn,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01:00:33:07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wherever you turn,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01:00:35:02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just listen and see,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01:00:36:20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and follow your curiosity.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01:00:40:17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>[ººº]</w:t>
            </w:r>
            <w:r>
              <w:t xml:space="preserve">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01:00:42:09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01:00:46:04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01:00:49:18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01:00:53:12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01:01:00:11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01:01:02:01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"The House That Ants Built"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01:01:03:23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01:01:08:05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[mimicking ants voice] </w:t>
            </w:r>
            <w:proofErr w:type="spellStart"/>
            <w:r>
              <w:t>Oooh</w:t>
            </w:r>
            <w:proofErr w:type="spellEnd"/>
            <w:r>
              <w:t xml:space="preserve">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01:01:09:23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 just </w:t>
            </w:r>
            <w:proofErr w:type="spellStart"/>
            <w:r>
              <w:t>loooove</w:t>
            </w:r>
            <w:proofErr w:type="spellEnd"/>
            <w:r>
              <w:t xml:space="preserve"> carrying stuff.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01:01:12:12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Come on, you guys!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01:01:14:17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Stay in line, </w:t>
            </w:r>
            <w:r>
              <w:t xml:space="preserve">everyone!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01:01:17:19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[making ants voice] This stick is too heavy for me.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01:01:20:11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[making ants voice] Then I'll help you carry it!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01:01:23:01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01:01:25:18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Here they are, Elinor!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01:01:27:06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More </w:t>
            </w:r>
            <w:r>
              <w:t xml:space="preserve">cushions for our couch cushion castle.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01:01:29:21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Whoa </w:t>
            </w:r>
            <w:proofErr w:type="spellStart"/>
            <w:r>
              <w:t>whoa</w:t>
            </w:r>
            <w:proofErr w:type="spellEnd"/>
            <w:r>
              <w:t xml:space="preserve"> </w:t>
            </w:r>
            <w:proofErr w:type="spellStart"/>
            <w:r>
              <w:t>whoa</w:t>
            </w:r>
            <w:proofErr w:type="spellEnd"/>
            <w:r>
              <w:t xml:space="preserve"> </w:t>
            </w:r>
            <w:proofErr w:type="spellStart"/>
            <w:r>
              <w:t>whoaaaaaaa</w:t>
            </w:r>
            <w:proofErr w:type="spellEnd"/>
            <w:r>
              <w:t xml:space="preserve">!!!!!!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01:01:33:05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01:01:35:14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And a few more blankets.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01:01:38:11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01:01:40:01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Thanks, Olive! Thanks, Ari!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01:01:42:00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This is going to be the best couch cushion castle ever!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01:01:46:08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01:01:48:10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Yeah! Let's get all the pillows we can!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01:01:53:06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I have so many different ideas for the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01:01:56:15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It's going to have a slide...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01:01:59:04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a telescope,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01:02:00:19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a big window for ant-watching!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01:02:03:17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I've got some ideas, too!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01:02:06:06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 want a room for my crayons...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01:02:08:12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 room for my </w:t>
            </w:r>
            <w:r>
              <w:t xml:space="preserve">sparkles...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01:02:10:15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a giant room full of books!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01:02:12:23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You mean a library?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01:02:15:06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Yes! My very own library!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01:02:18:02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Ooh! I have ideas, too!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01:02:20:04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I want a drawbridge,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01:02:21:17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 racetrack...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01:02:23:01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Oh, and a bubble fountain!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01:02:24:20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Yes!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01:02:28:13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01:02:29:20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Okay! Let's start building!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01:02:33:12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01:02:49:15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01:02:54:05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[sigh]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01:02:59:17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Whoops, sorry!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01:03:05:06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proofErr w:type="spellStart"/>
            <w:r>
              <w:t>Awwe</w:t>
            </w:r>
            <w:proofErr w:type="spellEnd"/>
            <w:r>
              <w:t xml:space="preserve">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01:03:09:22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01:03:18:07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OLVE: </w:t>
            </w:r>
            <w:r>
              <w:t xml:space="preserve">Ah!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01:03:20:12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01:03:22:11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01:03:25:05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[efforts]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01:03:29:16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01:03:34:00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01:03:37:05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Oh, c'mon!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01:03:39:12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[efforts]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01:03:41:01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[efforts] </w:t>
            </w:r>
            <w:r>
              <w:rPr>
                <w:b/>
              </w:rPr>
              <w:t xml:space="preserve">ELINOR: </w:t>
            </w:r>
            <w:r>
              <w:t xml:space="preserve">[efforts] </w:t>
            </w:r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01:03:44:22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Olive, that's supposed to be my slide.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01:03:48:02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But it's the perfect shape...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01:03:49:02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for the wall of my crayon room.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01:03:50:11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[effort] But I need it for my slide.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01:03:53:00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[effort]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01:03:54:00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Guys, let's not fight over the pillows.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01:03:56:08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proofErr w:type="spellStart"/>
            <w:r>
              <w:t>Whoaaaa</w:t>
            </w:r>
            <w:proofErr w:type="spell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01:03:57:09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Whoops.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01:03:58:09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Ari, are you okay?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01:04:00:22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Never mind!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01:04:02:12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Pillow fight!!!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01:04:04:03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Pillow fight! </w:t>
            </w:r>
            <w:r>
              <w:rPr>
                <w:b/>
              </w:rPr>
              <w:t xml:space="preserve">OLIVE: </w:t>
            </w:r>
            <w:r>
              <w:t xml:space="preserve">Pillow fight!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01:04:08:03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Take that!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01:04:09:16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01:04:29:11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01:04:32:17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Woof, that was fun!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01:04:36:06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Awe, but we haven't finished building our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01:04:39:20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Yeah, we kept bumping into each other...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01:04:42:04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we also kept taking each </w:t>
            </w:r>
            <w:r>
              <w:t xml:space="preserve">other's cushions by accident.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01:04:45:13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And I had trouble had trouble lifting the big cushion.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01:04:48:00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Hmm, we need a better way to build our </w:t>
            </w:r>
            <w:r>
              <w:lastRenderedPageBreak/>
              <w:t xml:space="preserve">castle.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01:04:51:20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What do you think Elinor?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01:04:54:00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Elinor?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01:04:56:00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What are you looking at?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01:04:57:14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Whoa! Are those ants?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01:04:59:15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Uh-huh.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01:05:00:15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Look! They're all carrying something.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01:05:03:18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They're carrying things,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01:05:05:04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just like we were </w:t>
            </w:r>
            <w:r>
              <w:t xml:space="preserve">carrying our cushions.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01:05:07:09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01:05:08:21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I wonder why they're doing that.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01:05:11:09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[gasp]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01:05:13:00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 know!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01:05:15:08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proofErr w:type="spellStart"/>
            <w:r>
              <w:t>Uuh</w:t>
            </w:r>
            <w:proofErr w:type="spellEnd"/>
            <w:r>
              <w:t xml:space="preserve">, </w:t>
            </w:r>
            <w:proofErr w:type="spellStart"/>
            <w:r>
              <w:t>aah</w:t>
            </w:r>
            <w:proofErr w:type="spell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01:05:16:11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Let's follow them outside.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01:05:19:06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Mom, we'll be outside.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01:05:25:00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Boing!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01:05:26:00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Wee!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01:05:27:01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A-ha!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01:05:30:16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01:05:32:16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Wow, look at that!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01:05:35:05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There are </w:t>
            </w:r>
            <w:proofErr w:type="spellStart"/>
            <w:r>
              <w:t>soo</w:t>
            </w:r>
            <w:proofErr w:type="spellEnd"/>
            <w:r>
              <w:t xml:space="preserve"> </w:t>
            </w:r>
            <w:r>
              <w:lastRenderedPageBreak/>
              <w:t xml:space="preserve">many!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01:05:42:03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01:05:43:13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Where are they carrying all that stuff?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01:05:46:13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Can I </w:t>
            </w:r>
            <w:proofErr w:type="gramStart"/>
            <w:r>
              <w:t>take a look</w:t>
            </w:r>
            <w:proofErr w:type="gramEnd"/>
            <w:r>
              <w:t xml:space="preserve">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01:05:47:16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Sure Olive!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01:05:51:04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01:05:53:14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Oh!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01:05:55:10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Wow!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01:05:58:00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Here, try the </w:t>
            </w:r>
            <w:r>
              <w:t xml:space="preserve">magnifying glass.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01:06:00:20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La, </w:t>
            </w:r>
            <w:proofErr w:type="gramStart"/>
            <w:r>
              <w:t>la ,la</w:t>
            </w:r>
            <w:proofErr w:type="gramEnd"/>
            <w:r>
              <w:t xml:space="preserve">, la!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01:06:02:03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Oh!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01:06:04:02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[laugh] </w:t>
            </w:r>
            <w:r>
              <w:rPr>
                <w:b/>
              </w:rPr>
              <w:t xml:space="preserve">ELINOR: </w:t>
            </w:r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01:06:05:17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[humming]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01:06:09:20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Whoa!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01:06:12:07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Hmmm...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01:06:17:04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Wow!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01:06:20:00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Look at that!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01:06:26:01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proofErr w:type="gramStart"/>
            <w:r>
              <w:t>This is why</w:t>
            </w:r>
            <w:proofErr w:type="gramEnd"/>
            <w:r>
              <w:t xml:space="preserve"> the ants were carrying...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01:06:27:17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all those sticks and leaves!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01:06:29:06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They're building something.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01:06:31:11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It looks like they're building a hill.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01:06:33:15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>But how can those tiny ants build so</w:t>
            </w:r>
            <w:r>
              <w:t xml:space="preserve">mething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01:06:36:03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so much bigger than them?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01:06:38:09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It's an anthill!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01:06:40:07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 read about it in one of my books.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01:06:41:23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I'll go get it!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01:06:44:21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Why do they even need an anthill?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01:06:47:04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 mean </w:t>
            </w:r>
            <w:r>
              <w:t xml:space="preserve">what's going on in </w:t>
            </w:r>
            <w:proofErr w:type="gramStart"/>
            <w:r>
              <w:t>there?</w:t>
            </w:r>
            <w:proofErr w:type="gramEnd"/>
            <w:r>
              <w:t xml:space="preserve">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01:06:51:09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Oh look, you can see the ants...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01:06:53:11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going in and out of the hill!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01:06:56:05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Look at this big hill we built!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01:06:58:10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I'm just a little ant!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01:07:01:02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[laugh] If you're an ant, then I must be an uncle!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01:07:05:17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[laugh] Look!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01:07:07:12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>I'm waving my ant-</w:t>
            </w:r>
            <w:proofErr w:type="spellStart"/>
            <w:r>
              <w:t>enna</w:t>
            </w:r>
            <w:proofErr w:type="spell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01:07:11:03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And I'm not wearing pa...ants!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01:07:14:10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ARI: </w:t>
            </w:r>
            <w:r>
              <w:t xml:space="preserve">[laugh]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01:07:17:02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I've </w:t>
            </w:r>
            <w:r>
              <w:t xml:space="preserve">got it! It's here in my Nature Book.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01:07:19:11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There's a part here that's all about ants!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01:07:22:20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Lots of ants live in big places called anthills.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01:07:26:03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Most anthills are made of </w:t>
            </w:r>
            <w:r>
              <w:lastRenderedPageBreak/>
              <w:t xml:space="preserve">dirt,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01:07:28:08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but some also use </w:t>
            </w:r>
            <w:r>
              <w:t xml:space="preserve">sticks and pieces of grass.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01:07:31:21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proofErr w:type="spellStart"/>
            <w:r>
              <w:t>Ohhhh</w:t>
            </w:r>
            <w:proofErr w:type="spellEnd"/>
            <w:r>
              <w:t xml:space="preserve">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01:07:33:05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Anthills have rooms for sleeping,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01:07:37:03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rooms for taking care of babies,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01:07:42:00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even special places where they keep the trash.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01:07:46:20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01:07:48:23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Is that all happening inside there?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01:07:51:10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Yup!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01:07:52:16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Most of the anthill is under the ground.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01:07:55:03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It's kind of like we're looking at the roof.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01:08:01:21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Hello, little ant.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01:08:03:14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01:08:06:17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That is so interesting!!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01:08:09:19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But how can these tiny ants...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01:08:11:14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make a hill so much bigger than them?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01:08:14:04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Yeah, especially when we can't even build...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01:08:16:21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 pillow </w:t>
            </w:r>
            <w:proofErr w:type="gramStart"/>
            <w:r>
              <w:t>castle</w:t>
            </w:r>
            <w:proofErr w:type="gramEnd"/>
            <w:r>
              <w:t xml:space="preserve">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01:08:18:04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we're big!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01:08:20:21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Hmm....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01:08:23:05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I'm not sure.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01:08:24:13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01:08:25:15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[gasp] Let's watch the ants, and maybe we can figure it out!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01:08:30:23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We need more </w:t>
            </w:r>
            <w:r>
              <w:t xml:space="preserve">observations!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01:08:38:00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[gasp] Look, the ants walk in a line...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01:08:40:13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back and forth from the anthill.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01:08:42:18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Yeah, some are moving towards the anthill...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01:08:45:19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but others are walking away from it.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01:08:48:01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Oh, the ants are leaving to get things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01:08:51:11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then they're bring them back.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01:08:53:21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And they aren't bumping into each other...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01:08:56:00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like when we got all the cushions...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01:08:57:20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from </w:t>
            </w:r>
            <w:r>
              <w:t xml:space="preserve">around Elinor's house.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01:08:59:18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01:09:00:23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look!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01:09:02:08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That ant is having trouble carrying that stick.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01:09:06:01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It's so big.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01:09:08:16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It got help!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01:09:10:14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The ants are helping each </w:t>
            </w:r>
            <w:r>
              <w:t xml:space="preserve">other.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01:09:12:13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More ants </w:t>
            </w:r>
            <w:proofErr w:type="gramStart"/>
            <w:r>
              <w:t>means</w:t>
            </w:r>
            <w:proofErr w:type="gramEnd"/>
            <w:r>
              <w:t xml:space="preserve"> they can carry bigger things!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01:09:15:15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Yeah, I wish someone had helped me...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01:09:17:20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with the big couch cushion before.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01:09:19:20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It was </w:t>
            </w:r>
            <w:proofErr w:type="gramStart"/>
            <w:r>
              <w:t>really heavy</w:t>
            </w:r>
            <w:proofErr w:type="gram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01:09:21:10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01:09:23:09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Wow, they make the anthill together.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01:09:26:13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And they don't fight over the things they bring!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01:09:29:04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Helping each other is the only way these tiny ants...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01:09:32:11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can build this amazing anthill.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01:09:34:11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They also share their building material.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01:09:37:14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We didn't do that, we tried building too many things.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01:09:41:18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And we ended up taking from each other...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01:09:44:10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instead of helping each other.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01:09:47:01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That's it! I know how we're going to build </w:t>
            </w:r>
            <w:r>
              <w:lastRenderedPageBreak/>
              <w:t xml:space="preserve">our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01:09:51:03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How, Elinor?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01:09:53:07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We </w:t>
            </w:r>
            <w:proofErr w:type="gramStart"/>
            <w:r>
              <w:t>have to</w:t>
            </w:r>
            <w:proofErr w:type="gramEnd"/>
            <w:r>
              <w:t xml:space="preserve"> act like ants!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01:10:03:09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Okay, ant builders!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01:10:04:20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Let's build our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01:10:06:08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Awesome! </w:t>
            </w:r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01:10:07:14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01:10:08:18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º It's everyone, it's not just me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01:10:11:15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who builds a castle carefully.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01:10:15:02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spellStart"/>
            <w:r>
              <w:t>'Cause</w:t>
            </w:r>
            <w:proofErr w:type="spellEnd"/>
            <w:r>
              <w:t xml:space="preserve"> when you stop and think it through,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01:10:18:12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it </w:t>
            </w:r>
            <w:r>
              <w:t xml:space="preserve">helps to know just what to do.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01:10:21:16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º So if I need the biggest cushion,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01:10:25:00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We'll be   helping you with the </w:t>
            </w:r>
            <w:proofErr w:type="gramStart"/>
            <w:r>
              <w:t>pushing.º</w:t>
            </w:r>
            <w:proofErr w:type="gramEnd"/>
            <w:r>
              <w:t xml:space="preserve">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01:10:28:21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proofErr w:type="gramStart"/>
            <w:r>
              <w:rPr>
                <w:b/>
              </w:rPr>
              <w:t>ARI:º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t>'Cause</w:t>
            </w:r>
            <w:proofErr w:type="spellEnd"/>
            <w:r>
              <w:t xml:space="preserve"> doing it </w:t>
            </w:r>
            <w:proofErr w:type="spellStart"/>
            <w:r>
              <w:t>together's</w:t>
            </w:r>
            <w:proofErr w:type="spellEnd"/>
            <w:r>
              <w:t xml:space="preserve"> fun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01:10:31:17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three ants</w:t>
            </w:r>
            <w:r>
              <w:t xml:space="preserve"> can lift more than one!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01:10:35:15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º Let's work together!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01:10:37:16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Let's work together!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01:10:39:05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That's the way we do it </w:t>
            </w:r>
            <w:r>
              <w:lastRenderedPageBreak/>
              <w:t xml:space="preserve">better.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01:10:42:14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An</w:t>
            </w:r>
            <w:proofErr w:type="gramEnd"/>
            <w:r>
              <w:t xml:space="preserve"> ant can't do it all alone.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01:10:45:11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we can do </w:t>
            </w:r>
            <w:r>
              <w:t xml:space="preserve">it...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01:10:47:11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º Together! º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01:10:52:17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We worked together just like the ants!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01:10:54:23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01:10:55:23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We helped each other, and we shared the pillows...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01:10:58:13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...and we made an amazingly </w:t>
            </w:r>
            <w:r>
              <w:t xml:space="preserve">awesome incredible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01:11:03:18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ant hill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01:11:07:14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01:11:11:16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I got my slide!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01:11:13:12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I got my library!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01:11:15:15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And I got my drawbridge!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01:11:17:17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We did it!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01:11:19:08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But ants, we've got two more piece to move!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01:11:22:22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Oh </w:t>
            </w:r>
            <w:proofErr w:type="spellStart"/>
            <w:r>
              <w:t>ya</w:t>
            </w:r>
            <w:proofErr w:type="spellEnd"/>
            <w:r>
              <w:t xml:space="preserve">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01:11:24:02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01:11:25:15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[grunt]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01:11:34:11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OLIVE: </w:t>
            </w:r>
            <w:r>
              <w:t xml:space="preserve">Perfect!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01:11:35:12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01:11:37:01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An ant </w:t>
            </w:r>
            <w:r>
              <w:t xml:space="preserve">watching </w:t>
            </w:r>
            <w:r>
              <w:lastRenderedPageBreak/>
              <w:t xml:space="preserve">window,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lastRenderedPageBreak/>
              <w:t>01:11:39:05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now we can see our little ant friends.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01:11:42:17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All ants into the castle!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01:11:47:17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ARI: </w:t>
            </w:r>
            <w:r>
              <w:t xml:space="preserve">Yay!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01:11:49:14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E14F2" w:rsidTr="00E869DC">
        <w:tc>
          <w:tcPr>
            <w:tcW w:w="2880" w:type="dxa"/>
          </w:tcPr>
          <w:p w:rsidR="005E14F2" w:rsidRDefault="00E869DC">
            <w:r>
              <w:t>01:11:53:08</w:t>
            </w:r>
          </w:p>
        </w:tc>
        <w:tc>
          <w:tcPr>
            <w:tcW w:w="2880" w:type="dxa"/>
          </w:tcPr>
          <w:p w:rsidR="005E14F2" w:rsidRDefault="005E14F2"/>
        </w:tc>
        <w:tc>
          <w:tcPr>
            <w:tcW w:w="2880" w:type="dxa"/>
          </w:tcPr>
          <w:p w:rsidR="005E14F2" w:rsidRDefault="00E869DC">
            <w:r>
              <w:t xml:space="preserve">[ººº] </w:t>
            </w:r>
          </w:p>
        </w:tc>
      </w:tr>
    </w:tbl>
    <w:p w:rsidR="005E14F2" w:rsidRDefault="005E14F2">
      <w:bookmarkStart w:id="0" w:name="_GoBack"/>
      <w:bookmarkEnd w:id="0"/>
    </w:p>
    <w:sectPr w:rsidR="005E14F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9DC" w:rsidRDefault="00E869DC" w:rsidP="00E869DC">
      <w:pPr>
        <w:spacing w:after="0" w:line="240" w:lineRule="auto"/>
      </w:pPr>
      <w:r>
        <w:separator/>
      </w:r>
    </w:p>
  </w:endnote>
  <w:endnote w:type="continuationSeparator" w:id="0">
    <w:p w:rsidR="00E869DC" w:rsidRDefault="00E869DC" w:rsidP="00E86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9DC" w:rsidRDefault="00E869DC" w:rsidP="00E869DC">
      <w:pPr>
        <w:spacing w:after="0" w:line="240" w:lineRule="auto"/>
      </w:pPr>
      <w:r>
        <w:separator/>
      </w:r>
    </w:p>
  </w:footnote>
  <w:footnote w:type="continuationSeparator" w:id="0">
    <w:p w:rsidR="00E869DC" w:rsidRDefault="00E869DC" w:rsidP="00E86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9DC" w:rsidRDefault="00E869DC">
    <w:pPr>
      <w:pStyle w:val="Header"/>
    </w:pPr>
    <w:r>
      <w:t>EWW104A_TRANSCRIPT_DOM_INT</w:t>
    </w:r>
  </w:p>
  <w:p w:rsidR="00E869DC" w:rsidRDefault="00E869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14F2"/>
    <w:rsid w:val="00AA1D8D"/>
    <w:rsid w:val="00B47730"/>
    <w:rsid w:val="00CB0664"/>
    <w:rsid w:val="00E869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428C99"/>
  <w14:defaultImageDpi w14:val="300"/>
  <w15:docId w15:val="{DF67E0DB-9D7D-42D0-A6B7-4A6F9626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826C7F-9177-4558-A855-75009D7DE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2020-02-06T18:56:00Z</dcterms:created>
  <dcterms:modified xsi:type="dcterms:W3CDTF">2020-02-06T18:56:00Z</dcterms:modified>
  <cp:category/>
</cp:coreProperties>
</file>