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76"/>
        <w:gridCol w:w="2876"/>
        <w:gridCol w:w="2878"/>
      </w:tblGrid>
      <w:tr w:rsidR="00AE7A24" w:rsidTr="00090B9F">
        <w:tc>
          <w:tcPr>
            <w:tcW w:w="2880" w:type="dxa"/>
          </w:tcPr>
          <w:p w:rsidR="00AE7A24" w:rsidRDefault="00090B9F">
            <w:r>
              <w:t>TC:</w:t>
            </w:r>
          </w:p>
        </w:tc>
        <w:tc>
          <w:tcPr>
            <w:tcW w:w="2880" w:type="dxa"/>
          </w:tcPr>
          <w:p w:rsidR="00AE7A24" w:rsidRPr="00090B9F" w:rsidRDefault="00090B9F">
            <w:r w:rsidRPr="00090B9F">
              <w:t>VIDEO:</w:t>
            </w:r>
          </w:p>
        </w:tc>
        <w:tc>
          <w:tcPr>
            <w:tcW w:w="2880" w:type="dxa"/>
          </w:tcPr>
          <w:p w:rsidR="00AE7A24" w:rsidRDefault="00090B9F">
            <w:r>
              <w:t>AUDIO:</w:t>
            </w:r>
          </w:p>
        </w:tc>
      </w:tr>
      <w:tr w:rsidR="00AE7A24" w:rsidTr="00090B9F">
        <w:tc>
          <w:tcPr>
            <w:tcW w:w="2880" w:type="dxa"/>
          </w:tcPr>
          <w:p w:rsidR="00AE7A24" w:rsidRDefault="00090B9F">
            <w:r>
              <w:t>01:00:00:10</w:t>
            </w:r>
          </w:p>
        </w:tc>
        <w:tc>
          <w:tcPr>
            <w:tcW w:w="2880" w:type="dxa"/>
          </w:tcPr>
          <w:p w:rsidR="00AE7A24" w:rsidRPr="00090B9F" w:rsidRDefault="00AE7A24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:rsidR="00AE7A24" w:rsidRDefault="00090B9F">
            <w:r>
              <w:t xml:space="preserve">[ººº] </w:t>
            </w:r>
          </w:p>
        </w:tc>
      </w:tr>
      <w:tr w:rsidR="00AE7A24" w:rsidTr="00090B9F">
        <w:tc>
          <w:tcPr>
            <w:tcW w:w="2880" w:type="dxa"/>
          </w:tcPr>
          <w:p w:rsidR="00AE7A24" w:rsidRDefault="00090B9F">
            <w:r>
              <w:t>01:00:01:27</w:t>
            </w:r>
          </w:p>
        </w:tc>
        <w:tc>
          <w:tcPr>
            <w:tcW w:w="2880" w:type="dxa"/>
          </w:tcPr>
          <w:p w:rsidR="00AE7A24" w:rsidRPr="00090B9F" w:rsidRDefault="00AE7A24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:rsidR="00AE7A24" w:rsidRDefault="00090B9F">
            <w:r>
              <w:t xml:space="preserve">º </w:t>
            </w:r>
            <w:r>
              <w:rPr>
                <w:b/>
              </w:rPr>
              <w:t xml:space="preserve">ELINOR: </w:t>
            </w:r>
            <w:r>
              <w:t xml:space="preserve">Wherever I go, </w:t>
            </w:r>
          </w:p>
        </w:tc>
      </w:tr>
      <w:tr w:rsidR="00AE7A24" w:rsidTr="00090B9F">
        <w:tc>
          <w:tcPr>
            <w:tcW w:w="2880" w:type="dxa"/>
          </w:tcPr>
          <w:p w:rsidR="00AE7A24" w:rsidRDefault="00090B9F">
            <w:r>
              <w:t>01:00:03:19</w:t>
            </w:r>
          </w:p>
        </w:tc>
        <w:tc>
          <w:tcPr>
            <w:tcW w:w="2880" w:type="dxa"/>
          </w:tcPr>
          <w:p w:rsidR="00AE7A24" w:rsidRPr="00090B9F" w:rsidRDefault="00AE7A24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:rsidR="00AE7A24" w:rsidRDefault="00090B9F">
            <w:r>
              <w:t xml:space="preserve">º I see things that I want to know. º </w:t>
            </w:r>
          </w:p>
        </w:tc>
      </w:tr>
      <w:tr w:rsidR="00AE7A24" w:rsidTr="00090B9F">
        <w:tc>
          <w:tcPr>
            <w:tcW w:w="2880" w:type="dxa"/>
          </w:tcPr>
          <w:p w:rsidR="00AE7A24" w:rsidRDefault="00090B9F">
            <w:r>
              <w:t>01:00:05:18</w:t>
            </w:r>
          </w:p>
        </w:tc>
        <w:tc>
          <w:tcPr>
            <w:tcW w:w="2880" w:type="dxa"/>
          </w:tcPr>
          <w:p w:rsidR="00AE7A24" w:rsidRPr="00090B9F" w:rsidRDefault="00AE7A24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:rsidR="00AE7A24" w:rsidRDefault="00090B9F">
            <w:r>
              <w:t xml:space="preserve">º Wherever I am, º </w:t>
            </w:r>
          </w:p>
        </w:tc>
      </w:tr>
      <w:tr w:rsidR="00AE7A24" w:rsidTr="00090B9F">
        <w:tc>
          <w:tcPr>
            <w:tcW w:w="2880" w:type="dxa"/>
          </w:tcPr>
          <w:p w:rsidR="00AE7A24" w:rsidRDefault="00090B9F">
            <w:r>
              <w:t>01:00:07:00</w:t>
            </w:r>
          </w:p>
        </w:tc>
        <w:tc>
          <w:tcPr>
            <w:tcW w:w="2880" w:type="dxa"/>
          </w:tcPr>
          <w:p w:rsidR="00AE7A24" w:rsidRPr="00090B9F" w:rsidRDefault="00AE7A24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:rsidR="00AE7A24" w:rsidRDefault="00090B9F">
            <w:r>
              <w:t xml:space="preserve">º I find things that I want to </w:t>
            </w:r>
            <w:proofErr w:type="gramStart"/>
            <w:r>
              <w:t>understand.º</w:t>
            </w:r>
            <w:proofErr w:type="gramEnd"/>
            <w:r>
              <w:t xml:space="preserve"> </w:t>
            </w:r>
          </w:p>
        </w:tc>
      </w:tr>
      <w:tr w:rsidR="00AE7A24" w:rsidTr="00090B9F">
        <w:tc>
          <w:tcPr>
            <w:tcW w:w="2880" w:type="dxa"/>
          </w:tcPr>
          <w:p w:rsidR="00AE7A24" w:rsidRDefault="00090B9F">
            <w:r>
              <w:t>01:00:09:09</w:t>
            </w:r>
          </w:p>
        </w:tc>
        <w:tc>
          <w:tcPr>
            <w:tcW w:w="2880" w:type="dxa"/>
          </w:tcPr>
          <w:p w:rsidR="00AE7A24" w:rsidRPr="00090B9F" w:rsidRDefault="00AE7A24">
            <w:pPr>
              <w:rPr>
                <w:b/>
                <w:bCs/>
              </w:rPr>
            </w:pPr>
            <w:bookmarkStart w:id="0" w:name="_GoBack"/>
            <w:bookmarkEnd w:id="0"/>
          </w:p>
        </w:tc>
        <w:tc>
          <w:tcPr>
            <w:tcW w:w="2880" w:type="dxa"/>
          </w:tcPr>
          <w:p w:rsidR="00AE7A24" w:rsidRDefault="00090B9F">
            <w:r>
              <w:t xml:space="preserve">ºGo and explore, listen and see, º </w:t>
            </w:r>
          </w:p>
        </w:tc>
      </w:tr>
      <w:tr w:rsidR="00AE7A24" w:rsidTr="00090B9F">
        <w:tc>
          <w:tcPr>
            <w:tcW w:w="2880" w:type="dxa"/>
          </w:tcPr>
          <w:p w:rsidR="00AE7A24" w:rsidRDefault="00090B9F">
            <w:r>
              <w:t>01:00:12:27</w:t>
            </w:r>
          </w:p>
        </w:tc>
        <w:tc>
          <w:tcPr>
            <w:tcW w:w="2880" w:type="dxa"/>
          </w:tcPr>
          <w:p w:rsidR="00AE7A24" w:rsidRPr="00090B9F" w:rsidRDefault="00AE7A24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:rsidR="00AE7A24" w:rsidRDefault="00090B9F">
            <w:r>
              <w:t xml:space="preserve">º just follow your curiosity. º </w:t>
            </w:r>
          </w:p>
        </w:tc>
      </w:tr>
      <w:tr w:rsidR="00AE7A24" w:rsidTr="00090B9F">
        <w:tc>
          <w:tcPr>
            <w:tcW w:w="2880" w:type="dxa"/>
          </w:tcPr>
          <w:p w:rsidR="00AE7A24" w:rsidRDefault="00090B9F">
            <w:r>
              <w:t>01:00:16:20</w:t>
            </w:r>
          </w:p>
        </w:tc>
        <w:tc>
          <w:tcPr>
            <w:tcW w:w="2880" w:type="dxa"/>
          </w:tcPr>
          <w:p w:rsidR="00AE7A24" w:rsidRPr="00090B9F" w:rsidRDefault="00AE7A24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:rsidR="00AE7A24" w:rsidRDefault="00090B9F">
            <w:r>
              <w:t xml:space="preserve">º </w:t>
            </w:r>
            <w:r>
              <w:rPr>
                <w:b/>
              </w:rPr>
              <w:t xml:space="preserve">ALL: </w:t>
            </w:r>
            <w:r>
              <w:t xml:space="preserve">Elinor wonders why! º </w:t>
            </w:r>
          </w:p>
        </w:tc>
      </w:tr>
      <w:tr w:rsidR="00AE7A24" w:rsidTr="00090B9F">
        <w:tc>
          <w:tcPr>
            <w:tcW w:w="2880" w:type="dxa"/>
          </w:tcPr>
          <w:p w:rsidR="00AE7A24" w:rsidRDefault="00090B9F">
            <w:r>
              <w:t>01:00:20:09</w:t>
            </w:r>
          </w:p>
        </w:tc>
        <w:tc>
          <w:tcPr>
            <w:tcW w:w="2880" w:type="dxa"/>
          </w:tcPr>
          <w:p w:rsidR="00AE7A24" w:rsidRPr="00090B9F" w:rsidRDefault="00AE7A24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:rsidR="00AE7A24" w:rsidRDefault="00090B9F">
            <w:r>
              <w:t xml:space="preserve">º </w:t>
            </w:r>
            <w:r>
              <w:rPr>
                <w:b/>
              </w:rPr>
              <w:t xml:space="preserve">ELINOR: </w:t>
            </w:r>
            <w:r>
              <w:t xml:space="preserve">Why do birds sing and how do they fly? º </w:t>
            </w:r>
          </w:p>
        </w:tc>
      </w:tr>
      <w:tr w:rsidR="00AE7A24" w:rsidTr="00090B9F">
        <w:tc>
          <w:tcPr>
            <w:tcW w:w="2880" w:type="dxa"/>
          </w:tcPr>
          <w:p w:rsidR="00AE7A24" w:rsidRDefault="00090B9F">
            <w:r>
              <w:t>01:00:23:27</w:t>
            </w:r>
          </w:p>
        </w:tc>
        <w:tc>
          <w:tcPr>
            <w:tcW w:w="2880" w:type="dxa"/>
          </w:tcPr>
          <w:p w:rsidR="00AE7A24" w:rsidRPr="00090B9F" w:rsidRDefault="00AE7A24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:rsidR="00AE7A24" w:rsidRDefault="00090B9F">
            <w:r>
              <w:t xml:space="preserve">º </w:t>
            </w:r>
            <w:r>
              <w:rPr>
                <w:b/>
              </w:rPr>
              <w:t xml:space="preserve">ALL: </w:t>
            </w:r>
            <w:r>
              <w:t xml:space="preserve">Elinor wonders why! º </w:t>
            </w:r>
          </w:p>
        </w:tc>
      </w:tr>
      <w:tr w:rsidR="00AE7A24" w:rsidTr="00090B9F">
        <w:tc>
          <w:tcPr>
            <w:tcW w:w="2880" w:type="dxa"/>
          </w:tcPr>
          <w:p w:rsidR="00AE7A24" w:rsidRDefault="00090B9F">
            <w:r>
              <w:t>01:00:27:19</w:t>
            </w:r>
          </w:p>
        </w:tc>
        <w:tc>
          <w:tcPr>
            <w:tcW w:w="2880" w:type="dxa"/>
          </w:tcPr>
          <w:p w:rsidR="00AE7A24" w:rsidRPr="00090B9F" w:rsidRDefault="00AE7A24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:rsidR="00AE7A24" w:rsidRDefault="00090B9F">
            <w:r>
              <w:t xml:space="preserve">º </w:t>
            </w:r>
            <w:r>
              <w:rPr>
                <w:b/>
              </w:rPr>
              <w:t xml:space="preserve">ELINOR: </w:t>
            </w:r>
            <w:r>
              <w:t xml:space="preserve">Why do ants march and where do they hide? º </w:t>
            </w:r>
          </w:p>
        </w:tc>
      </w:tr>
      <w:tr w:rsidR="00AE7A24" w:rsidTr="00090B9F">
        <w:tc>
          <w:tcPr>
            <w:tcW w:w="2880" w:type="dxa"/>
          </w:tcPr>
          <w:p w:rsidR="00AE7A24" w:rsidRDefault="00090B9F">
            <w:r>
              <w:t>01:00:31:10</w:t>
            </w:r>
          </w:p>
        </w:tc>
        <w:tc>
          <w:tcPr>
            <w:tcW w:w="2880" w:type="dxa"/>
          </w:tcPr>
          <w:p w:rsidR="00AE7A24" w:rsidRPr="00090B9F" w:rsidRDefault="00AE7A24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:rsidR="00AE7A24" w:rsidRDefault="00090B9F">
            <w:r>
              <w:t xml:space="preserve">º There's so much to learn, º </w:t>
            </w:r>
          </w:p>
        </w:tc>
      </w:tr>
      <w:tr w:rsidR="00AE7A24" w:rsidTr="00090B9F">
        <w:tc>
          <w:tcPr>
            <w:tcW w:w="2880" w:type="dxa"/>
          </w:tcPr>
          <w:p w:rsidR="00AE7A24" w:rsidRDefault="00090B9F">
            <w:r>
              <w:t>01:00:33:09</w:t>
            </w:r>
          </w:p>
        </w:tc>
        <w:tc>
          <w:tcPr>
            <w:tcW w:w="2880" w:type="dxa"/>
          </w:tcPr>
          <w:p w:rsidR="00AE7A24" w:rsidRPr="00090B9F" w:rsidRDefault="00AE7A24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:rsidR="00AE7A24" w:rsidRDefault="00090B9F">
            <w:r>
              <w:t xml:space="preserve">º wherever you turn, º </w:t>
            </w:r>
          </w:p>
        </w:tc>
      </w:tr>
      <w:tr w:rsidR="00AE7A24" w:rsidTr="00090B9F">
        <w:tc>
          <w:tcPr>
            <w:tcW w:w="2880" w:type="dxa"/>
          </w:tcPr>
          <w:p w:rsidR="00AE7A24" w:rsidRDefault="00090B9F">
            <w:r>
              <w:t>01:00:35:03</w:t>
            </w:r>
          </w:p>
        </w:tc>
        <w:tc>
          <w:tcPr>
            <w:tcW w:w="2880" w:type="dxa"/>
          </w:tcPr>
          <w:p w:rsidR="00AE7A24" w:rsidRPr="00090B9F" w:rsidRDefault="00AE7A24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:rsidR="00AE7A24" w:rsidRDefault="00090B9F">
            <w:r>
              <w:t xml:space="preserve">º just listen and see, º </w:t>
            </w:r>
          </w:p>
        </w:tc>
      </w:tr>
      <w:tr w:rsidR="00AE7A24" w:rsidTr="00090B9F">
        <w:tc>
          <w:tcPr>
            <w:tcW w:w="2880" w:type="dxa"/>
          </w:tcPr>
          <w:p w:rsidR="00AE7A24" w:rsidRDefault="00090B9F">
            <w:r>
              <w:t>01:00:36:26</w:t>
            </w:r>
          </w:p>
        </w:tc>
        <w:tc>
          <w:tcPr>
            <w:tcW w:w="2880" w:type="dxa"/>
          </w:tcPr>
          <w:p w:rsidR="00AE7A24" w:rsidRPr="00090B9F" w:rsidRDefault="00AE7A24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:rsidR="00AE7A24" w:rsidRDefault="00090B9F">
            <w:r>
              <w:t xml:space="preserve">º and follow your curiosity. º </w:t>
            </w:r>
          </w:p>
        </w:tc>
      </w:tr>
      <w:tr w:rsidR="00AE7A24" w:rsidTr="00090B9F">
        <w:tc>
          <w:tcPr>
            <w:tcW w:w="2880" w:type="dxa"/>
          </w:tcPr>
          <w:p w:rsidR="00AE7A24" w:rsidRDefault="00090B9F">
            <w:r>
              <w:t>01:00:40:22</w:t>
            </w:r>
          </w:p>
        </w:tc>
        <w:tc>
          <w:tcPr>
            <w:tcW w:w="2880" w:type="dxa"/>
          </w:tcPr>
          <w:p w:rsidR="00AE7A24" w:rsidRPr="00090B9F" w:rsidRDefault="00AE7A24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:rsidR="00AE7A24" w:rsidRDefault="00090B9F">
            <w:r>
              <w:t>[ººº]</w:t>
            </w:r>
            <w:r>
              <w:t xml:space="preserve"> </w:t>
            </w:r>
          </w:p>
        </w:tc>
      </w:tr>
      <w:tr w:rsidR="00AE7A24" w:rsidTr="00090B9F">
        <w:tc>
          <w:tcPr>
            <w:tcW w:w="2880" w:type="dxa"/>
          </w:tcPr>
          <w:p w:rsidR="00AE7A24" w:rsidRDefault="00090B9F">
            <w:r>
              <w:t>01:00:42:12</w:t>
            </w:r>
          </w:p>
        </w:tc>
        <w:tc>
          <w:tcPr>
            <w:tcW w:w="2880" w:type="dxa"/>
          </w:tcPr>
          <w:p w:rsidR="00AE7A24" w:rsidRPr="00090B9F" w:rsidRDefault="00AE7A24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:rsidR="00AE7A24" w:rsidRDefault="00090B9F">
            <w:r>
              <w:t xml:space="preserve">º </w:t>
            </w:r>
            <w:r>
              <w:rPr>
                <w:b/>
              </w:rPr>
              <w:t xml:space="preserve">ALL: </w:t>
            </w:r>
            <w:r>
              <w:t xml:space="preserve">Elinor wonders why! º </w:t>
            </w:r>
          </w:p>
        </w:tc>
      </w:tr>
      <w:tr w:rsidR="00AE7A24" w:rsidTr="00090B9F">
        <w:tc>
          <w:tcPr>
            <w:tcW w:w="2880" w:type="dxa"/>
          </w:tcPr>
          <w:p w:rsidR="00AE7A24" w:rsidRDefault="00090B9F">
            <w:r>
              <w:t>01:00:46:05</w:t>
            </w:r>
          </w:p>
        </w:tc>
        <w:tc>
          <w:tcPr>
            <w:tcW w:w="2880" w:type="dxa"/>
          </w:tcPr>
          <w:p w:rsidR="00AE7A24" w:rsidRPr="00090B9F" w:rsidRDefault="00AE7A24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:rsidR="00AE7A24" w:rsidRDefault="00090B9F">
            <w:r>
              <w:t xml:space="preserve">º </w:t>
            </w:r>
            <w:r>
              <w:rPr>
                <w:b/>
              </w:rPr>
              <w:t xml:space="preserve">ELINOR: </w:t>
            </w:r>
            <w:r>
              <w:t xml:space="preserve">Ask a question, </w:t>
            </w:r>
            <w:r>
              <w:lastRenderedPageBreak/>
              <w:t xml:space="preserve">what will you find? º </w:t>
            </w:r>
          </w:p>
        </w:tc>
      </w:tr>
      <w:tr w:rsidR="00AE7A24" w:rsidTr="00090B9F">
        <w:tc>
          <w:tcPr>
            <w:tcW w:w="2880" w:type="dxa"/>
          </w:tcPr>
          <w:p w:rsidR="00AE7A24" w:rsidRDefault="00090B9F">
            <w:r>
              <w:lastRenderedPageBreak/>
              <w:t>01:00:49:23</w:t>
            </w:r>
          </w:p>
        </w:tc>
        <w:tc>
          <w:tcPr>
            <w:tcW w:w="2880" w:type="dxa"/>
          </w:tcPr>
          <w:p w:rsidR="00AE7A24" w:rsidRPr="00090B9F" w:rsidRDefault="00AE7A24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:rsidR="00AE7A24" w:rsidRDefault="00090B9F">
            <w:r>
              <w:t xml:space="preserve">º </w:t>
            </w:r>
            <w:r>
              <w:rPr>
                <w:b/>
              </w:rPr>
              <w:t xml:space="preserve">ALL: </w:t>
            </w:r>
            <w:r>
              <w:t xml:space="preserve">Elinor Wonders Why! º </w:t>
            </w:r>
          </w:p>
        </w:tc>
      </w:tr>
      <w:tr w:rsidR="00AE7A24" w:rsidTr="00090B9F">
        <w:tc>
          <w:tcPr>
            <w:tcW w:w="2880" w:type="dxa"/>
          </w:tcPr>
          <w:p w:rsidR="00AE7A24" w:rsidRDefault="00090B9F">
            <w:r>
              <w:t>01:00:53:15</w:t>
            </w:r>
          </w:p>
        </w:tc>
        <w:tc>
          <w:tcPr>
            <w:tcW w:w="2880" w:type="dxa"/>
          </w:tcPr>
          <w:p w:rsidR="00AE7A24" w:rsidRPr="00090B9F" w:rsidRDefault="00AE7A24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:rsidR="00AE7A24" w:rsidRDefault="00090B9F">
            <w:r>
              <w:t xml:space="preserve">º </w:t>
            </w:r>
            <w:r>
              <w:rPr>
                <w:b/>
              </w:rPr>
              <w:t xml:space="preserve">ELINOR: </w:t>
            </w:r>
            <w:r>
              <w:t xml:space="preserve">Just listen and see, come and wonder with me. º </w:t>
            </w:r>
          </w:p>
        </w:tc>
      </w:tr>
      <w:tr w:rsidR="00AE7A24" w:rsidTr="00090B9F">
        <w:tc>
          <w:tcPr>
            <w:tcW w:w="2880" w:type="dxa"/>
          </w:tcPr>
          <w:p w:rsidR="00AE7A24" w:rsidRDefault="00090B9F">
            <w:r>
              <w:t>01:01:00:18</w:t>
            </w:r>
          </w:p>
        </w:tc>
        <w:tc>
          <w:tcPr>
            <w:tcW w:w="2880" w:type="dxa"/>
          </w:tcPr>
          <w:p w:rsidR="00AE7A24" w:rsidRPr="00090B9F" w:rsidRDefault="00AE7A24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:rsidR="00AE7A24" w:rsidRDefault="00090B9F">
            <w:r>
              <w:t xml:space="preserve">[ººº] </w:t>
            </w:r>
          </w:p>
        </w:tc>
      </w:tr>
      <w:tr w:rsidR="00AE7A24" w:rsidTr="00090B9F">
        <w:tc>
          <w:tcPr>
            <w:tcW w:w="2880" w:type="dxa"/>
          </w:tcPr>
          <w:p w:rsidR="00AE7A24" w:rsidRDefault="00090B9F">
            <w:r>
              <w:t>01:01:02:08</w:t>
            </w:r>
          </w:p>
        </w:tc>
        <w:tc>
          <w:tcPr>
            <w:tcW w:w="2880" w:type="dxa"/>
          </w:tcPr>
          <w:p w:rsidR="00AE7A24" w:rsidRPr="00090B9F" w:rsidRDefault="00AE7A24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:rsidR="00AE7A24" w:rsidRDefault="00090B9F">
            <w:r>
              <w:rPr>
                <w:b/>
              </w:rPr>
              <w:t xml:space="preserve">ELINOR: </w:t>
            </w:r>
            <w:r>
              <w:t xml:space="preserve">"The House That Ants Built" </w:t>
            </w:r>
          </w:p>
        </w:tc>
      </w:tr>
      <w:tr w:rsidR="00AE7A24" w:rsidTr="00090B9F">
        <w:tc>
          <w:tcPr>
            <w:tcW w:w="2880" w:type="dxa"/>
          </w:tcPr>
          <w:p w:rsidR="00AE7A24" w:rsidRDefault="00090B9F">
            <w:r>
              <w:t>01:01:04:17</w:t>
            </w:r>
          </w:p>
        </w:tc>
        <w:tc>
          <w:tcPr>
            <w:tcW w:w="2880" w:type="dxa"/>
          </w:tcPr>
          <w:p w:rsidR="00AE7A24" w:rsidRPr="00090B9F" w:rsidRDefault="00AE7A24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:rsidR="00AE7A24" w:rsidRDefault="00090B9F">
            <w:r>
              <w:t xml:space="preserve">[ººº] </w:t>
            </w:r>
          </w:p>
        </w:tc>
      </w:tr>
      <w:tr w:rsidR="00AE7A24" w:rsidTr="00090B9F">
        <w:tc>
          <w:tcPr>
            <w:tcW w:w="2880" w:type="dxa"/>
          </w:tcPr>
          <w:p w:rsidR="00AE7A24" w:rsidRDefault="00090B9F">
            <w:r>
              <w:t>01:01:08:13</w:t>
            </w:r>
          </w:p>
        </w:tc>
        <w:tc>
          <w:tcPr>
            <w:tcW w:w="2880" w:type="dxa"/>
          </w:tcPr>
          <w:p w:rsidR="00AE7A24" w:rsidRPr="00090B9F" w:rsidRDefault="00AE7A24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:rsidR="00AE7A24" w:rsidRDefault="00090B9F">
            <w:r>
              <w:rPr>
                <w:b/>
              </w:rPr>
              <w:t xml:space="preserve">ELINOR: </w:t>
            </w:r>
            <w:r>
              <w:t xml:space="preserve">[mimicking ants voice] Oooh, </w:t>
            </w:r>
          </w:p>
        </w:tc>
      </w:tr>
      <w:tr w:rsidR="00AE7A24" w:rsidTr="00090B9F">
        <w:tc>
          <w:tcPr>
            <w:tcW w:w="2880" w:type="dxa"/>
          </w:tcPr>
          <w:p w:rsidR="00AE7A24" w:rsidRDefault="00090B9F">
            <w:r>
              <w:t>01:01:10:07</w:t>
            </w:r>
          </w:p>
        </w:tc>
        <w:tc>
          <w:tcPr>
            <w:tcW w:w="2880" w:type="dxa"/>
          </w:tcPr>
          <w:p w:rsidR="00AE7A24" w:rsidRPr="00090B9F" w:rsidRDefault="00AE7A24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:rsidR="00AE7A24" w:rsidRDefault="00090B9F">
            <w:r>
              <w:t xml:space="preserve">I just loooove carrying stuff. </w:t>
            </w:r>
          </w:p>
        </w:tc>
      </w:tr>
      <w:tr w:rsidR="00AE7A24" w:rsidTr="00090B9F">
        <w:tc>
          <w:tcPr>
            <w:tcW w:w="2880" w:type="dxa"/>
          </w:tcPr>
          <w:p w:rsidR="00AE7A24" w:rsidRDefault="00090B9F">
            <w:r>
              <w:t>01:01:12:20</w:t>
            </w:r>
          </w:p>
        </w:tc>
        <w:tc>
          <w:tcPr>
            <w:tcW w:w="2880" w:type="dxa"/>
          </w:tcPr>
          <w:p w:rsidR="00AE7A24" w:rsidRPr="00090B9F" w:rsidRDefault="00AE7A24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:rsidR="00AE7A24" w:rsidRDefault="00090B9F">
            <w:r>
              <w:t xml:space="preserve">Come on, you guys! </w:t>
            </w:r>
          </w:p>
        </w:tc>
      </w:tr>
      <w:tr w:rsidR="00AE7A24" w:rsidTr="00090B9F">
        <w:tc>
          <w:tcPr>
            <w:tcW w:w="2880" w:type="dxa"/>
          </w:tcPr>
          <w:p w:rsidR="00AE7A24" w:rsidRDefault="00090B9F">
            <w:r>
              <w:t>01:01:15:01</w:t>
            </w:r>
          </w:p>
        </w:tc>
        <w:tc>
          <w:tcPr>
            <w:tcW w:w="2880" w:type="dxa"/>
          </w:tcPr>
          <w:p w:rsidR="00AE7A24" w:rsidRPr="00090B9F" w:rsidRDefault="00AE7A24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:rsidR="00AE7A24" w:rsidRDefault="00090B9F">
            <w:r>
              <w:rPr>
                <w:b/>
              </w:rPr>
              <w:t xml:space="preserve">ELINOR: </w:t>
            </w:r>
            <w:r>
              <w:t xml:space="preserve">Stay in line, </w:t>
            </w:r>
            <w:r>
              <w:t xml:space="preserve">everyone! </w:t>
            </w:r>
          </w:p>
        </w:tc>
      </w:tr>
      <w:tr w:rsidR="00AE7A24" w:rsidTr="00090B9F">
        <w:tc>
          <w:tcPr>
            <w:tcW w:w="2880" w:type="dxa"/>
          </w:tcPr>
          <w:p w:rsidR="00AE7A24" w:rsidRDefault="00090B9F">
            <w:r>
              <w:t>01:01:18:00</w:t>
            </w:r>
          </w:p>
        </w:tc>
        <w:tc>
          <w:tcPr>
            <w:tcW w:w="2880" w:type="dxa"/>
          </w:tcPr>
          <w:p w:rsidR="00AE7A24" w:rsidRPr="00090B9F" w:rsidRDefault="00AE7A24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:rsidR="00AE7A24" w:rsidRDefault="00090B9F">
            <w:r>
              <w:rPr>
                <w:b/>
              </w:rPr>
              <w:t xml:space="preserve">ELINOR: </w:t>
            </w:r>
            <w:r>
              <w:t xml:space="preserve">[making ants voice] This stick is too heavy for me. </w:t>
            </w:r>
          </w:p>
        </w:tc>
      </w:tr>
      <w:tr w:rsidR="00AE7A24" w:rsidTr="00090B9F">
        <w:tc>
          <w:tcPr>
            <w:tcW w:w="2880" w:type="dxa"/>
          </w:tcPr>
          <w:p w:rsidR="00AE7A24" w:rsidRDefault="00090B9F">
            <w:r>
              <w:t>01:01:20:23</w:t>
            </w:r>
          </w:p>
        </w:tc>
        <w:tc>
          <w:tcPr>
            <w:tcW w:w="2880" w:type="dxa"/>
          </w:tcPr>
          <w:p w:rsidR="00AE7A24" w:rsidRPr="00090B9F" w:rsidRDefault="00AE7A24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:rsidR="00AE7A24" w:rsidRDefault="00090B9F">
            <w:r>
              <w:rPr>
                <w:b/>
              </w:rPr>
              <w:t xml:space="preserve">ELINOR: </w:t>
            </w:r>
            <w:r>
              <w:t xml:space="preserve">[making ants voice] Then I'll help you carry it! </w:t>
            </w:r>
          </w:p>
        </w:tc>
      </w:tr>
      <w:tr w:rsidR="00AE7A24" w:rsidTr="00090B9F">
        <w:tc>
          <w:tcPr>
            <w:tcW w:w="2880" w:type="dxa"/>
          </w:tcPr>
          <w:p w:rsidR="00AE7A24" w:rsidRDefault="00090B9F">
            <w:r>
              <w:t>01:01:23:20</w:t>
            </w:r>
          </w:p>
        </w:tc>
        <w:tc>
          <w:tcPr>
            <w:tcW w:w="2880" w:type="dxa"/>
          </w:tcPr>
          <w:p w:rsidR="00AE7A24" w:rsidRPr="00090B9F" w:rsidRDefault="00AE7A24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:rsidR="00AE7A24" w:rsidRDefault="00090B9F">
            <w:r>
              <w:t xml:space="preserve">[laugh] </w:t>
            </w:r>
          </w:p>
        </w:tc>
      </w:tr>
      <w:tr w:rsidR="00AE7A24" w:rsidTr="00090B9F">
        <w:tc>
          <w:tcPr>
            <w:tcW w:w="2880" w:type="dxa"/>
          </w:tcPr>
          <w:p w:rsidR="00AE7A24" w:rsidRDefault="00090B9F">
            <w:r>
              <w:t>01:01:25:28</w:t>
            </w:r>
          </w:p>
        </w:tc>
        <w:tc>
          <w:tcPr>
            <w:tcW w:w="2880" w:type="dxa"/>
          </w:tcPr>
          <w:p w:rsidR="00AE7A24" w:rsidRPr="00090B9F" w:rsidRDefault="00AE7A24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:rsidR="00AE7A24" w:rsidRDefault="00090B9F">
            <w:r>
              <w:rPr>
                <w:b/>
              </w:rPr>
              <w:t xml:space="preserve">OLIVE: </w:t>
            </w:r>
            <w:r>
              <w:t xml:space="preserve">Here they are, Elinor! </w:t>
            </w:r>
          </w:p>
        </w:tc>
      </w:tr>
      <w:tr w:rsidR="00AE7A24" w:rsidTr="00090B9F">
        <w:tc>
          <w:tcPr>
            <w:tcW w:w="2880" w:type="dxa"/>
          </w:tcPr>
          <w:p w:rsidR="00AE7A24" w:rsidRDefault="00090B9F">
            <w:r>
              <w:t>01:01:27:13</w:t>
            </w:r>
          </w:p>
        </w:tc>
        <w:tc>
          <w:tcPr>
            <w:tcW w:w="2880" w:type="dxa"/>
          </w:tcPr>
          <w:p w:rsidR="00AE7A24" w:rsidRPr="00090B9F" w:rsidRDefault="00AE7A24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:rsidR="00AE7A24" w:rsidRDefault="00090B9F">
            <w:r>
              <w:t xml:space="preserve">More </w:t>
            </w:r>
            <w:r>
              <w:t xml:space="preserve">cushions for our couch cushion castle. </w:t>
            </w:r>
          </w:p>
        </w:tc>
      </w:tr>
      <w:tr w:rsidR="00AE7A24" w:rsidTr="00090B9F">
        <w:tc>
          <w:tcPr>
            <w:tcW w:w="2880" w:type="dxa"/>
          </w:tcPr>
          <w:p w:rsidR="00AE7A24" w:rsidRDefault="00090B9F">
            <w:r>
              <w:t>01:01:30:03</w:t>
            </w:r>
          </w:p>
        </w:tc>
        <w:tc>
          <w:tcPr>
            <w:tcW w:w="2880" w:type="dxa"/>
          </w:tcPr>
          <w:p w:rsidR="00AE7A24" w:rsidRPr="00090B9F" w:rsidRDefault="00AE7A24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:rsidR="00AE7A24" w:rsidRDefault="00090B9F">
            <w:r>
              <w:rPr>
                <w:b/>
              </w:rPr>
              <w:t xml:space="preserve">ARI: </w:t>
            </w:r>
            <w:r>
              <w:t xml:space="preserve">Whoa whoa whoa whoaaaaaaa!!!!!! </w:t>
            </w:r>
          </w:p>
        </w:tc>
      </w:tr>
      <w:tr w:rsidR="00AE7A24" w:rsidTr="00090B9F">
        <w:tc>
          <w:tcPr>
            <w:tcW w:w="2880" w:type="dxa"/>
          </w:tcPr>
          <w:p w:rsidR="00AE7A24" w:rsidRDefault="00090B9F">
            <w:r>
              <w:t>01:01:33:10</w:t>
            </w:r>
          </w:p>
        </w:tc>
        <w:tc>
          <w:tcPr>
            <w:tcW w:w="2880" w:type="dxa"/>
          </w:tcPr>
          <w:p w:rsidR="00AE7A24" w:rsidRPr="00090B9F" w:rsidRDefault="00AE7A24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:rsidR="00AE7A24" w:rsidRDefault="00090B9F">
            <w:r>
              <w:rPr>
                <w:b/>
              </w:rPr>
              <w:t xml:space="preserve">OLIVE: </w:t>
            </w:r>
            <w:r>
              <w:t xml:space="preserve">[giggle] </w:t>
            </w:r>
          </w:p>
        </w:tc>
      </w:tr>
      <w:tr w:rsidR="00AE7A24" w:rsidTr="00090B9F">
        <w:tc>
          <w:tcPr>
            <w:tcW w:w="2880" w:type="dxa"/>
          </w:tcPr>
          <w:p w:rsidR="00AE7A24" w:rsidRDefault="00090B9F">
            <w:r>
              <w:lastRenderedPageBreak/>
              <w:t>01:01:35:23</w:t>
            </w:r>
          </w:p>
        </w:tc>
        <w:tc>
          <w:tcPr>
            <w:tcW w:w="2880" w:type="dxa"/>
          </w:tcPr>
          <w:p w:rsidR="00AE7A24" w:rsidRPr="00090B9F" w:rsidRDefault="00AE7A24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:rsidR="00AE7A24" w:rsidRDefault="00090B9F">
            <w:r>
              <w:rPr>
                <w:b/>
              </w:rPr>
              <w:t xml:space="preserve">ARI: </w:t>
            </w:r>
            <w:r>
              <w:t xml:space="preserve">And a few more blankets. </w:t>
            </w:r>
          </w:p>
        </w:tc>
      </w:tr>
      <w:tr w:rsidR="00AE7A24" w:rsidTr="00090B9F">
        <w:tc>
          <w:tcPr>
            <w:tcW w:w="2880" w:type="dxa"/>
          </w:tcPr>
          <w:p w:rsidR="00AE7A24" w:rsidRDefault="00090B9F">
            <w:r>
              <w:t>01:01:38:16</w:t>
            </w:r>
          </w:p>
        </w:tc>
        <w:tc>
          <w:tcPr>
            <w:tcW w:w="2880" w:type="dxa"/>
          </w:tcPr>
          <w:p w:rsidR="00AE7A24" w:rsidRPr="00090B9F" w:rsidRDefault="00AE7A24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:rsidR="00AE7A24" w:rsidRDefault="00090B9F">
            <w:r>
              <w:rPr>
                <w:b/>
              </w:rPr>
              <w:t xml:space="preserve">ALL: </w:t>
            </w:r>
            <w:r>
              <w:t xml:space="preserve">[laugh] </w:t>
            </w:r>
          </w:p>
        </w:tc>
      </w:tr>
      <w:tr w:rsidR="00AE7A24" w:rsidTr="00090B9F">
        <w:tc>
          <w:tcPr>
            <w:tcW w:w="2880" w:type="dxa"/>
          </w:tcPr>
          <w:p w:rsidR="00AE7A24" w:rsidRDefault="00090B9F">
            <w:r>
              <w:t>01:01:40:02</w:t>
            </w:r>
          </w:p>
        </w:tc>
        <w:tc>
          <w:tcPr>
            <w:tcW w:w="2880" w:type="dxa"/>
          </w:tcPr>
          <w:p w:rsidR="00AE7A24" w:rsidRPr="00090B9F" w:rsidRDefault="00AE7A24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:rsidR="00AE7A24" w:rsidRDefault="00090B9F">
            <w:r>
              <w:rPr>
                <w:b/>
              </w:rPr>
              <w:t xml:space="preserve">ELINOR: </w:t>
            </w:r>
            <w:r>
              <w:t xml:space="preserve">Thanks, Olive! Thanks, Ari! </w:t>
            </w:r>
          </w:p>
        </w:tc>
      </w:tr>
      <w:tr w:rsidR="00AE7A24" w:rsidTr="00090B9F">
        <w:tc>
          <w:tcPr>
            <w:tcW w:w="2880" w:type="dxa"/>
          </w:tcPr>
          <w:p w:rsidR="00AE7A24" w:rsidRDefault="00090B9F">
            <w:r>
              <w:t>01:01:42:06</w:t>
            </w:r>
          </w:p>
        </w:tc>
        <w:tc>
          <w:tcPr>
            <w:tcW w:w="2880" w:type="dxa"/>
          </w:tcPr>
          <w:p w:rsidR="00AE7A24" w:rsidRPr="00090B9F" w:rsidRDefault="00AE7A24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:rsidR="00AE7A24" w:rsidRDefault="00090B9F">
            <w:r>
              <w:rPr>
                <w:b/>
              </w:rPr>
              <w:t xml:space="preserve">ARI: </w:t>
            </w:r>
            <w:r>
              <w:t xml:space="preserve">This is going to be the best couch cushion castle ever! </w:t>
            </w:r>
          </w:p>
        </w:tc>
      </w:tr>
      <w:tr w:rsidR="00AE7A24" w:rsidTr="00090B9F">
        <w:tc>
          <w:tcPr>
            <w:tcW w:w="2880" w:type="dxa"/>
          </w:tcPr>
          <w:p w:rsidR="00AE7A24" w:rsidRDefault="00090B9F">
            <w:r>
              <w:t>01:01:46:15</w:t>
            </w:r>
          </w:p>
        </w:tc>
        <w:tc>
          <w:tcPr>
            <w:tcW w:w="2880" w:type="dxa"/>
          </w:tcPr>
          <w:p w:rsidR="00AE7A24" w:rsidRPr="00090B9F" w:rsidRDefault="00AE7A24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:rsidR="00AE7A24" w:rsidRDefault="00090B9F">
            <w:r>
              <w:rPr>
                <w:b/>
              </w:rPr>
              <w:t xml:space="preserve">ELINOR: </w:t>
            </w:r>
            <w:r>
              <w:t xml:space="preserve">Hmm... </w:t>
            </w:r>
          </w:p>
        </w:tc>
      </w:tr>
      <w:tr w:rsidR="00AE7A24" w:rsidTr="00090B9F">
        <w:tc>
          <w:tcPr>
            <w:tcW w:w="2880" w:type="dxa"/>
          </w:tcPr>
          <w:p w:rsidR="00AE7A24" w:rsidRDefault="00090B9F">
            <w:r>
              <w:t>01:01:48:13</w:t>
            </w:r>
          </w:p>
        </w:tc>
        <w:tc>
          <w:tcPr>
            <w:tcW w:w="2880" w:type="dxa"/>
          </w:tcPr>
          <w:p w:rsidR="00AE7A24" w:rsidRPr="00090B9F" w:rsidRDefault="00AE7A24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:rsidR="00AE7A24" w:rsidRDefault="00090B9F">
            <w:r>
              <w:t xml:space="preserve">Yeah! Let's get all the pillows we can! </w:t>
            </w:r>
          </w:p>
        </w:tc>
      </w:tr>
      <w:tr w:rsidR="00AE7A24" w:rsidTr="00090B9F">
        <w:tc>
          <w:tcPr>
            <w:tcW w:w="2880" w:type="dxa"/>
          </w:tcPr>
          <w:p w:rsidR="00AE7A24" w:rsidRDefault="00090B9F">
            <w:r>
              <w:t>01:01:53:13</w:t>
            </w:r>
          </w:p>
        </w:tc>
        <w:tc>
          <w:tcPr>
            <w:tcW w:w="2880" w:type="dxa"/>
          </w:tcPr>
          <w:p w:rsidR="00AE7A24" w:rsidRPr="00090B9F" w:rsidRDefault="00AE7A24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:rsidR="00AE7A24" w:rsidRDefault="00090B9F">
            <w:r>
              <w:rPr>
                <w:b/>
              </w:rPr>
              <w:t xml:space="preserve">ELINOR: </w:t>
            </w:r>
            <w:r>
              <w:t xml:space="preserve">I have so many different ideas for the castle! </w:t>
            </w:r>
          </w:p>
        </w:tc>
      </w:tr>
      <w:tr w:rsidR="00AE7A24" w:rsidTr="00090B9F">
        <w:tc>
          <w:tcPr>
            <w:tcW w:w="2880" w:type="dxa"/>
          </w:tcPr>
          <w:p w:rsidR="00AE7A24" w:rsidRDefault="00090B9F">
            <w:r>
              <w:t>01:01:56:25</w:t>
            </w:r>
          </w:p>
        </w:tc>
        <w:tc>
          <w:tcPr>
            <w:tcW w:w="2880" w:type="dxa"/>
          </w:tcPr>
          <w:p w:rsidR="00AE7A24" w:rsidRPr="00090B9F" w:rsidRDefault="00AE7A24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:rsidR="00AE7A24" w:rsidRDefault="00090B9F">
            <w:r>
              <w:rPr>
                <w:b/>
              </w:rPr>
              <w:t xml:space="preserve">ELINOR: </w:t>
            </w:r>
            <w:r>
              <w:t xml:space="preserve">It's going to have a slide... </w:t>
            </w:r>
          </w:p>
        </w:tc>
      </w:tr>
      <w:tr w:rsidR="00AE7A24" w:rsidTr="00090B9F">
        <w:tc>
          <w:tcPr>
            <w:tcW w:w="2880" w:type="dxa"/>
          </w:tcPr>
          <w:p w:rsidR="00AE7A24" w:rsidRDefault="00090B9F">
            <w:r>
              <w:t>01:01:59:08</w:t>
            </w:r>
          </w:p>
        </w:tc>
        <w:tc>
          <w:tcPr>
            <w:tcW w:w="2880" w:type="dxa"/>
          </w:tcPr>
          <w:p w:rsidR="00AE7A24" w:rsidRPr="00090B9F" w:rsidRDefault="00AE7A24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:rsidR="00AE7A24" w:rsidRDefault="00090B9F">
            <w:r>
              <w:t xml:space="preserve">and a telescope, </w:t>
            </w:r>
          </w:p>
        </w:tc>
      </w:tr>
      <w:tr w:rsidR="00AE7A24" w:rsidTr="00090B9F">
        <w:tc>
          <w:tcPr>
            <w:tcW w:w="2880" w:type="dxa"/>
          </w:tcPr>
          <w:p w:rsidR="00AE7A24" w:rsidRDefault="00090B9F">
            <w:r>
              <w:t>01:02:01:01</w:t>
            </w:r>
          </w:p>
        </w:tc>
        <w:tc>
          <w:tcPr>
            <w:tcW w:w="2880" w:type="dxa"/>
          </w:tcPr>
          <w:p w:rsidR="00AE7A24" w:rsidRPr="00090B9F" w:rsidRDefault="00AE7A24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:rsidR="00AE7A24" w:rsidRDefault="00090B9F">
            <w:r>
              <w:t xml:space="preserve">and a big window for ant-watching! </w:t>
            </w:r>
          </w:p>
        </w:tc>
      </w:tr>
      <w:tr w:rsidR="00AE7A24" w:rsidTr="00090B9F">
        <w:tc>
          <w:tcPr>
            <w:tcW w:w="2880" w:type="dxa"/>
          </w:tcPr>
          <w:p w:rsidR="00AE7A24" w:rsidRDefault="00090B9F">
            <w:r>
              <w:t>01:02:04:01</w:t>
            </w:r>
          </w:p>
        </w:tc>
        <w:tc>
          <w:tcPr>
            <w:tcW w:w="2880" w:type="dxa"/>
          </w:tcPr>
          <w:p w:rsidR="00AE7A24" w:rsidRPr="00090B9F" w:rsidRDefault="00AE7A24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:rsidR="00AE7A24" w:rsidRDefault="00090B9F">
            <w:r>
              <w:rPr>
                <w:b/>
              </w:rPr>
              <w:t xml:space="preserve">OLIVE: </w:t>
            </w:r>
            <w:r>
              <w:t xml:space="preserve">I've got some ideas, too! </w:t>
            </w:r>
          </w:p>
        </w:tc>
      </w:tr>
      <w:tr w:rsidR="00AE7A24" w:rsidTr="00090B9F">
        <w:tc>
          <w:tcPr>
            <w:tcW w:w="2880" w:type="dxa"/>
          </w:tcPr>
          <w:p w:rsidR="00AE7A24" w:rsidRDefault="00090B9F">
            <w:r>
              <w:t>01:02:06:19</w:t>
            </w:r>
          </w:p>
        </w:tc>
        <w:tc>
          <w:tcPr>
            <w:tcW w:w="2880" w:type="dxa"/>
          </w:tcPr>
          <w:p w:rsidR="00AE7A24" w:rsidRPr="00090B9F" w:rsidRDefault="00AE7A24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:rsidR="00AE7A24" w:rsidRDefault="00090B9F">
            <w:r>
              <w:t xml:space="preserve">I want a room for my crayons... </w:t>
            </w:r>
          </w:p>
        </w:tc>
      </w:tr>
      <w:tr w:rsidR="00AE7A24" w:rsidTr="00090B9F">
        <w:tc>
          <w:tcPr>
            <w:tcW w:w="2880" w:type="dxa"/>
          </w:tcPr>
          <w:p w:rsidR="00AE7A24" w:rsidRDefault="00090B9F">
            <w:r>
              <w:t>01:02:08:18</w:t>
            </w:r>
          </w:p>
        </w:tc>
        <w:tc>
          <w:tcPr>
            <w:tcW w:w="2880" w:type="dxa"/>
          </w:tcPr>
          <w:p w:rsidR="00AE7A24" w:rsidRPr="00090B9F" w:rsidRDefault="00AE7A24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:rsidR="00AE7A24" w:rsidRDefault="00090B9F">
            <w:r>
              <w:t xml:space="preserve">a room for my </w:t>
            </w:r>
            <w:r>
              <w:t xml:space="preserve">sparkles... </w:t>
            </w:r>
          </w:p>
        </w:tc>
      </w:tr>
      <w:tr w:rsidR="00AE7A24" w:rsidTr="00090B9F">
        <w:tc>
          <w:tcPr>
            <w:tcW w:w="2880" w:type="dxa"/>
          </w:tcPr>
          <w:p w:rsidR="00AE7A24" w:rsidRDefault="00090B9F">
            <w:r>
              <w:t>01:02:10:24</w:t>
            </w:r>
          </w:p>
        </w:tc>
        <w:tc>
          <w:tcPr>
            <w:tcW w:w="2880" w:type="dxa"/>
          </w:tcPr>
          <w:p w:rsidR="00AE7A24" w:rsidRPr="00090B9F" w:rsidRDefault="00AE7A24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:rsidR="00AE7A24" w:rsidRDefault="00090B9F">
            <w:r>
              <w:t xml:space="preserve">and a giant room full of books! </w:t>
            </w:r>
          </w:p>
        </w:tc>
      </w:tr>
      <w:tr w:rsidR="00AE7A24" w:rsidTr="00090B9F">
        <w:tc>
          <w:tcPr>
            <w:tcW w:w="2880" w:type="dxa"/>
          </w:tcPr>
          <w:p w:rsidR="00AE7A24" w:rsidRDefault="00090B9F">
            <w:r>
              <w:t>01:02:13:04</w:t>
            </w:r>
          </w:p>
        </w:tc>
        <w:tc>
          <w:tcPr>
            <w:tcW w:w="2880" w:type="dxa"/>
          </w:tcPr>
          <w:p w:rsidR="00AE7A24" w:rsidRPr="00090B9F" w:rsidRDefault="00AE7A24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:rsidR="00AE7A24" w:rsidRDefault="00090B9F">
            <w:r>
              <w:rPr>
                <w:b/>
              </w:rPr>
              <w:t xml:space="preserve">ELINOR: </w:t>
            </w:r>
            <w:r>
              <w:t xml:space="preserve">You mean a library? </w:t>
            </w:r>
          </w:p>
        </w:tc>
      </w:tr>
      <w:tr w:rsidR="00AE7A24" w:rsidTr="00090B9F">
        <w:tc>
          <w:tcPr>
            <w:tcW w:w="2880" w:type="dxa"/>
          </w:tcPr>
          <w:p w:rsidR="00AE7A24" w:rsidRDefault="00090B9F">
            <w:r>
              <w:t>01:02:15:12</w:t>
            </w:r>
          </w:p>
        </w:tc>
        <w:tc>
          <w:tcPr>
            <w:tcW w:w="2880" w:type="dxa"/>
          </w:tcPr>
          <w:p w:rsidR="00AE7A24" w:rsidRPr="00090B9F" w:rsidRDefault="00AE7A24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:rsidR="00AE7A24" w:rsidRDefault="00090B9F">
            <w:r>
              <w:rPr>
                <w:b/>
              </w:rPr>
              <w:t xml:space="preserve">OLIVE: </w:t>
            </w:r>
            <w:r>
              <w:t xml:space="preserve">Yes! My very own library! </w:t>
            </w:r>
          </w:p>
        </w:tc>
      </w:tr>
      <w:tr w:rsidR="00AE7A24" w:rsidTr="00090B9F">
        <w:tc>
          <w:tcPr>
            <w:tcW w:w="2880" w:type="dxa"/>
          </w:tcPr>
          <w:p w:rsidR="00AE7A24" w:rsidRDefault="00090B9F">
            <w:r>
              <w:t>01:02:18:11</w:t>
            </w:r>
          </w:p>
        </w:tc>
        <w:tc>
          <w:tcPr>
            <w:tcW w:w="2880" w:type="dxa"/>
          </w:tcPr>
          <w:p w:rsidR="00AE7A24" w:rsidRPr="00090B9F" w:rsidRDefault="00AE7A24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:rsidR="00AE7A24" w:rsidRDefault="00090B9F">
            <w:r>
              <w:rPr>
                <w:b/>
              </w:rPr>
              <w:t xml:space="preserve">ARI: </w:t>
            </w:r>
            <w:r>
              <w:t xml:space="preserve">Ooh! I have ideas, too! </w:t>
            </w:r>
          </w:p>
        </w:tc>
      </w:tr>
      <w:tr w:rsidR="00AE7A24" w:rsidTr="00090B9F">
        <w:tc>
          <w:tcPr>
            <w:tcW w:w="2880" w:type="dxa"/>
          </w:tcPr>
          <w:p w:rsidR="00AE7A24" w:rsidRDefault="00090B9F">
            <w:r>
              <w:lastRenderedPageBreak/>
              <w:t>01:02:20:19</w:t>
            </w:r>
          </w:p>
        </w:tc>
        <w:tc>
          <w:tcPr>
            <w:tcW w:w="2880" w:type="dxa"/>
          </w:tcPr>
          <w:p w:rsidR="00AE7A24" w:rsidRPr="00090B9F" w:rsidRDefault="00AE7A24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:rsidR="00AE7A24" w:rsidRDefault="00090B9F">
            <w:r>
              <w:rPr>
                <w:b/>
              </w:rPr>
              <w:t xml:space="preserve">ARI: </w:t>
            </w:r>
            <w:r>
              <w:t xml:space="preserve">I want a drawbridge, </w:t>
            </w:r>
          </w:p>
        </w:tc>
      </w:tr>
      <w:tr w:rsidR="00AE7A24" w:rsidTr="00090B9F">
        <w:tc>
          <w:tcPr>
            <w:tcW w:w="2880" w:type="dxa"/>
          </w:tcPr>
          <w:p w:rsidR="00AE7A24" w:rsidRDefault="00090B9F">
            <w:r>
              <w:t>01:02:21:29</w:t>
            </w:r>
          </w:p>
        </w:tc>
        <w:tc>
          <w:tcPr>
            <w:tcW w:w="2880" w:type="dxa"/>
          </w:tcPr>
          <w:p w:rsidR="00AE7A24" w:rsidRPr="00090B9F" w:rsidRDefault="00AE7A24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:rsidR="00AE7A24" w:rsidRDefault="00090B9F">
            <w:r>
              <w:t xml:space="preserve">a racetrack... </w:t>
            </w:r>
          </w:p>
        </w:tc>
      </w:tr>
      <w:tr w:rsidR="00AE7A24" w:rsidTr="00090B9F">
        <w:tc>
          <w:tcPr>
            <w:tcW w:w="2880" w:type="dxa"/>
          </w:tcPr>
          <w:p w:rsidR="00AE7A24" w:rsidRDefault="00090B9F">
            <w:r>
              <w:t>01:02:23:07</w:t>
            </w:r>
          </w:p>
        </w:tc>
        <w:tc>
          <w:tcPr>
            <w:tcW w:w="2880" w:type="dxa"/>
          </w:tcPr>
          <w:p w:rsidR="00AE7A24" w:rsidRPr="00090B9F" w:rsidRDefault="00AE7A24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:rsidR="00AE7A24" w:rsidRDefault="00090B9F">
            <w:r>
              <w:t xml:space="preserve">Oh, and a bubble fountain! </w:t>
            </w:r>
          </w:p>
        </w:tc>
      </w:tr>
      <w:tr w:rsidR="00AE7A24" w:rsidTr="00090B9F">
        <w:tc>
          <w:tcPr>
            <w:tcW w:w="2880" w:type="dxa"/>
          </w:tcPr>
          <w:p w:rsidR="00AE7A24" w:rsidRDefault="00090B9F">
            <w:r>
              <w:t>01:02:24:29</w:t>
            </w:r>
          </w:p>
        </w:tc>
        <w:tc>
          <w:tcPr>
            <w:tcW w:w="2880" w:type="dxa"/>
          </w:tcPr>
          <w:p w:rsidR="00AE7A24" w:rsidRPr="00090B9F" w:rsidRDefault="00AE7A24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:rsidR="00AE7A24" w:rsidRDefault="00090B9F">
            <w:r>
              <w:t xml:space="preserve">Yes! </w:t>
            </w:r>
          </w:p>
        </w:tc>
      </w:tr>
      <w:tr w:rsidR="00AE7A24" w:rsidTr="00090B9F">
        <w:tc>
          <w:tcPr>
            <w:tcW w:w="2880" w:type="dxa"/>
          </w:tcPr>
          <w:p w:rsidR="00AE7A24" w:rsidRDefault="00090B9F">
            <w:r>
              <w:t>01:02:28:24</w:t>
            </w:r>
          </w:p>
        </w:tc>
        <w:tc>
          <w:tcPr>
            <w:tcW w:w="2880" w:type="dxa"/>
          </w:tcPr>
          <w:p w:rsidR="00AE7A24" w:rsidRPr="00090B9F" w:rsidRDefault="00AE7A24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:rsidR="00AE7A24" w:rsidRDefault="00090B9F">
            <w:r>
              <w:rPr>
                <w:b/>
              </w:rPr>
              <w:t xml:space="preserve">ALL: </w:t>
            </w:r>
            <w:r>
              <w:t xml:space="preserve">[laugh] </w:t>
            </w:r>
          </w:p>
        </w:tc>
      </w:tr>
      <w:tr w:rsidR="00AE7A24" w:rsidTr="00090B9F">
        <w:tc>
          <w:tcPr>
            <w:tcW w:w="2880" w:type="dxa"/>
          </w:tcPr>
          <w:p w:rsidR="00AE7A24" w:rsidRDefault="00090B9F">
            <w:r>
              <w:t>01:02:30:01</w:t>
            </w:r>
          </w:p>
        </w:tc>
        <w:tc>
          <w:tcPr>
            <w:tcW w:w="2880" w:type="dxa"/>
          </w:tcPr>
          <w:p w:rsidR="00AE7A24" w:rsidRPr="00090B9F" w:rsidRDefault="00AE7A24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:rsidR="00AE7A24" w:rsidRDefault="00090B9F">
            <w:r>
              <w:rPr>
                <w:b/>
              </w:rPr>
              <w:t xml:space="preserve">ELINOR: </w:t>
            </w:r>
            <w:r>
              <w:t xml:space="preserve">Okay! Let's start building! </w:t>
            </w:r>
          </w:p>
        </w:tc>
      </w:tr>
      <w:tr w:rsidR="00AE7A24" w:rsidTr="00090B9F">
        <w:tc>
          <w:tcPr>
            <w:tcW w:w="2880" w:type="dxa"/>
          </w:tcPr>
          <w:p w:rsidR="00AE7A24" w:rsidRDefault="00090B9F">
            <w:r>
              <w:t>01:02:33:15</w:t>
            </w:r>
          </w:p>
        </w:tc>
        <w:tc>
          <w:tcPr>
            <w:tcW w:w="2880" w:type="dxa"/>
          </w:tcPr>
          <w:p w:rsidR="00AE7A24" w:rsidRPr="00090B9F" w:rsidRDefault="00AE7A24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:rsidR="00AE7A24" w:rsidRDefault="00090B9F">
            <w:r>
              <w:t xml:space="preserve">[ººº] </w:t>
            </w:r>
          </w:p>
        </w:tc>
      </w:tr>
      <w:tr w:rsidR="00AE7A24" w:rsidTr="00090B9F">
        <w:tc>
          <w:tcPr>
            <w:tcW w:w="2880" w:type="dxa"/>
          </w:tcPr>
          <w:p w:rsidR="00AE7A24" w:rsidRDefault="00090B9F">
            <w:r>
              <w:t>01:02:49:25</w:t>
            </w:r>
          </w:p>
        </w:tc>
        <w:tc>
          <w:tcPr>
            <w:tcW w:w="2880" w:type="dxa"/>
          </w:tcPr>
          <w:p w:rsidR="00AE7A24" w:rsidRPr="00090B9F" w:rsidRDefault="00AE7A24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:rsidR="00AE7A24" w:rsidRDefault="00090B9F">
            <w:r>
              <w:rPr>
                <w:b/>
              </w:rPr>
              <w:t xml:space="preserve">ELINOR: </w:t>
            </w:r>
            <w:r>
              <w:t xml:space="preserve">Oh! </w:t>
            </w:r>
          </w:p>
        </w:tc>
      </w:tr>
      <w:tr w:rsidR="00AE7A24" w:rsidTr="00090B9F">
        <w:tc>
          <w:tcPr>
            <w:tcW w:w="2880" w:type="dxa"/>
          </w:tcPr>
          <w:p w:rsidR="00AE7A24" w:rsidRDefault="00090B9F">
            <w:r>
              <w:t>01:02:54:14</w:t>
            </w:r>
          </w:p>
        </w:tc>
        <w:tc>
          <w:tcPr>
            <w:tcW w:w="2880" w:type="dxa"/>
          </w:tcPr>
          <w:p w:rsidR="00AE7A24" w:rsidRPr="00090B9F" w:rsidRDefault="00AE7A24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:rsidR="00AE7A24" w:rsidRDefault="00090B9F">
            <w:r>
              <w:t xml:space="preserve">[sigh] </w:t>
            </w:r>
          </w:p>
        </w:tc>
      </w:tr>
      <w:tr w:rsidR="00AE7A24" w:rsidTr="00090B9F">
        <w:tc>
          <w:tcPr>
            <w:tcW w:w="2880" w:type="dxa"/>
          </w:tcPr>
          <w:p w:rsidR="00AE7A24" w:rsidRDefault="00090B9F">
            <w:r>
              <w:t>01:02:59:26</w:t>
            </w:r>
          </w:p>
        </w:tc>
        <w:tc>
          <w:tcPr>
            <w:tcW w:w="2880" w:type="dxa"/>
          </w:tcPr>
          <w:p w:rsidR="00AE7A24" w:rsidRPr="00090B9F" w:rsidRDefault="00AE7A24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:rsidR="00AE7A24" w:rsidRDefault="00090B9F">
            <w:r>
              <w:rPr>
                <w:b/>
              </w:rPr>
              <w:t xml:space="preserve">ARI: </w:t>
            </w:r>
            <w:r>
              <w:t xml:space="preserve">Whoops, sorry! </w:t>
            </w:r>
          </w:p>
        </w:tc>
      </w:tr>
      <w:tr w:rsidR="00AE7A24" w:rsidTr="00090B9F">
        <w:tc>
          <w:tcPr>
            <w:tcW w:w="2880" w:type="dxa"/>
          </w:tcPr>
          <w:p w:rsidR="00AE7A24" w:rsidRDefault="00090B9F">
            <w:r>
              <w:t>01:03:05:20</w:t>
            </w:r>
          </w:p>
        </w:tc>
        <w:tc>
          <w:tcPr>
            <w:tcW w:w="2880" w:type="dxa"/>
          </w:tcPr>
          <w:p w:rsidR="00AE7A24" w:rsidRPr="00090B9F" w:rsidRDefault="00AE7A24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:rsidR="00AE7A24" w:rsidRDefault="00090B9F">
            <w:r>
              <w:rPr>
                <w:b/>
              </w:rPr>
              <w:t xml:space="preserve">OLIVE: </w:t>
            </w:r>
            <w:r>
              <w:t xml:space="preserve">Awwe... </w:t>
            </w:r>
          </w:p>
        </w:tc>
      </w:tr>
      <w:tr w:rsidR="00AE7A24" w:rsidTr="00090B9F">
        <w:tc>
          <w:tcPr>
            <w:tcW w:w="2880" w:type="dxa"/>
          </w:tcPr>
          <w:p w:rsidR="00AE7A24" w:rsidRDefault="00090B9F">
            <w:r>
              <w:t>01:03:10:06</w:t>
            </w:r>
          </w:p>
        </w:tc>
        <w:tc>
          <w:tcPr>
            <w:tcW w:w="2880" w:type="dxa"/>
          </w:tcPr>
          <w:p w:rsidR="00AE7A24" w:rsidRPr="00090B9F" w:rsidRDefault="00AE7A24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:rsidR="00AE7A24" w:rsidRDefault="00090B9F">
            <w:r>
              <w:rPr>
                <w:b/>
              </w:rPr>
              <w:t xml:space="preserve">ARI: </w:t>
            </w:r>
            <w:r>
              <w:t xml:space="preserve">Hey! </w:t>
            </w:r>
          </w:p>
        </w:tc>
      </w:tr>
      <w:tr w:rsidR="00AE7A24" w:rsidTr="00090B9F">
        <w:tc>
          <w:tcPr>
            <w:tcW w:w="2880" w:type="dxa"/>
          </w:tcPr>
          <w:p w:rsidR="00AE7A24" w:rsidRDefault="00090B9F">
            <w:r>
              <w:t>01:03:18:14</w:t>
            </w:r>
          </w:p>
        </w:tc>
        <w:tc>
          <w:tcPr>
            <w:tcW w:w="2880" w:type="dxa"/>
          </w:tcPr>
          <w:p w:rsidR="00AE7A24" w:rsidRPr="00090B9F" w:rsidRDefault="00AE7A24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:rsidR="00AE7A24" w:rsidRDefault="00090B9F">
            <w:r>
              <w:rPr>
                <w:b/>
              </w:rPr>
              <w:t xml:space="preserve">OLVE: </w:t>
            </w:r>
            <w:r>
              <w:t xml:space="preserve">Ah! </w:t>
            </w:r>
          </w:p>
        </w:tc>
      </w:tr>
      <w:tr w:rsidR="00AE7A24" w:rsidTr="00090B9F">
        <w:tc>
          <w:tcPr>
            <w:tcW w:w="2880" w:type="dxa"/>
          </w:tcPr>
          <w:p w:rsidR="00AE7A24" w:rsidRDefault="00090B9F">
            <w:r>
              <w:t>01:03:20:13</w:t>
            </w:r>
          </w:p>
        </w:tc>
        <w:tc>
          <w:tcPr>
            <w:tcW w:w="2880" w:type="dxa"/>
          </w:tcPr>
          <w:p w:rsidR="00AE7A24" w:rsidRPr="00090B9F" w:rsidRDefault="00AE7A24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:rsidR="00AE7A24" w:rsidRDefault="00090B9F">
            <w:r>
              <w:rPr>
                <w:b/>
              </w:rPr>
              <w:t xml:space="preserve">ELINOR: </w:t>
            </w:r>
            <w:r>
              <w:t xml:space="preserve">[gasp] </w:t>
            </w:r>
          </w:p>
        </w:tc>
      </w:tr>
      <w:tr w:rsidR="00AE7A24" w:rsidTr="00090B9F">
        <w:tc>
          <w:tcPr>
            <w:tcW w:w="2880" w:type="dxa"/>
          </w:tcPr>
          <w:p w:rsidR="00AE7A24" w:rsidRDefault="00090B9F">
            <w:r>
              <w:t>01:03:22:20</w:t>
            </w:r>
          </w:p>
        </w:tc>
        <w:tc>
          <w:tcPr>
            <w:tcW w:w="2880" w:type="dxa"/>
          </w:tcPr>
          <w:p w:rsidR="00AE7A24" w:rsidRPr="00090B9F" w:rsidRDefault="00AE7A24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:rsidR="00AE7A24" w:rsidRDefault="00090B9F">
            <w:r>
              <w:rPr>
                <w:b/>
              </w:rPr>
              <w:t xml:space="preserve">ARI: </w:t>
            </w:r>
            <w:r>
              <w:t xml:space="preserve">[efforts] </w:t>
            </w:r>
          </w:p>
        </w:tc>
      </w:tr>
      <w:tr w:rsidR="00AE7A24" w:rsidTr="00090B9F">
        <w:tc>
          <w:tcPr>
            <w:tcW w:w="2880" w:type="dxa"/>
          </w:tcPr>
          <w:p w:rsidR="00AE7A24" w:rsidRDefault="00090B9F">
            <w:r>
              <w:t>01:03:25:21</w:t>
            </w:r>
          </w:p>
        </w:tc>
        <w:tc>
          <w:tcPr>
            <w:tcW w:w="2880" w:type="dxa"/>
          </w:tcPr>
          <w:p w:rsidR="00AE7A24" w:rsidRPr="00090B9F" w:rsidRDefault="00AE7A24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:rsidR="00AE7A24" w:rsidRDefault="00090B9F">
            <w:r>
              <w:t xml:space="preserve">[efforts] </w:t>
            </w:r>
          </w:p>
        </w:tc>
      </w:tr>
      <w:tr w:rsidR="00AE7A24" w:rsidTr="00090B9F">
        <w:tc>
          <w:tcPr>
            <w:tcW w:w="2880" w:type="dxa"/>
          </w:tcPr>
          <w:p w:rsidR="00AE7A24" w:rsidRDefault="00090B9F">
            <w:r>
              <w:t>01:03:30:05</w:t>
            </w:r>
          </w:p>
        </w:tc>
        <w:tc>
          <w:tcPr>
            <w:tcW w:w="2880" w:type="dxa"/>
          </w:tcPr>
          <w:p w:rsidR="00AE7A24" w:rsidRPr="00090B9F" w:rsidRDefault="00AE7A24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:rsidR="00AE7A24" w:rsidRDefault="00090B9F">
            <w:r>
              <w:rPr>
                <w:b/>
              </w:rPr>
              <w:t xml:space="preserve">OLIVE: </w:t>
            </w:r>
            <w:r>
              <w:t xml:space="preserve">Hmm... </w:t>
            </w:r>
          </w:p>
        </w:tc>
      </w:tr>
      <w:tr w:rsidR="00AE7A24" w:rsidTr="00090B9F">
        <w:tc>
          <w:tcPr>
            <w:tcW w:w="2880" w:type="dxa"/>
          </w:tcPr>
          <w:p w:rsidR="00AE7A24" w:rsidRDefault="00090B9F">
            <w:r>
              <w:t>01:03:34:08</w:t>
            </w:r>
          </w:p>
        </w:tc>
        <w:tc>
          <w:tcPr>
            <w:tcW w:w="2880" w:type="dxa"/>
          </w:tcPr>
          <w:p w:rsidR="00AE7A24" w:rsidRPr="00090B9F" w:rsidRDefault="00AE7A24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:rsidR="00AE7A24" w:rsidRDefault="00090B9F">
            <w:r>
              <w:rPr>
                <w:b/>
              </w:rPr>
              <w:t xml:space="preserve">ARI: </w:t>
            </w:r>
            <w:r>
              <w:t xml:space="preserve">[efforts] </w:t>
            </w:r>
          </w:p>
        </w:tc>
      </w:tr>
      <w:tr w:rsidR="00AE7A24" w:rsidTr="00090B9F">
        <w:tc>
          <w:tcPr>
            <w:tcW w:w="2880" w:type="dxa"/>
          </w:tcPr>
          <w:p w:rsidR="00AE7A24" w:rsidRDefault="00090B9F">
            <w:r>
              <w:t>01:03:37:14</w:t>
            </w:r>
          </w:p>
        </w:tc>
        <w:tc>
          <w:tcPr>
            <w:tcW w:w="2880" w:type="dxa"/>
          </w:tcPr>
          <w:p w:rsidR="00AE7A24" w:rsidRPr="00090B9F" w:rsidRDefault="00AE7A24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:rsidR="00AE7A24" w:rsidRDefault="00090B9F">
            <w:r>
              <w:t xml:space="preserve">Oh, c'mon! </w:t>
            </w:r>
          </w:p>
        </w:tc>
      </w:tr>
      <w:tr w:rsidR="00AE7A24" w:rsidTr="00090B9F">
        <w:tc>
          <w:tcPr>
            <w:tcW w:w="2880" w:type="dxa"/>
          </w:tcPr>
          <w:p w:rsidR="00AE7A24" w:rsidRDefault="00090B9F">
            <w:r>
              <w:t>01:03:39:22</w:t>
            </w:r>
          </w:p>
        </w:tc>
        <w:tc>
          <w:tcPr>
            <w:tcW w:w="2880" w:type="dxa"/>
          </w:tcPr>
          <w:p w:rsidR="00AE7A24" w:rsidRPr="00090B9F" w:rsidRDefault="00AE7A24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:rsidR="00AE7A24" w:rsidRDefault="00090B9F">
            <w:r>
              <w:t xml:space="preserve">[efforts] </w:t>
            </w:r>
          </w:p>
        </w:tc>
      </w:tr>
      <w:tr w:rsidR="00AE7A24" w:rsidTr="00090B9F">
        <w:tc>
          <w:tcPr>
            <w:tcW w:w="2880" w:type="dxa"/>
          </w:tcPr>
          <w:p w:rsidR="00AE7A24" w:rsidRDefault="00090B9F">
            <w:r>
              <w:t>01:03:41:03</w:t>
            </w:r>
          </w:p>
        </w:tc>
        <w:tc>
          <w:tcPr>
            <w:tcW w:w="2880" w:type="dxa"/>
          </w:tcPr>
          <w:p w:rsidR="00AE7A24" w:rsidRPr="00090B9F" w:rsidRDefault="00AE7A24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:rsidR="00AE7A24" w:rsidRDefault="00090B9F">
            <w:r>
              <w:rPr>
                <w:b/>
              </w:rPr>
              <w:t xml:space="preserve">OLIVE: </w:t>
            </w:r>
            <w:r>
              <w:t xml:space="preserve">[efforts] </w:t>
            </w:r>
            <w:r>
              <w:rPr>
                <w:b/>
              </w:rPr>
              <w:t xml:space="preserve">ELINOR: </w:t>
            </w:r>
            <w:r>
              <w:t xml:space="preserve">[efforts] </w:t>
            </w:r>
            <w:r>
              <w:rPr>
                <w:b/>
              </w:rPr>
              <w:t xml:space="preserve">ARI: </w:t>
            </w:r>
            <w:r>
              <w:t xml:space="preserve">[efforts] </w:t>
            </w:r>
          </w:p>
        </w:tc>
      </w:tr>
      <w:tr w:rsidR="00AE7A24" w:rsidTr="00090B9F">
        <w:tc>
          <w:tcPr>
            <w:tcW w:w="2880" w:type="dxa"/>
          </w:tcPr>
          <w:p w:rsidR="00AE7A24" w:rsidRDefault="00090B9F">
            <w:r>
              <w:t>01:03:45:07</w:t>
            </w:r>
          </w:p>
        </w:tc>
        <w:tc>
          <w:tcPr>
            <w:tcW w:w="2880" w:type="dxa"/>
          </w:tcPr>
          <w:p w:rsidR="00AE7A24" w:rsidRPr="00090B9F" w:rsidRDefault="00AE7A24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:rsidR="00AE7A24" w:rsidRDefault="00090B9F">
            <w:r>
              <w:rPr>
                <w:b/>
              </w:rPr>
              <w:t xml:space="preserve">ELINOR: </w:t>
            </w:r>
            <w:r>
              <w:t xml:space="preserve">Olive, that's supposed to be my slide. </w:t>
            </w:r>
          </w:p>
        </w:tc>
      </w:tr>
      <w:tr w:rsidR="00AE7A24" w:rsidTr="00090B9F">
        <w:tc>
          <w:tcPr>
            <w:tcW w:w="2880" w:type="dxa"/>
          </w:tcPr>
          <w:p w:rsidR="00AE7A24" w:rsidRDefault="00090B9F">
            <w:r>
              <w:t>01:03:48:11</w:t>
            </w:r>
          </w:p>
        </w:tc>
        <w:tc>
          <w:tcPr>
            <w:tcW w:w="2880" w:type="dxa"/>
          </w:tcPr>
          <w:p w:rsidR="00AE7A24" w:rsidRPr="00090B9F" w:rsidRDefault="00AE7A24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:rsidR="00AE7A24" w:rsidRDefault="00090B9F">
            <w:r>
              <w:rPr>
                <w:b/>
              </w:rPr>
              <w:t xml:space="preserve">OLIVE: </w:t>
            </w:r>
            <w:r>
              <w:t xml:space="preserve">But it's the perfect shape... </w:t>
            </w:r>
          </w:p>
        </w:tc>
      </w:tr>
      <w:tr w:rsidR="00AE7A24" w:rsidTr="00090B9F">
        <w:tc>
          <w:tcPr>
            <w:tcW w:w="2880" w:type="dxa"/>
          </w:tcPr>
          <w:p w:rsidR="00AE7A24" w:rsidRDefault="00090B9F">
            <w:r>
              <w:lastRenderedPageBreak/>
              <w:t>01:03:49:11</w:t>
            </w:r>
          </w:p>
        </w:tc>
        <w:tc>
          <w:tcPr>
            <w:tcW w:w="2880" w:type="dxa"/>
          </w:tcPr>
          <w:p w:rsidR="00AE7A24" w:rsidRPr="00090B9F" w:rsidRDefault="00AE7A24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:rsidR="00AE7A24" w:rsidRDefault="00090B9F">
            <w:r>
              <w:t xml:space="preserve">for the wall of my crayon room. </w:t>
            </w:r>
          </w:p>
        </w:tc>
      </w:tr>
      <w:tr w:rsidR="00AE7A24" w:rsidTr="00090B9F">
        <w:tc>
          <w:tcPr>
            <w:tcW w:w="2880" w:type="dxa"/>
          </w:tcPr>
          <w:p w:rsidR="00AE7A24" w:rsidRDefault="00090B9F">
            <w:r>
              <w:t>01:03:50:26</w:t>
            </w:r>
          </w:p>
        </w:tc>
        <w:tc>
          <w:tcPr>
            <w:tcW w:w="2880" w:type="dxa"/>
          </w:tcPr>
          <w:p w:rsidR="00AE7A24" w:rsidRPr="00090B9F" w:rsidRDefault="00AE7A24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:rsidR="00AE7A24" w:rsidRDefault="00090B9F">
            <w:r>
              <w:rPr>
                <w:b/>
              </w:rPr>
              <w:t xml:space="preserve">ELINOR: </w:t>
            </w:r>
            <w:r>
              <w:t xml:space="preserve">[effort] But I need it for my slide. </w:t>
            </w:r>
          </w:p>
        </w:tc>
      </w:tr>
      <w:tr w:rsidR="00AE7A24" w:rsidTr="00090B9F">
        <w:tc>
          <w:tcPr>
            <w:tcW w:w="2880" w:type="dxa"/>
          </w:tcPr>
          <w:p w:rsidR="00AE7A24" w:rsidRDefault="00090B9F">
            <w:r>
              <w:t>01:03:53:15</w:t>
            </w:r>
          </w:p>
        </w:tc>
        <w:tc>
          <w:tcPr>
            <w:tcW w:w="2880" w:type="dxa"/>
          </w:tcPr>
          <w:p w:rsidR="00AE7A24" w:rsidRPr="00090B9F" w:rsidRDefault="00AE7A24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:rsidR="00AE7A24" w:rsidRDefault="00090B9F">
            <w:r>
              <w:rPr>
                <w:b/>
              </w:rPr>
              <w:t xml:space="preserve">OLIVE: </w:t>
            </w:r>
            <w:r>
              <w:t xml:space="preserve">[effort] </w:t>
            </w:r>
          </w:p>
        </w:tc>
      </w:tr>
      <w:tr w:rsidR="00AE7A24" w:rsidTr="00090B9F">
        <w:tc>
          <w:tcPr>
            <w:tcW w:w="2880" w:type="dxa"/>
          </w:tcPr>
          <w:p w:rsidR="00AE7A24" w:rsidRDefault="00090B9F">
            <w:r>
              <w:t>01:03:54:15</w:t>
            </w:r>
          </w:p>
        </w:tc>
        <w:tc>
          <w:tcPr>
            <w:tcW w:w="2880" w:type="dxa"/>
          </w:tcPr>
          <w:p w:rsidR="00AE7A24" w:rsidRPr="00090B9F" w:rsidRDefault="00AE7A24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:rsidR="00AE7A24" w:rsidRDefault="00090B9F">
            <w:r>
              <w:rPr>
                <w:b/>
              </w:rPr>
              <w:t xml:space="preserve">ARI: </w:t>
            </w:r>
            <w:r>
              <w:t xml:space="preserve">Guys, let's not fight over the pillows. </w:t>
            </w:r>
          </w:p>
        </w:tc>
      </w:tr>
      <w:tr w:rsidR="00AE7A24" w:rsidTr="00090B9F">
        <w:tc>
          <w:tcPr>
            <w:tcW w:w="2880" w:type="dxa"/>
          </w:tcPr>
          <w:p w:rsidR="00AE7A24" w:rsidRDefault="00090B9F">
            <w:r>
              <w:t>01:03:56:19</w:t>
            </w:r>
          </w:p>
        </w:tc>
        <w:tc>
          <w:tcPr>
            <w:tcW w:w="2880" w:type="dxa"/>
          </w:tcPr>
          <w:p w:rsidR="00AE7A24" w:rsidRPr="00090B9F" w:rsidRDefault="00AE7A24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:rsidR="00AE7A24" w:rsidRDefault="00090B9F">
            <w:r>
              <w:rPr>
                <w:b/>
              </w:rPr>
              <w:t xml:space="preserve">ARI: </w:t>
            </w:r>
            <w:r>
              <w:t xml:space="preserve">Whoaaaa! </w:t>
            </w:r>
          </w:p>
        </w:tc>
      </w:tr>
      <w:tr w:rsidR="00AE7A24" w:rsidTr="00090B9F">
        <w:tc>
          <w:tcPr>
            <w:tcW w:w="2880" w:type="dxa"/>
          </w:tcPr>
          <w:p w:rsidR="00AE7A24" w:rsidRDefault="00090B9F">
            <w:r>
              <w:t>01:03:57:24</w:t>
            </w:r>
          </w:p>
        </w:tc>
        <w:tc>
          <w:tcPr>
            <w:tcW w:w="2880" w:type="dxa"/>
          </w:tcPr>
          <w:p w:rsidR="00AE7A24" w:rsidRPr="00090B9F" w:rsidRDefault="00AE7A24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:rsidR="00AE7A24" w:rsidRDefault="00090B9F">
            <w:r>
              <w:rPr>
                <w:b/>
              </w:rPr>
              <w:t xml:space="preserve">ELINOR: </w:t>
            </w:r>
            <w:r>
              <w:t xml:space="preserve">Whoops. </w:t>
            </w:r>
          </w:p>
        </w:tc>
      </w:tr>
      <w:tr w:rsidR="00AE7A24" w:rsidTr="00090B9F">
        <w:tc>
          <w:tcPr>
            <w:tcW w:w="2880" w:type="dxa"/>
          </w:tcPr>
          <w:p w:rsidR="00AE7A24" w:rsidRDefault="00090B9F">
            <w:r>
              <w:t>01:03:58:26</w:t>
            </w:r>
          </w:p>
        </w:tc>
        <w:tc>
          <w:tcPr>
            <w:tcW w:w="2880" w:type="dxa"/>
          </w:tcPr>
          <w:p w:rsidR="00AE7A24" w:rsidRPr="00090B9F" w:rsidRDefault="00AE7A24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:rsidR="00AE7A24" w:rsidRDefault="00090B9F">
            <w:r>
              <w:rPr>
                <w:b/>
              </w:rPr>
              <w:t xml:space="preserve">ELINOR: </w:t>
            </w:r>
            <w:r>
              <w:t xml:space="preserve">Ari, are you okay? </w:t>
            </w:r>
          </w:p>
        </w:tc>
      </w:tr>
      <w:tr w:rsidR="00AE7A24" w:rsidTr="00090B9F">
        <w:tc>
          <w:tcPr>
            <w:tcW w:w="2880" w:type="dxa"/>
          </w:tcPr>
          <w:p w:rsidR="00AE7A24" w:rsidRDefault="00090B9F">
            <w:r>
              <w:t>01:04:01:09</w:t>
            </w:r>
          </w:p>
        </w:tc>
        <w:tc>
          <w:tcPr>
            <w:tcW w:w="2880" w:type="dxa"/>
          </w:tcPr>
          <w:p w:rsidR="00AE7A24" w:rsidRPr="00090B9F" w:rsidRDefault="00AE7A24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:rsidR="00AE7A24" w:rsidRDefault="00090B9F">
            <w:r>
              <w:rPr>
                <w:b/>
              </w:rPr>
              <w:t xml:space="preserve">ARI: </w:t>
            </w:r>
            <w:r>
              <w:t xml:space="preserve">Never mind! </w:t>
            </w:r>
          </w:p>
        </w:tc>
      </w:tr>
      <w:tr w:rsidR="00AE7A24" w:rsidTr="00090B9F">
        <w:tc>
          <w:tcPr>
            <w:tcW w:w="2880" w:type="dxa"/>
          </w:tcPr>
          <w:p w:rsidR="00AE7A24" w:rsidRDefault="00090B9F">
            <w:r>
              <w:t>01:04:02:26</w:t>
            </w:r>
          </w:p>
        </w:tc>
        <w:tc>
          <w:tcPr>
            <w:tcW w:w="2880" w:type="dxa"/>
          </w:tcPr>
          <w:p w:rsidR="00AE7A24" w:rsidRPr="00090B9F" w:rsidRDefault="00AE7A24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:rsidR="00AE7A24" w:rsidRDefault="00090B9F">
            <w:r>
              <w:t xml:space="preserve">Pillow fight!!! </w:t>
            </w:r>
          </w:p>
        </w:tc>
      </w:tr>
      <w:tr w:rsidR="00AE7A24" w:rsidTr="00090B9F">
        <w:tc>
          <w:tcPr>
            <w:tcW w:w="2880" w:type="dxa"/>
          </w:tcPr>
          <w:p w:rsidR="00AE7A24" w:rsidRDefault="00090B9F">
            <w:r>
              <w:t>01:04:04:19</w:t>
            </w:r>
          </w:p>
        </w:tc>
        <w:tc>
          <w:tcPr>
            <w:tcW w:w="2880" w:type="dxa"/>
          </w:tcPr>
          <w:p w:rsidR="00AE7A24" w:rsidRPr="00090B9F" w:rsidRDefault="00AE7A24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:rsidR="00AE7A24" w:rsidRDefault="00090B9F">
            <w:r>
              <w:rPr>
                <w:b/>
              </w:rPr>
              <w:t xml:space="preserve">ELINOR: </w:t>
            </w:r>
            <w:r>
              <w:t xml:space="preserve">Pillow fight! </w:t>
            </w:r>
            <w:r>
              <w:rPr>
                <w:b/>
              </w:rPr>
              <w:t xml:space="preserve">OLIVE: </w:t>
            </w:r>
            <w:r>
              <w:t xml:space="preserve">Pillow fight! </w:t>
            </w:r>
          </w:p>
        </w:tc>
      </w:tr>
      <w:tr w:rsidR="00AE7A24" w:rsidTr="00090B9F">
        <w:tc>
          <w:tcPr>
            <w:tcW w:w="2880" w:type="dxa"/>
          </w:tcPr>
          <w:p w:rsidR="00AE7A24" w:rsidRDefault="00090B9F">
            <w:r>
              <w:t>01:04:08:16</w:t>
            </w:r>
          </w:p>
        </w:tc>
        <w:tc>
          <w:tcPr>
            <w:tcW w:w="2880" w:type="dxa"/>
          </w:tcPr>
          <w:p w:rsidR="00AE7A24" w:rsidRPr="00090B9F" w:rsidRDefault="00AE7A24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:rsidR="00AE7A24" w:rsidRDefault="00090B9F">
            <w:r>
              <w:rPr>
                <w:b/>
              </w:rPr>
              <w:t xml:space="preserve">ELINOR: </w:t>
            </w:r>
            <w:r>
              <w:t xml:space="preserve">Take that! </w:t>
            </w:r>
          </w:p>
        </w:tc>
      </w:tr>
      <w:tr w:rsidR="00AE7A24" w:rsidTr="00090B9F">
        <w:tc>
          <w:tcPr>
            <w:tcW w:w="2880" w:type="dxa"/>
          </w:tcPr>
          <w:p w:rsidR="00AE7A24" w:rsidRDefault="00090B9F">
            <w:r>
              <w:t>01:04:10:05</w:t>
            </w:r>
          </w:p>
        </w:tc>
        <w:tc>
          <w:tcPr>
            <w:tcW w:w="2880" w:type="dxa"/>
          </w:tcPr>
          <w:p w:rsidR="00AE7A24" w:rsidRPr="00090B9F" w:rsidRDefault="00AE7A24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:rsidR="00AE7A24" w:rsidRDefault="00090B9F">
            <w:r>
              <w:rPr>
                <w:b/>
              </w:rPr>
              <w:t xml:space="preserve">ALL: </w:t>
            </w:r>
            <w:r>
              <w:t xml:space="preserve">[laugh] </w:t>
            </w:r>
          </w:p>
        </w:tc>
      </w:tr>
      <w:tr w:rsidR="00AE7A24" w:rsidTr="00090B9F">
        <w:tc>
          <w:tcPr>
            <w:tcW w:w="2880" w:type="dxa"/>
          </w:tcPr>
          <w:p w:rsidR="00AE7A24" w:rsidRDefault="00090B9F">
            <w:r>
              <w:t>01:04:29:27</w:t>
            </w:r>
          </w:p>
        </w:tc>
        <w:tc>
          <w:tcPr>
            <w:tcW w:w="2880" w:type="dxa"/>
          </w:tcPr>
          <w:p w:rsidR="00AE7A24" w:rsidRPr="00090B9F" w:rsidRDefault="00AE7A24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:rsidR="00AE7A24" w:rsidRDefault="00090B9F">
            <w:r>
              <w:t xml:space="preserve">[giggle] </w:t>
            </w:r>
          </w:p>
        </w:tc>
      </w:tr>
      <w:tr w:rsidR="00AE7A24" w:rsidTr="00090B9F">
        <w:tc>
          <w:tcPr>
            <w:tcW w:w="2880" w:type="dxa"/>
          </w:tcPr>
          <w:p w:rsidR="00AE7A24" w:rsidRDefault="00090B9F">
            <w:r>
              <w:t>01:04:33:01</w:t>
            </w:r>
          </w:p>
        </w:tc>
        <w:tc>
          <w:tcPr>
            <w:tcW w:w="2880" w:type="dxa"/>
          </w:tcPr>
          <w:p w:rsidR="00AE7A24" w:rsidRPr="00090B9F" w:rsidRDefault="00AE7A24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:rsidR="00AE7A24" w:rsidRDefault="00090B9F">
            <w:r>
              <w:rPr>
                <w:b/>
              </w:rPr>
              <w:t xml:space="preserve">OLIVE: </w:t>
            </w:r>
            <w:r>
              <w:t xml:space="preserve">Woof, that was fun! </w:t>
            </w:r>
          </w:p>
        </w:tc>
      </w:tr>
      <w:tr w:rsidR="00AE7A24" w:rsidTr="00090B9F">
        <w:tc>
          <w:tcPr>
            <w:tcW w:w="2880" w:type="dxa"/>
          </w:tcPr>
          <w:p w:rsidR="00AE7A24" w:rsidRDefault="00090B9F">
            <w:r>
              <w:t>01:04:36:21</w:t>
            </w:r>
          </w:p>
        </w:tc>
        <w:tc>
          <w:tcPr>
            <w:tcW w:w="2880" w:type="dxa"/>
          </w:tcPr>
          <w:p w:rsidR="00AE7A24" w:rsidRPr="00090B9F" w:rsidRDefault="00AE7A24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:rsidR="00AE7A24" w:rsidRDefault="00090B9F">
            <w:r>
              <w:rPr>
                <w:b/>
              </w:rPr>
              <w:t xml:space="preserve">ARI: </w:t>
            </w:r>
            <w:r>
              <w:t xml:space="preserve">Awe, but we haven't finished building our castle! </w:t>
            </w:r>
          </w:p>
        </w:tc>
      </w:tr>
      <w:tr w:rsidR="00AE7A24" w:rsidTr="00090B9F">
        <w:tc>
          <w:tcPr>
            <w:tcW w:w="2880" w:type="dxa"/>
          </w:tcPr>
          <w:p w:rsidR="00AE7A24" w:rsidRDefault="00090B9F">
            <w:r>
              <w:t>01:04:40:10</w:t>
            </w:r>
          </w:p>
        </w:tc>
        <w:tc>
          <w:tcPr>
            <w:tcW w:w="2880" w:type="dxa"/>
          </w:tcPr>
          <w:p w:rsidR="00AE7A24" w:rsidRPr="00090B9F" w:rsidRDefault="00AE7A24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:rsidR="00AE7A24" w:rsidRDefault="00090B9F">
            <w:r>
              <w:rPr>
                <w:b/>
              </w:rPr>
              <w:t xml:space="preserve">OLIVE: </w:t>
            </w:r>
            <w:r>
              <w:t xml:space="preserve">Yeah, we kept bumping into each other... </w:t>
            </w:r>
          </w:p>
        </w:tc>
      </w:tr>
      <w:tr w:rsidR="00AE7A24" w:rsidTr="00090B9F">
        <w:tc>
          <w:tcPr>
            <w:tcW w:w="2880" w:type="dxa"/>
          </w:tcPr>
          <w:p w:rsidR="00AE7A24" w:rsidRDefault="00090B9F">
            <w:r>
              <w:t>01:04:42:16</w:t>
            </w:r>
          </w:p>
        </w:tc>
        <w:tc>
          <w:tcPr>
            <w:tcW w:w="2880" w:type="dxa"/>
          </w:tcPr>
          <w:p w:rsidR="00AE7A24" w:rsidRPr="00090B9F" w:rsidRDefault="00AE7A24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:rsidR="00AE7A24" w:rsidRDefault="00090B9F">
            <w:r>
              <w:t xml:space="preserve">and we also kept taking each </w:t>
            </w:r>
            <w:r>
              <w:t xml:space="preserve">other's cushions by accident. </w:t>
            </w:r>
          </w:p>
        </w:tc>
      </w:tr>
      <w:tr w:rsidR="00AE7A24" w:rsidTr="00090B9F">
        <w:tc>
          <w:tcPr>
            <w:tcW w:w="2880" w:type="dxa"/>
          </w:tcPr>
          <w:p w:rsidR="00AE7A24" w:rsidRDefault="00090B9F">
            <w:r>
              <w:t>01:04:46:01</w:t>
            </w:r>
          </w:p>
        </w:tc>
        <w:tc>
          <w:tcPr>
            <w:tcW w:w="2880" w:type="dxa"/>
          </w:tcPr>
          <w:p w:rsidR="00AE7A24" w:rsidRPr="00090B9F" w:rsidRDefault="00AE7A24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:rsidR="00AE7A24" w:rsidRDefault="00090B9F">
            <w:r>
              <w:rPr>
                <w:b/>
              </w:rPr>
              <w:t xml:space="preserve">ARI: </w:t>
            </w:r>
            <w:r>
              <w:t xml:space="preserve">And I had trouble had trouble lifting the big cushion. </w:t>
            </w:r>
          </w:p>
        </w:tc>
      </w:tr>
      <w:tr w:rsidR="00AE7A24" w:rsidTr="00090B9F">
        <w:tc>
          <w:tcPr>
            <w:tcW w:w="2880" w:type="dxa"/>
          </w:tcPr>
          <w:p w:rsidR="00AE7A24" w:rsidRDefault="00090B9F">
            <w:r>
              <w:t>01:04:48:14</w:t>
            </w:r>
          </w:p>
        </w:tc>
        <w:tc>
          <w:tcPr>
            <w:tcW w:w="2880" w:type="dxa"/>
          </w:tcPr>
          <w:p w:rsidR="00AE7A24" w:rsidRPr="00090B9F" w:rsidRDefault="00AE7A24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:rsidR="00AE7A24" w:rsidRDefault="00090B9F">
            <w:r>
              <w:rPr>
                <w:b/>
              </w:rPr>
              <w:t xml:space="preserve">OLIVE: </w:t>
            </w:r>
            <w:r>
              <w:t xml:space="preserve">Hmm, we need a better way to build our </w:t>
            </w:r>
            <w:r>
              <w:lastRenderedPageBreak/>
              <w:t xml:space="preserve">castle. </w:t>
            </w:r>
          </w:p>
        </w:tc>
      </w:tr>
      <w:tr w:rsidR="00AE7A24" w:rsidTr="00090B9F">
        <w:tc>
          <w:tcPr>
            <w:tcW w:w="2880" w:type="dxa"/>
          </w:tcPr>
          <w:p w:rsidR="00AE7A24" w:rsidRDefault="00090B9F">
            <w:r>
              <w:lastRenderedPageBreak/>
              <w:t>01:04:52:07</w:t>
            </w:r>
          </w:p>
        </w:tc>
        <w:tc>
          <w:tcPr>
            <w:tcW w:w="2880" w:type="dxa"/>
          </w:tcPr>
          <w:p w:rsidR="00AE7A24" w:rsidRPr="00090B9F" w:rsidRDefault="00AE7A24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:rsidR="00AE7A24" w:rsidRDefault="00090B9F">
            <w:r>
              <w:t xml:space="preserve">What do you think Elinor? </w:t>
            </w:r>
          </w:p>
        </w:tc>
      </w:tr>
      <w:tr w:rsidR="00AE7A24" w:rsidTr="00090B9F">
        <w:tc>
          <w:tcPr>
            <w:tcW w:w="2880" w:type="dxa"/>
          </w:tcPr>
          <w:p w:rsidR="00AE7A24" w:rsidRDefault="00090B9F">
            <w:r>
              <w:t>01:04:54:09</w:t>
            </w:r>
          </w:p>
        </w:tc>
        <w:tc>
          <w:tcPr>
            <w:tcW w:w="2880" w:type="dxa"/>
          </w:tcPr>
          <w:p w:rsidR="00AE7A24" w:rsidRPr="00090B9F" w:rsidRDefault="00AE7A24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:rsidR="00AE7A24" w:rsidRDefault="00090B9F">
            <w:r>
              <w:t xml:space="preserve">Elinor? </w:t>
            </w:r>
          </w:p>
        </w:tc>
      </w:tr>
      <w:tr w:rsidR="00AE7A24" w:rsidTr="00090B9F">
        <w:tc>
          <w:tcPr>
            <w:tcW w:w="2880" w:type="dxa"/>
          </w:tcPr>
          <w:p w:rsidR="00AE7A24" w:rsidRDefault="00090B9F">
            <w:r>
              <w:t>01:04:56:17</w:t>
            </w:r>
          </w:p>
        </w:tc>
        <w:tc>
          <w:tcPr>
            <w:tcW w:w="2880" w:type="dxa"/>
          </w:tcPr>
          <w:p w:rsidR="00AE7A24" w:rsidRPr="00090B9F" w:rsidRDefault="00AE7A24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:rsidR="00AE7A24" w:rsidRDefault="00090B9F">
            <w:r>
              <w:rPr>
                <w:b/>
              </w:rPr>
              <w:t xml:space="preserve">OLIVE: </w:t>
            </w:r>
            <w:r>
              <w:t xml:space="preserve">What are you looking at? </w:t>
            </w:r>
          </w:p>
        </w:tc>
      </w:tr>
      <w:tr w:rsidR="00AE7A24" w:rsidTr="00090B9F">
        <w:tc>
          <w:tcPr>
            <w:tcW w:w="2880" w:type="dxa"/>
          </w:tcPr>
          <w:p w:rsidR="00AE7A24" w:rsidRDefault="00090B9F">
            <w:r>
              <w:t>01:04:58:01</w:t>
            </w:r>
          </w:p>
        </w:tc>
        <w:tc>
          <w:tcPr>
            <w:tcW w:w="2880" w:type="dxa"/>
          </w:tcPr>
          <w:p w:rsidR="00AE7A24" w:rsidRPr="00090B9F" w:rsidRDefault="00AE7A24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:rsidR="00AE7A24" w:rsidRDefault="00090B9F">
            <w:r>
              <w:rPr>
                <w:b/>
              </w:rPr>
              <w:t xml:space="preserve">ARI: </w:t>
            </w:r>
            <w:r>
              <w:t xml:space="preserve">Whoa! Are those ants? </w:t>
            </w:r>
          </w:p>
        </w:tc>
      </w:tr>
      <w:tr w:rsidR="00AE7A24" w:rsidTr="00090B9F">
        <w:tc>
          <w:tcPr>
            <w:tcW w:w="2880" w:type="dxa"/>
          </w:tcPr>
          <w:p w:rsidR="00AE7A24" w:rsidRDefault="00090B9F">
            <w:r>
              <w:t>01:05:00:03</w:t>
            </w:r>
          </w:p>
        </w:tc>
        <w:tc>
          <w:tcPr>
            <w:tcW w:w="2880" w:type="dxa"/>
          </w:tcPr>
          <w:p w:rsidR="00AE7A24" w:rsidRPr="00090B9F" w:rsidRDefault="00AE7A24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:rsidR="00AE7A24" w:rsidRDefault="00090B9F">
            <w:r>
              <w:rPr>
                <w:b/>
              </w:rPr>
              <w:t xml:space="preserve">ELINOR: </w:t>
            </w:r>
            <w:r>
              <w:t xml:space="preserve">Uh-huh. </w:t>
            </w:r>
          </w:p>
        </w:tc>
      </w:tr>
      <w:tr w:rsidR="00AE7A24" w:rsidTr="00090B9F">
        <w:tc>
          <w:tcPr>
            <w:tcW w:w="2880" w:type="dxa"/>
          </w:tcPr>
          <w:p w:rsidR="00AE7A24" w:rsidRDefault="00090B9F">
            <w:r>
              <w:t>01:05:01:06</w:t>
            </w:r>
          </w:p>
        </w:tc>
        <w:tc>
          <w:tcPr>
            <w:tcW w:w="2880" w:type="dxa"/>
          </w:tcPr>
          <w:p w:rsidR="00AE7A24" w:rsidRPr="00090B9F" w:rsidRDefault="00AE7A24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:rsidR="00AE7A24" w:rsidRDefault="00090B9F">
            <w:r>
              <w:t xml:space="preserve">Look! They're all carrying something. </w:t>
            </w:r>
          </w:p>
        </w:tc>
      </w:tr>
      <w:tr w:rsidR="00AE7A24" w:rsidTr="00090B9F">
        <w:tc>
          <w:tcPr>
            <w:tcW w:w="2880" w:type="dxa"/>
          </w:tcPr>
          <w:p w:rsidR="00AE7A24" w:rsidRDefault="00090B9F">
            <w:r>
              <w:t>01:05:04:13</w:t>
            </w:r>
          </w:p>
        </w:tc>
        <w:tc>
          <w:tcPr>
            <w:tcW w:w="2880" w:type="dxa"/>
          </w:tcPr>
          <w:p w:rsidR="00AE7A24" w:rsidRPr="00090B9F" w:rsidRDefault="00AE7A24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:rsidR="00AE7A24" w:rsidRDefault="00090B9F">
            <w:r>
              <w:rPr>
                <w:b/>
              </w:rPr>
              <w:t xml:space="preserve">OLIVE: </w:t>
            </w:r>
            <w:r>
              <w:t xml:space="preserve">They're carrying things, </w:t>
            </w:r>
          </w:p>
        </w:tc>
      </w:tr>
      <w:tr w:rsidR="00AE7A24" w:rsidTr="00090B9F">
        <w:tc>
          <w:tcPr>
            <w:tcW w:w="2880" w:type="dxa"/>
          </w:tcPr>
          <w:p w:rsidR="00AE7A24" w:rsidRDefault="00090B9F">
            <w:r>
              <w:t>01:05:05:20</w:t>
            </w:r>
          </w:p>
        </w:tc>
        <w:tc>
          <w:tcPr>
            <w:tcW w:w="2880" w:type="dxa"/>
          </w:tcPr>
          <w:p w:rsidR="00AE7A24" w:rsidRPr="00090B9F" w:rsidRDefault="00AE7A24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:rsidR="00AE7A24" w:rsidRDefault="00090B9F">
            <w:r>
              <w:t xml:space="preserve">just like we were </w:t>
            </w:r>
            <w:r>
              <w:t xml:space="preserve">carrying our cushions. </w:t>
            </w:r>
          </w:p>
        </w:tc>
      </w:tr>
      <w:tr w:rsidR="00AE7A24" w:rsidTr="00090B9F">
        <w:tc>
          <w:tcPr>
            <w:tcW w:w="2880" w:type="dxa"/>
          </w:tcPr>
          <w:p w:rsidR="00AE7A24" w:rsidRDefault="00090B9F">
            <w:r>
              <w:t>01:05:07:26</w:t>
            </w:r>
          </w:p>
        </w:tc>
        <w:tc>
          <w:tcPr>
            <w:tcW w:w="2880" w:type="dxa"/>
          </w:tcPr>
          <w:p w:rsidR="00AE7A24" w:rsidRPr="00090B9F" w:rsidRDefault="00AE7A24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:rsidR="00AE7A24" w:rsidRDefault="00090B9F">
            <w:r>
              <w:rPr>
                <w:b/>
              </w:rPr>
              <w:t xml:space="preserve">ARI: </w:t>
            </w:r>
            <w:r>
              <w:t xml:space="preserve">Cool! </w:t>
            </w:r>
          </w:p>
        </w:tc>
      </w:tr>
      <w:tr w:rsidR="00AE7A24" w:rsidTr="00090B9F">
        <w:tc>
          <w:tcPr>
            <w:tcW w:w="2880" w:type="dxa"/>
          </w:tcPr>
          <w:p w:rsidR="00AE7A24" w:rsidRDefault="00090B9F">
            <w:r>
              <w:t>01:05:09:07</w:t>
            </w:r>
          </w:p>
        </w:tc>
        <w:tc>
          <w:tcPr>
            <w:tcW w:w="2880" w:type="dxa"/>
          </w:tcPr>
          <w:p w:rsidR="00AE7A24" w:rsidRPr="00090B9F" w:rsidRDefault="00AE7A24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:rsidR="00AE7A24" w:rsidRDefault="00090B9F">
            <w:r>
              <w:rPr>
                <w:b/>
              </w:rPr>
              <w:t xml:space="preserve">ELINOR: </w:t>
            </w:r>
            <w:r>
              <w:t xml:space="preserve">I wonder why they're doing that. </w:t>
            </w:r>
          </w:p>
        </w:tc>
      </w:tr>
      <w:tr w:rsidR="00AE7A24" w:rsidTr="00090B9F">
        <w:tc>
          <w:tcPr>
            <w:tcW w:w="2880" w:type="dxa"/>
          </w:tcPr>
          <w:p w:rsidR="00AE7A24" w:rsidRDefault="00090B9F">
            <w:r>
              <w:t>01:05:11:25</w:t>
            </w:r>
          </w:p>
        </w:tc>
        <w:tc>
          <w:tcPr>
            <w:tcW w:w="2880" w:type="dxa"/>
          </w:tcPr>
          <w:p w:rsidR="00AE7A24" w:rsidRPr="00090B9F" w:rsidRDefault="00AE7A24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:rsidR="00AE7A24" w:rsidRDefault="00090B9F">
            <w:r>
              <w:t xml:space="preserve">[gasp] </w:t>
            </w:r>
          </w:p>
        </w:tc>
      </w:tr>
      <w:tr w:rsidR="00AE7A24" w:rsidTr="00090B9F">
        <w:tc>
          <w:tcPr>
            <w:tcW w:w="2880" w:type="dxa"/>
          </w:tcPr>
          <w:p w:rsidR="00AE7A24" w:rsidRDefault="00090B9F">
            <w:r>
              <w:t>01:05:13:13</w:t>
            </w:r>
          </w:p>
        </w:tc>
        <w:tc>
          <w:tcPr>
            <w:tcW w:w="2880" w:type="dxa"/>
          </w:tcPr>
          <w:p w:rsidR="00AE7A24" w:rsidRPr="00090B9F" w:rsidRDefault="00AE7A24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:rsidR="00AE7A24" w:rsidRDefault="00090B9F">
            <w:r>
              <w:t xml:space="preserve">I know! </w:t>
            </w:r>
          </w:p>
        </w:tc>
      </w:tr>
      <w:tr w:rsidR="00AE7A24" w:rsidTr="00090B9F">
        <w:tc>
          <w:tcPr>
            <w:tcW w:w="2880" w:type="dxa"/>
          </w:tcPr>
          <w:p w:rsidR="00AE7A24" w:rsidRDefault="00090B9F">
            <w:r>
              <w:t>01:05:15:20</w:t>
            </w:r>
          </w:p>
        </w:tc>
        <w:tc>
          <w:tcPr>
            <w:tcW w:w="2880" w:type="dxa"/>
          </w:tcPr>
          <w:p w:rsidR="00AE7A24" w:rsidRPr="00090B9F" w:rsidRDefault="00AE7A24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:rsidR="00AE7A24" w:rsidRDefault="00090B9F">
            <w:r>
              <w:rPr>
                <w:b/>
              </w:rPr>
              <w:t xml:space="preserve">ELINOR: </w:t>
            </w:r>
            <w:r>
              <w:t xml:space="preserve">Uuh, aah! </w:t>
            </w:r>
          </w:p>
        </w:tc>
      </w:tr>
      <w:tr w:rsidR="00AE7A24" w:rsidTr="00090B9F">
        <w:tc>
          <w:tcPr>
            <w:tcW w:w="2880" w:type="dxa"/>
          </w:tcPr>
          <w:p w:rsidR="00AE7A24" w:rsidRDefault="00090B9F">
            <w:r>
              <w:t>01:05:16:26</w:t>
            </w:r>
          </w:p>
        </w:tc>
        <w:tc>
          <w:tcPr>
            <w:tcW w:w="2880" w:type="dxa"/>
          </w:tcPr>
          <w:p w:rsidR="00AE7A24" w:rsidRPr="00090B9F" w:rsidRDefault="00AE7A24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:rsidR="00AE7A24" w:rsidRDefault="00090B9F">
            <w:r>
              <w:t xml:space="preserve">Let's follow them outside. </w:t>
            </w:r>
          </w:p>
        </w:tc>
      </w:tr>
      <w:tr w:rsidR="00AE7A24" w:rsidTr="00090B9F">
        <w:tc>
          <w:tcPr>
            <w:tcW w:w="2880" w:type="dxa"/>
          </w:tcPr>
          <w:p w:rsidR="00AE7A24" w:rsidRDefault="00090B9F">
            <w:r>
              <w:t>01:05:19:19</w:t>
            </w:r>
          </w:p>
        </w:tc>
        <w:tc>
          <w:tcPr>
            <w:tcW w:w="2880" w:type="dxa"/>
          </w:tcPr>
          <w:p w:rsidR="00AE7A24" w:rsidRPr="00090B9F" w:rsidRDefault="00AE7A24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:rsidR="00AE7A24" w:rsidRDefault="00090B9F">
            <w:r>
              <w:rPr>
                <w:b/>
              </w:rPr>
              <w:t xml:space="preserve">ELINOR: </w:t>
            </w:r>
            <w:r>
              <w:t xml:space="preserve">Mom, we'll be outside. </w:t>
            </w:r>
          </w:p>
        </w:tc>
      </w:tr>
      <w:tr w:rsidR="00AE7A24" w:rsidTr="00090B9F">
        <w:tc>
          <w:tcPr>
            <w:tcW w:w="2880" w:type="dxa"/>
          </w:tcPr>
          <w:p w:rsidR="00AE7A24" w:rsidRDefault="00090B9F">
            <w:r>
              <w:t>01:05:25:08</w:t>
            </w:r>
          </w:p>
        </w:tc>
        <w:tc>
          <w:tcPr>
            <w:tcW w:w="2880" w:type="dxa"/>
          </w:tcPr>
          <w:p w:rsidR="00AE7A24" w:rsidRPr="00090B9F" w:rsidRDefault="00AE7A24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:rsidR="00AE7A24" w:rsidRDefault="00090B9F">
            <w:r>
              <w:rPr>
                <w:b/>
              </w:rPr>
              <w:t xml:space="preserve">ARI: </w:t>
            </w:r>
            <w:r>
              <w:t xml:space="preserve">Boing! </w:t>
            </w:r>
          </w:p>
        </w:tc>
      </w:tr>
      <w:tr w:rsidR="00AE7A24" w:rsidTr="00090B9F">
        <w:tc>
          <w:tcPr>
            <w:tcW w:w="2880" w:type="dxa"/>
          </w:tcPr>
          <w:p w:rsidR="00AE7A24" w:rsidRDefault="00090B9F">
            <w:r>
              <w:t>01:05:26:20</w:t>
            </w:r>
          </w:p>
        </w:tc>
        <w:tc>
          <w:tcPr>
            <w:tcW w:w="2880" w:type="dxa"/>
          </w:tcPr>
          <w:p w:rsidR="00AE7A24" w:rsidRPr="00090B9F" w:rsidRDefault="00AE7A24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:rsidR="00AE7A24" w:rsidRDefault="00090B9F">
            <w:r>
              <w:t xml:space="preserve">Wee! </w:t>
            </w:r>
          </w:p>
        </w:tc>
      </w:tr>
      <w:tr w:rsidR="00AE7A24" w:rsidTr="00090B9F">
        <w:tc>
          <w:tcPr>
            <w:tcW w:w="2880" w:type="dxa"/>
          </w:tcPr>
          <w:p w:rsidR="00AE7A24" w:rsidRDefault="00090B9F">
            <w:r>
              <w:t>01:05:27:21</w:t>
            </w:r>
          </w:p>
        </w:tc>
        <w:tc>
          <w:tcPr>
            <w:tcW w:w="2880" w:type="dxa"/>
          </w:tcPr>
          <w:p w:rsidR="00AE7A24" w:rsidRPr="00090B9F" w:rsidRDefault="00AE7A24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:rsidR="00AE7A24" w:rsidRDefault="00090B9F">
            <w:r>
              <w:t xml:space="preserve">A-ha! </w:t>
            </w:r>
          </w:p>
        </w:tc>
      </w:tr>
      <w:tr w:rsidR="00AE7A24" w:rsidTr="00090B9F">
        <w:tc>
          <w:tcPr>
            <w:tcW w:w="2880" w:type="dxa"/>
          </w:tcPr>
          <w:p w:rsidR="00AE7A24" w:rsidRDefault="00090B9F">
            <w:r>
              <w:t>01:05:31:04</w:t>
            </w:r>
          </w:p>
        </w:tc>
        <w:tc>
          <w:tcPr>
            <w:tcW w:w="2880" w:type="dxa"/>
          </w:tcPr>
          <w:p w:rsidR="00AE7A24" w:rsidRPr="00090B9F" w:rsidRDefault="00AE7A24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:rsidR="00AE7A24" w:rsidRDefault="00090B9F">
            <w:r>
              <w:rPr>
                <w:b/>
              </w:rPr>
              <w:t xml:space="preserve">ELINOR: </w:t>
            </w:r>
            <w:r>
              <w:t xml:space="preserve">Whoa! </w:t>
            </w:r>
          </w:p>
        </w:tc>
      </w:tr>
      <w:tr w:rsidR="00AE7A24" w:rsidTr="00090B9F">
        <w:tc>
          <w:tcPr>
            <w:tcW w:w="2880" w:type="dxa"/>
          </w:tcPr>
          <w:p w:rsidR="00AE7A24" w:rsidRDefault="00090B9F">
            <w:r>
              <w:t>01:05:33:05</w:t>
            </w:r>
          </w:p>
        </w:tc>
        <w:tc>
          <w:tcPr>
            <w:tcW w:w="2880" w:type="dxa"/>
          </w:tcPr>
          <w:p w:rsidR="00AE7A24" w:rsidRPr="00090B9F" w:rsidRDefault="00AE7A24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:rsidR="00AE7A24" w:rsidRDefault="00090B9F">
            <w:r>
              <w:rPr>
                <w:b/>
              </w:rPr>
              <w:t xml:space="preserve">OLIVE: </w:t>
            </w:r>
            <w:r>
              <w:t xml:space="preserve">Wow, look at that! </w:t>
            </w:r>
          </w:p>
        </w:tc>
      </w:tr>
      <w:tr w:rsidR="00AE7A24" w:rsidTr="00090B9F">
        <w:tc>
          <w:tcPr>
            <w:tcW w:w="2880" w:type="dxa"/>
          </w:tcPr>
          <w:p w:rsidR="00AE7A24" w:rsidRDefault="00090B9F">
            <w:r>
              <w:t>01:05:35:18</w:t>
            </w:r>
          </w:p>
        </w:tc>
        <w:tc>
          <w:tcPr>
            <w:tcW w:w="2880" w:type="dxa"/>
          </w:tcPr>
          <w:p w:rsidR="00AE7A24" w:rsidRPr="00090B9F" w:rsidRDefault="00AE7A24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:rsidR="00AE7A24" w:rsidRDefault="00090B9F">
            <w:r>
              <w:rPr>
                <w:b/>
              </w:rPr>
              <w:t xml:space="preserve">ELINOR: </w:t>
            </w:r>
            <w:r>
              <w:t xml:space="preserve">There are soo </w:t>
            </w:r>
            <w:r>
              <w:lastRenderedPageBreak/>
              <w:t xml:space="preserve">many! </w:t>
            </w:r>
          </w:p>
        </w:tc>
      </w:tr>
      <w:tr w:rsidR="00AE7A24" w:rsidTr="00090B9F">
        <w:tc>
          <w:tcPr>
            <w:tcW w:w="2880" w:type="dxa"/>
          </w:tcPr>
          <w:p w:rsidR="00AE7A24" w:rsidRDefault="00090B9F">
            <w:r>
              <w:lastRenderedPageBreak/>
              <w:t>01:05:42:19</w:t>
            </w:r>
          </w:p>
        </w:tc>
        <w:tc>
          <w:tcPr>
            <w:tcW w:w="2880" w:type="dxa"/>
          </w:tcPr>
          <w:p w:rsidR="00AE7A24" w:rsidRPr="00090B9F" w:rsidRDefault="00AE7A24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:rsidR="00AE7A24" w:rsidRDefault="00090B9F">
            <w:r>
              <w:rPr>
                <w:b/>
              </w:rPr>
              <w:t xml:space="preserve">ELINOR: </w:t>
            </w:r>
            <w:r>
              <w:t xml:space="preserve">Hmm... </w:t>
            </w:r>
          </w:p>
        </w:tc>
      </w:tr>
      <w:tr w:rsidR="00AE7A24" w:rsidTr="00090B9F">
        <w:tc>
          <w:tcPr>
            <w:tcW w:w="2880" w:type="dxa"/>
          </w:tcPr>
          <w:p w:rsidR="00AE7A24" w:rsidRDefault="00090B9F">
            <w:r>
              <w:t>01:05:44:01</w:t>
            </w:r>
          </w:p>
        </w:tc>
        <w:tc>
          <w:tcPr>
            <w:tcW w:w="2880" w:type="dxa"/>
          </w:tcPr>
          <w:p w:rsidR="00AE7A24" w:rsidRPr="00090B9F" w:rsidRDefault="00AE7A24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:rsidR="00AE7A24" w:rsidRDefault="00090B9F">
            <w:r>
              <w:t xml:space="preserve">Where are they carrying all that stuff? </w:t>
            </w:r>
          </w:p>
        </w:tc>
      </w:tr>
      <w:tr w:rsidR="00AE7A24" w:rsidTr="00090B9F">
        <w:tc>
          <w:tcPr>
            <w:tcW w:w="2880" w:type="dxa"/>
          </w:tcPr>
          <w:p w:rsidR="00AE7A24" w:rsidRDefault="00090B9F">
            <w:r>
              <w:t>01:05:46:28</w:t>
            </w:r>
          </w:p>
        </w:tc>
        <w:tc>
          <w:tcPr>
            <w:tcW w:w="2880" w:type="dxa"/>
          </w:tcPr>
          <w:p w:rsidR="00AE7A24" w:rsidRPr="00090B9F" w:rsidRDefault="00AE7A24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:rsidR="00AE7A24" w:rsidRDefault="00090B9F">
            <w:r>
              <w:rPr>
                <w:b/>
              </w:rPr>
              <w:t xml:space="preserve">OLIVE: </w:t>
            </w:r>
            <w:r>
              <w:t xml:space="preserve">Can I </w:t>
            </w:r>
            <w:proofErr w:type="gramStart"/>
            <w:r>
              <w:t>take a look</w:t>
            </w:r>
            <w:proofErr w:type="gramEnd"/>
            <w:r>
              <w:t xml:space="preserve">? </w:t>
            </w:r>
          </w:p>
        </w:tc>
      </w:tr>
      <w:tr w:rsidR="00AE7A24" w:rsidTr="00090B9F">
        <w:tc>
          <w:tcPr>
            <w:tcW w:w="2880" w:type="dxa"/>
          </w:tcPr>
          <w:p w:rsidR="00AE7A24" w:rsidRDefault="00090B9F">
            <w:r>
              <w:t>01:05:48:07</w:t>
            </w:r>
          </w:p>
        </w:tc>
        <w:tc>
          <w:tcPr>
            <w:tcW w:w="2880" w:type="dxa"/>
          </w:tcPr>
          <w:p w:rsidR="00AE7A24" w:rsidRPr="00090B9F" w:rsidRDefault="00AE7A24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:rsidR="00AE7A24" w:rsidRDefault="00090B9F">
            <w:r>
              <w:rPr>
                <w:b/>
              </w:rPr>
              <w:t xml:space="preserve">ELINOR: </w:t>
            </w:r>
            <w:r>
              <w:t xml:space="preserve">Sure Olive! </w:t>
            </w:r>
          </w:p>
        </w:tc>
      </w:tr>
      <w:tr w:rsidR="00AE7A24" w:rsidTr="00090B9F">
        <w:tc>
          <w:tcPr>
            <w:tcW w:w="2880" w:type="dxa"/>
          </w:tcPr>
          <w:p w:rsidR="00AE7A24" w:rsidRDefault="00090B9F">
            <w:r>
              <w:t>01:05:51:17</w:t>
            </w:r>
          </w:p>
        </w:tc>
        <w:tc>
          <w:tcPr>
            <w:tcW w:w="2880" w:type="dxa"/>
          </w:tcPr>
          <w:p w:rsidR="00AE7A24" w:rsidRPr="00090B9F" w:rsidRDefault="00AE7A24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:rsidR="00AE7A24" w:rsidRDefault="00090B9F">
            <w:r>
              <w:rPr>
                <w:b/>
              </w:rPr>
              <w:t xml:space="preserve">OLIVE: </w:t>
            </w:r>
            <w:r>
              <w:t xml:space="preserve">Hmmm... </w:t>
            </w:r>
          </w:p>
        </w:tc>
      </w:tr>
      <w:tr w:rsidR="00AE7A24" w:rsidTr="00090B9F">
        <w:tc>
          <w:tcPr>
            <w:tcW w:w="2880" w:type="dxa"/>
          </w:tcPr>
          <w:p w:rsidR="00AE7A24" w:rsidRDefault="00090B9F">
            <w:r>
              <w:t>01:05:53:29</w:t>
            </w:r>
          </w:p>
        </w:tc>
        <w:tc>
          <w:tcPr>
            <w:tcW w:w="2880" w:type="dxa"/>
          </w:tcPr>
          <w:p w:rsidR="00AE7A24" w:rsidRPr="00090B9F" w:rsidRDefault="00AE7A24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:rsidR="00AE7A24" w:rsidRDefault="00090B9F">
            <w:r>
              <w:t xml:space="preserve">Oh! </w:t>
            </w:r>
          </w:p>
        </w:tc>
      </w:tr>
      <w:tr w:rsidR="00AE7A24" w:rsidTr="00090B9F">
        <w:tc>
          <w:tcPr>
            <w:tcW w:w="2880" w:type="dxa"/>
          </w:tcPr>
          <w:p w:rsidR="00AE7A24" w:rsidRDefault="00090B9F">
            <w:r>
              <w:t>01:05:55:27</w:t>
            </w:r>
          </w:p>
        </w:tc>
        <w:tc>
          <w:tcPr>
            <w:tcW w:w="2880" w:type="dxa"/>
          </w:tcPr>
          <w:p w:rsidR="00AE7A24" w:rsidRPr="00090B9F" w:rsidRDefault="00AE7A24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:rsidR="00AE7A24" w:rsidRDefault="00090B9F">
            <w:r>
              <w:rPr>
                <w:b/>
              </w:rPr>
              <w:t xml:space="preserve">ARI: </w:t>
            </w:r>
            <w:r>
              <w:t xml:space="preserve">Wow! </w:t>
            </w:r>
          </w:p>
        </w:tc>
      </w:tr>
      <w:tr w:rsidR="00AE7A24" w:rsidTr="00090B9F">
        <w:tc>
          <w:tcPr>
            <w:tcW w:w="2880" w:type="dxa"/>
          </w:tcPr>
          <w:p w:rsidR="00AE7A24" w:rsidRDefault="00090B9F">
            <w:r>
              <w:t>01:05:58:17</w:t>
            </w:r>
          </w:p>
        </w:tc>
        <w:tc>
          <w:tcPr>
            <w:tcW w:w="2880" w:type="dxa"/>
          </w:tcPr>
          <w:p w:rsidR="00AE7A24" w:rsidRPr="00090B9F" w:rsidRDefault="00AE7A24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:rsidR="00AE7A24" w:rsidRDefault="00090B9F">
            <w:r>
              <w:rPr>
                <w:b/>
              </w:rPr>
              <w:t xml:space="preserve">OLIVE: </w:t>
            </w:r>
            <w:r>
              <w:t xml:space="preserve">Here, try the </w:t>
            </w:r>
            <w:r>
              <w:t xml:space="preserve">magnifying glass. </w:t>
            </w:r>
          </w:p>
        </w:tc>
      </w:tr>
      <w:tr w:rsidR="00AE7A24" w:rsidTr="00090B9F">
        <w:tc>
          <w:tcPr>
            <w:tcW w:w="2880" w:type="dxa"/>
          </w:tcPr>
          <w:p w:rsidR="00AE7A24" w:rsidRDefault="00090B9F">
            <w:r>
              <w:t>01:06:01:13</w:t>
            </w:r>
          </w:p>
        </w:tc>
        <w:tc>
          <w:tcPr>
            <w:tcW w:w="2880" w:type="dxa"/>
          </w:tcPr>
          <w:p w:rsidR="00AE7A24" w:rsidRPr="00090B9F" w:rsidRDefault="00AE7A24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:rsidR="00AE7A24" w:rsidRDefault="00090B9F">
            <w:r>
              <w:rPr>
                <w:b/>
              </w:rPr>
              <w:t xml:space="preserve">ARI: </w:t>
            </w:r>
            <w:r>
              <w:t xml:space="preserve">La, </w:t>
            </w:r>
            <w:proofErr w:type="gramStart"/>
            <w:r>
              <w:t>la ,la</w:t>
            </w:r>
            <w:proofErr w:type="gramEnd"/>
            <w:r>
              <w:t xml:space="preserve">, la! </w:t>
            </w:r>
          </w:p>
        </w:tc>
      </w:tr>
      <w:tr w:rsidR="00AE7A24" w:rsidTr="00090B9F">
        <w:tc>
          <w:tcPr>
            <w:tcW w:w="2880" w:type="dxa"/>
          </w:tcPr>
          <w:p w:rsidR="00AE7A24" w:rsidRDefault="00090B9F">
            <w:r>
              <w:t>01:06:02:22</w:t>
            </w:r>
          </w:p>
        </w:tc>
        <w:tc>
          <w:tcPr>
            <w:tcW w:w="2880" w:type="dxa"/>
          </w:tcPr>
          <w:p w:rsidR="00AE7A24" w:rsidRPr="00090B9F" w:rsidRDefault="00AE7A24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:rsidR="00AE7A24" w:rsidRDefault="00090B9F">
            <w:r>
              <w:t xml:space="preserve">Oh! </w:t>
            </w:r>
          </w:p>
        </w:tc>
      </w:tr>
      <w:tr w:rsidR="00AE7A24" w:rsidTr="00090B9F">
        <w:tc>
          <w:tcPr>
            <w:tcW w:w="2880" w:type="dxa"/>
          </w:tcPr>
          <w:p w:rsidR="00AE7A24" w:rsidRDefault="00090B9F">
            <w:r>
              <w:t>01:06:04:10</w:t>
            </w:r>
          </w:p>
        </w:tc>
        <w:tc>
          <w:tcPr>
            <w:tcW w:w="2880" w:type="dxa"/>
          </w:tcPr>
          <w:p w:rsidR="00AE7A24" w:rsidRPr="00090B9F" w:rsidRDefault="00AE7A24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:rsidR="00AE7A24" w:rsidRDefault="00090B9F">
            <w:r>
              <w:rPr>
                <w:b/>
              </w:rPr>
              <w:t xml:space="preserve">OLIVE: </w:t>
            </w:r>
            <w:r>
              <w:t xml:space="preserve">[laugh] </w:t>
            </w:r>
            <w:r>
              <w:rPr>
                <w:b/>
              </w:rPr>
              <w:t xml:space="preserve">ELINOR: </w:t>
            </w:r>
            <w:r>
              <w:t xml:space="preserve">[laugh] </w:t>
            </w:r>
          </w:p>
        </w:tc>
      </w:tr>
      <w:tr w:rsidR="00AE7A24" w:rsidTr="00090B9F">
        <w:tc>
          <w:tcPr>
            <w:tcW w:w="2880" w:type="dxa"/>
          </w:tcPr>
          <w:p w:rsidR="00AE7A24" w:rsidRDefault="00090B9F">
            <w:r>
              <w:t>01:06:06:04</w:t>
            </w:r>
          </w:p>
        </w:tc>
        <w:tc>
          <w:tcPr>
            <w:tcW w:w="2880" w:type="dxa"/>
          </w:tcPr>
          <w:p w:rsidR="00AE7A24" w:rsidRPr="00090B9F" w:rsidRDefault="00AE7A24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:rsidR="00AE7A24" w:rsidRDefault="00090B9F">
            <w:r>
              <w:rPr>
                <w:b/>
              </w:rPr>
              <w:t xml:space="preserve">ARI: </w:t>
            </w:r>
            <w:r>
              <w:t xml:space="preserve">[humming] </w:t>
            </w:r>
          </w:p>
        </w:tc>
      </w:tr>
      <w:tr w:rsidR="00AE7A24" w:rsidTr="00090B9F">
        <w:tc>
          <w:tcPr>
            <w:tcW w:w="2880" w:type="dxa"/>
          </w:tcPr>
          <w:p w:rsidR="00AE7A24" w:rsidRDefault="00090B9F">
            <w:r>
              <w:t>01:06:10:10</w:t>
            </w:r>
          </w:p>
        </w:tc>
        <w:tc>
          <w:tcPr>
            <w:tcW w:w="2880" w:type="dxa"/>
          </w:tcPr>
          <w:p w:rsidR="00AE7A24" w:rsidRPr="00090B9F" w:rsidRDefault="00AE7A24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:rsidR="00AE7A24" w:rsidRDefault="00090B9F">
            <w:r>
              <w:t xml:space="preserve">Whoa! </w:t>
            </w:r>
          </w:p>
        </w:tc>
      </w:tr>
      <w:tr w:rsidR="00AE7A24" w:rsidTr="00090B9F">
        <w:tc>
          <w:tcPr>
            <w:tcW w:w="2880" w:type="dxa"/>
          </w:tcPr>
          <w:p w:rsidR="00AE7A24" w:rsidRDefault="00090B9F">
            <w:r>
              <w:t>01:06:12:21</w:t>
            </w:r>
          </w:p>
        </w:tc>
        <w:tc>
          <w:tcPr>
            <w:tcW w:w="2880" w:type="dxa"/>
          </w:tcPr>
          <w:p w:rsidR="00AE7A24" w:rsidRPr="00090B9F" w:rsidRDefault="00AE7A24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:rsidR="00AE7A24" w:rsidRDefault="00090B9F">
            <w:r>
              <w:t xml:space="preserve">Hmmm... </w:t>
            </w:r>
          </w:p>
        </w:tc>
      </w:tr>
      <w:tr w:rsidR="00AE7A24" w:rsidTr="00090B9F">
        <w:tc>
          <w:tcPr>
            <w:tcW w:w="2880" w:type="dxa"/>
          </w:tcPr>
          <w:p w:rsidR="00AE7A24" w:rsidRDefault="00090B9F">
            <w:r>
              <w:t>01:06:17:15</w:t>
            </w:r>
          </w:p>
        </w:tc>
        <w:tc>
          <w:tcPr>
            <w:tcW w:w="2880" w:type="dxa"/>
          </w:tcPr>
          <w:p w:rsidR="00AE7A24" w:rsidRPr="00090B9F" w:rsidRDefault="00AE7A24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:rsidR="00AE7A24" w:rsidRDefault="00090B9F">
            <w:r>
              <w:rPr>
                <w:b/>
              </w:rPr>
              <w:t xml:space="preserve">OLIVE: </w:t>
            </w:r>
            <w:r>
              <w:t xml:space="preserve">Wow! </w:t>
            </w:r>
          </w:p>
        </w:tc>
      </w:tr>
      <w:tr w:rsidR="00AE7A24" w:rsidTr="00090B9F">
        <w:tc>
          <w:tcPr>
            <w:tcW w:w="2880" w:type="dxa"/>
          </w:tcPr>
          <w:p w:rsidR="00AE7A24" w:rsidRDefault="00090B9F">
            <w:r>
              <w:t>01:06:20:11</w:t>
            </w:r>
          </w:p>
        </w:tc>
        <w:tc>
          <w:tcPr>
            <w:tcW w:w="2880" w:type="dxa"/>
          </w:tcPr>
          <w:p w:rsidR="00AE7A24" w:rsidRPr="00090B9F" w:rsidRDefault="00AE7A24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:rsidR="00AE7A24" w:rsidRDefault="00090B9F">
            <w:r>
              <w:t xml:space="preserve">Look at that! </w:t>
            </w:r>
          </w:p>
        </w:tc>
      </w:tr>
      <w:tr w:rsidR="00AE7A24" w:rsidTr="00090B9F">
        <w:tc>
          <w:tcPr>
            <w:tcW w:w="2880" w:type="dxa"/>
          </w:tcPr>
          <w:p w:rsidR="00AE7A24" w:rsidRDefault="00090B9F">
            <w:r>
              <w:t>01:06:26:17</w:t>
            </w:r>
          </w:p>
        </w:tc>
        <w:tc>
          <w:tcPr>
            <w:tcW w:w="2880" w:type="dxa"/>
          </w:tcPr>
          <w:p w:rsidR="00AE7A24" w:rsidRPr="00090B9F" w:rsidRDefault="00AE7A24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:rsidR="00AE7A24" w:rsidRDefault="00090B9F">
            <w:r>
              <w:rPr>
                <w:b/>
              </w:rPr>
              <w:t xml:space="preserve">ARI: </w:t>
            </w:r>
            <w:proofErr w:type="gramStart"/>
            <w:r>
              <w:t>This is why</w:t>
            </w:r>
            <w:proofErr w:type="gramEnd"/>
            <w:r>
              <w:t xml:space="preserve"> the ants were carrying... </w:t>
            </w:r>
          </w:p>
        </w:tc>
      </w:tr>
      <w:tr w:rsidR="00AE7A24" w:rsidTr="00090B9F">
        <w:tc>
          <w:tcPr>
            <w:tcW w:w="2880" w:type="dxa"/>
          </w:tcPr>
          <w:p w:rsidR="00AE7A24" w:rsidRDefault="00090B9F">
            <w:r>
              <w:t>01:06:28:03</w:t>
            </w:r>
          </w:p>
        </w:tc>
        <w:tc>
          <w:tcPr>
            <w:tcW w:w="2880" w:type="dxa"/>
          </w:tcPr>
          <w:p w:rsidR="00AE7A24" w:rsidRPr="00090B9F" w:rsidRDefault="00AE7A24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:rsidR="00AE7A24" w:rsidRDefault="00090B9F">
            <w:r>
              <w:t xml:space="preserve">all those sticks and leaves! </w:t>
            </w:r>
          </w:p>
        </w:tc>
      </w:tr>
      <w:tr w:rsidR="00AE7A24" w:rsidTr="00090B9F">
        <w:tc>
          <w:tcPr>
            <w:tcW w:w="2880" w:type="dxa"/>
          </w:tcPr>
          <w:p w:rsidR="00AE7A24" w:rsidRDefault="00090B9F">
            <w:r>
              <w:t>01:06:29:21</w:t>
            </w:r>
          </w:p>
        </w:tc>
        <w:tc>
          <w:tcPr>
            <w:tcW w:w="2880" w:type="dxa"/>
          </w:tcPr>
          <w:p w:rsidR="00AE7A24" w:rsidRPr="00090B9F" w:rsidRDefault="00AE7A24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:rsidR="00AE7A24" w:rsidRDefault="00090B9F">
            <w:r>
              <w:t xml:space="preserve">They're building something. </w:t>
            </w:r>
          </w:p>
        </w:tc>
      </w:tr>
      <w:tr w:rsidR="00AE7A24" w:rsidTr="00090B9F">
        <w:tc>
          <w:tcPr>
            <w:tcW w:w="2880" w:type="dxa"/>
          </w:tcPr>
          <w:p w:rsidR="00AE7A24" w:rsidRDefault="00090B9F">
            <w:r>
              <w:t>01:06:31:20</w:t>
            </w:r>
          </w:p>
        </w:tc>
        <w:tc>
          <w:tcPr>
            <w:tcW w:w="2880" w:type="dxa"/>
          </w:tcPr>
          <w:p w:rsidR="00AE7A24" w:rsidRPr="00090B9F" w:rsidRDefault="00AE7A24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:rsidR="00AE7A24" w:rsidRDefault="00090B9F">
            <w:r>
              <w:rPr>
                <w:b/>
              </w:rPr>
              <w:t xml:space="preserve">ELINOR: </w:t>
            </w:r>
            <w:r>
              <w:t xml:space="preserve">It looks like they're building a hill. </w:t>
            </w:r>
          </w:p>
        </w:tc>
      </w:tr>
      <w:tr w:rsidR="00AE7A24" w:rsidTr="00090B9F">
        <w:tc>
          <w:tcPr>
            <w:tcW w:w="2880" w:type="dxa"/>
          </w:tcPr>
          <w:p w:rsidR="00AE7A24" w:rsidRDefault="00090B9F">
            <w:r>
              <w:t>01:06:34:01</w:t>
            </w:r>
          </w:p>
        </w:tc>
        <w:tc>
          <w:tcPr>
            <w:tcW w:w="2880" w:type="dxa"/>
          </w:tcPr>
          <w:p w:rsidR="00AE7A24" w:rsidRPr="00090B9F" w:rsidRDefault="00AE7A24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:rsidR="00AE7A24" w:rsidRDefault="00090B9F">
            <w:r>
              <w:t>But how can those tiny ants build so</w:t>
            </w:r>
            <w:r>
              <w:t xml:space="preserve">mething </w:t>
            </w:r>
          </w:p>
        </w:tc>
      </w:tr>
      <w:tr w:rsidR="00AE7A24" w:rsidTr="00090B9F">
        <w:tc>
          <w:tcPr>
            <w:tcW w:w="2880" w:type="dxa"/>
          </w:tcPr>
          <w:p w:rsidR="00AE7A24" w:rsidRDefault="00090B9F">
            <w:r>
              <w:lastRenderedPageBreak/>
              <w:t>01:06:36:21</w:t>
            </w:r>
          </w:p>
        </w:tc>
        <w:tc>
          <w:tcPr>
            <w:tcW w:w="2880" w:type="dxa"/>
          </w:tcPr>
          <w:p w:rsidR="00AE7A24" w:rsidRPr="00090B9F" w:rsidRDefault="00AE7A24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:rsidR="00AE7A24" w:rsidRDefault="00090B9F">
            <w:r>
              <w:t xml:space="preserve">so much bigger than them? </w:t>
            </w:r>
          </w:p>
        </w:tc>
      </w:tr>
      <w:tr w:rsidR="00AE7A24" w:rsidTr="00090B9F">
        <w:tc>
          <w:tcPr>
            <w:tcW w:w="2880" w:type="dxa"/>
          </w:tcPr>
          <w:p w:rsidR="00AE7A24" w:rsidRDefault="00090B9F">
            <w:r>
              <w:t>01:06:38:28</w:t>
            </w:r>
          </w:p>
        </w:tc>
        <w:tc>
          <w:tcPr>
            <w:tcW w:w="2880" w:type="dxa"/>
          </w:tcPr>
          <w:p w:rsidR="00AE7A24" w:rsidRPr="00090B9F" w:rsidRDefault="00AE7A24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:rsidR="00AE7A24" w:rsidRDefault="00090B9F">
            <w:r>
              <w:rPr>
                <w:b/>
              </w:rPr>
              <w:t xml:space="preserve">OLIVE: </w:t>
            </w:r>
            <w:r>
              <w:t xml:space="preserve">It's an anthill! </w:t>
            </w:r>
          </w:p>
        </w:tc>
      </w:tr>
      <w:tr w:rsidR="00AE7A24" w:rsidTr="00090B9F">
        <w:tc>
          <w:tcPr>
            <w:tcW w:w="2880" w:type="dxa"/>
          </w:tcPr>
          <w:p w:rsidR="00AE7A24" w:rsidRDefault="00090B9F">
            <w:r>
              <w:t>01:06:40:22</w:t>
            </w:r>
          </w:p>
        </w:tc>
        <w:tc>
          <w:tcPr>
            <w:tcW w:w="2880" w:type="dxa"/>
          </w:tcPr>
          <w:p w:rsidR="00AE7A24" w:rsidRPr="00090B9F" w:rsidRDefault="00AE7A24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:rsidR="00AE7A24" w:rsidRDefault="00090B9F">
            <w:r>
              <w:t xml:space="preserve">I read about it in one of my books. </w:t>
            </w:r>
          </w:p>
        </w:tc>
      </w:tr>
      <w:tr w:rsidR="00AE7A24" w:rsidTr="00090B9F">
        <w:tc>
          <w:tcPr>
            <w:tcW w:w="2880" w:type="dxa"/>
          </w:tcPr>
          <w:p w:rsidR="00AE7A24" w:rsidRDefault="00090B9F">
            <w:r>
              <w:t>01:06:42:13</w:t>
            </w:r>
          </w:p>
        </w:tc>
        <w:tc>
          <w:tcPr>
            <w:tcW w:w="2880" w:type="dxa"/>
          </w:tcPr>
          <w:p w:rsidR="00AE7A24" w:rsidRPr="00090B9F" w:rsidRDefault="00AE7A24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:rsidR="00AE7A24" w:rsidRDefault="00090B9F">
            <w:r>
              <w:t xml:space="preserve">I'll go get it! </w:t>
            </w:r>
          </w:p>
        </w:tc>
      </w:tr>
      <w:tr w:rsidR="00AE7A24" w:rsidTr="00090B9F">
        <w:tc>
          <w:tcPr>
            <w:tcW w:w="2880" w:type="dxa"/>
          </w:tcPr>
          <w:p w:rsidR="00AE7A24" w:rsidRDefault="00090B9F">
            <w:r>
              <w:t>01:06:45:10</w:t>
            </w:r>
          </w:p>
        </w:tc>
        <w:tc>
          <w:tcPr>
            <w:tcW w:w="2880" w:type="dxa"/>
          </w:tcPr>
          <w:p w:rsidR="00AE7A24" w:rsidRPr="00090B9F" w:rsidRDefault="00AE7A24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:rsidR="00AE7A24" w:rsidRDefault="00090B9F">
            <w:r>
              <w:rPr>
                <w:b/>
              </w:rPr>
              <w:t xml:space="preserve">ARI: </w:t>
            </w:r>
            <w:r>
              <w:t xml:space="preserve">Why do they even need an anthill? </w:t>
            </w:r>
          </w:p>
        </w:tc>
      </w:tr>
      <w:tr w:rsidR="00AE7A24" w:rsidTr="00090B9F">
        <w:tc>
          <w:tcPr>
            <w:tcW w:w="2880" w:type="dxa"/>
          </w:tcPr>
          <w:p w:rsidR="00AE7A24" w:rsidRDefault="00090B9F">
            <w:r>
              <w:t>01:06:47:21</w:t>
            </w:r>
          </w:p>
        </w:tc>
        <w:tc>
          <w:tcPr>
            <w:tcW w:w="2880" w:type="dxa"/>
          </w:tcPr>
          <w:p w:rsidR="00AE7A24" w:rsidRPr="00090B9F" w:rsidRDefault="00AE7A24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:rsidR="00AE7A24" w:rsidRDefault="00090B9F">
            <w:r>
              <w:t xml:space="preserve">I mean </w:t>
            </w:r>
            <w:r>
              <w:t xml:space="preserve">what's going on in </w:t>
            </w:r>
            <w:proofErr w:type="gramStart"/>
            <w:r>
              <w:t>there?</w:t>
            </w:r>
            <w:proofErr w:type="gramEnd"/>
            <w:r>
              <w:t xml:space="preserve"> </w:t>
            </w:r>
          </w:p>
        </w:tc>
      </w:tr>
      <w:tr w:rsidR="00AE7A24" w:rsidTr="00090B9F">
        <w:tc>
          <w:tcPr>
            <w:tcW w:w="2880" w:type="dxa"/>
          </w:tcPr>
          <w:p w:rsidR="00AE7A24" w:rsidRDefault="00090B9F">
            <w:r>
              <w:t>01:06:51:26</w:t>
            </w:r>
          </w:p>
        </w:tc>
        <w:tc>
          <w:tcPr>
            <w:tcW w:w="2880" w:type="dxa"/>
          </w:tcPr>
          <w:p w:rsidR="00AE7A24" w:rsidRPr="00090B9F" w:rsidRDefault="00AE7A24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:rsidR="00AE7A24" w:rsidRDefault="00090B9F">
            <w:r>
              <w:rPr>
                <w:b/>
              </w:rPr>
              <w:t xml:space="preserve">ARI: </w:t>
            </w:r>
            <w:r>
              <w:t xml:space="preserve">Oh look, you can see the ants... </w:t>
            </w:r>
          </w:p>
        </w:tc>
      </w:tr>
      <w:tr w:rsidR="00AE7A24" w:rsidTr="00090B9F">
        <w:tc>
          <w:tcPr>
            <w:tcW w:w="2880" w:type="dxa"/>
          </w:tcPr>
          <w:p w:rsidR="00AE7A24" w:rsidRDefault="00090B9F">
            <w:r>
              <w:t>01:06:53:23</w:t>
            </w:r>
          </w:p>
        </w:tc>
        <w:tc>
          <w:tcPr>
            <w:tcW w:w="2880" w:type="dxa"/>
          </w:tcPr>
          <w:p w:rsidR="00AE7A24" w:rsidRPr="00090B9F" w:rsidRDefault="00AE7A24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:rsidR="00AE7A24" w:rsidRDefault="00090B9F">
            <w:r>
              <w:t xml:space="preserve">going in and out of the hill! </w:t>
            </w:r>
          </w:p>
        </w:tc>
      </w:tr>
      <w:tr w:rsidR="00AE7A24" w:rsidTr="00090B9F">
        <w:tc>
          <w:tcPr>
            <w:tcW w:w="2880" w:type="dxa"/>
          </w:tcPr>
          <w:p w:rsidR="00AE7A24" w:rsidRDefault="00090B9F">
            <w:r>
              <w:t>01:06:56:22</w:t>
            </w:r>
          </w:p>
        </w:tc>
        <w:tc>
          <w:tcPr>
            <w:tcW w:w="2880" w:type="dxa"/>
          </w:tcPr>
          <w:p w:rsidR="00AE7A24" w:rsidRPr="00090B9F" w:rsidRDefault="00AE7A24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:rsidR="00AE7A24" w:rsidRDefault="00090B9F">
            <w:r>
              <w:rPr>
                <w:b/>
              </w:rPr>
              <w:t xml:space="preserve">ELINOR: </w:t>
            </w:r>
            <w:r>
              <w:t xml:space="preserve">Look at this big hill we built! </w:t>
            </w:r>
          </w:p>
        </w:tc>
      </w:tr>
      <w:tr w:rsidR="00AE7A24" w:rsidTr="00090B9F">
        <w:tc>
          <w:tcPr>
            <w:tcW w:w="2880" w:type="dxa"/>
          </w:tcPr>
          <w:p w:rsidR="00AE7A24" w:rsidRDefault="00090B9F">
            <w:r>
              <w:t>01:06:58:28</w:t>
            </w:r>
          </w:p>
        </w:tc>
        <w:tc>
          <w:tcPr>
            <w:tcW w:w="2880" w:type="dxa"/>
          </w:tcPr>
          <w:p w:rsidR="00AE7A24" w:rsidRPr="00090B9F" w:rsidRDefault="00AE7A24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:rsidR="00AE7A24" w:rsidRDefault="00090B9F">
            <w:r>
              <w:t xml:space="preserve">And I'm just a little ant! </w:t>
            </w:r>
          </w:p>
        </w:tc>
      </w:tr>
      <w:tr w:rsidR="00AE7A24" w:rsidTr="00090B9F">
        <w:tc>
          <w:tcPr>
            <w:tcW w:w="2880" w:type="dxa"/>
          </w:tcPr>
          <w:p w:rsidR="00AE7A24" w:rsidRDefault="00090B9F">
            <w:r>
              <w:t>01:07:01:24</w:t>
            </w:r>
          </w:p>
        </w:tc>
        <w:tc>
          <w:tcPr>
            <w:tcW w:w="2880" w:type="dxa"/>
          </w:tcPr>
          <w:p w:rsidR="00AE7A24" w:rsidRPr="00090B9F" w:rsidRDefault="00AE7A24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:rsidR="00AE7A24" w:rsidRDefault="00090B9F">
            <w:r>
              <w:rPr>
                <w:b/>
              </w:rPr>
              <w:t xml:space="preserve">ARI: </w:t>
            </w:r>
            <w:r>
              <w:t xml:space="preserve">[laugh] If you're an ant, then I must be an uncle! </w:t>
            </w:r>
          </w:p>
        </w:tc>
      </w:tr>
      <w:tr w:rsidR="00AE7A24" w:rsidTr="00090B9F">
        <w:tc>
          <w:tcPr>
            <w:tcW w:w="2880" w:type="dxa"/>
          </w:tcPr>
          <w:p w:rsidR="00AE7A24" w:rsidRDefault="00090B9F">
            <w:r>
              <w:t>01:07:06:07</w:t>
            </w:r>
          </w:p>
        </w:tc>
        <w:tc>
          <w:tcPr>
            <w:tcW w:w="2880" w:type="dxa"/>
          </w:tcPr>
          <w:p w:rsidR="00AE7A24" w:rsidRPr="00090B9F" w:rsidRDefault="00AE7A24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:rsidR="00AE7A24" w:rsidRDefault="00090B9F">
            <w:r>
              <w:rPr>
                <w:b/>
              </w:rPr>
              <w:t xml:space="preserve">ELINOR: </w:t>
            </w:r>
            <w:r>
              <w:t xml:space="preserve">[laugh] Look! </w:t>
            </w:r>
          </w:p>
        </w:tc>
      </w:tr>
      <w:tr w:rsidR="00AE7A24" w:rsidTr="00090B9F">
        <w:tc>
          <w:tcPr>
            <w:tcW w:w="2880" w:type="dxa"/>
          </w:tcPr>
          <w:p w:rsidR="00AE7A24" w:rsidRDefault="00090B9F">
            <w:r>
              <w:t>01:07:08:03</w:t>
            </w:r>
          </w:p>
        </w:tc>
        <w:tc>
          <w:tcPr>
            <w:tcW w:w="2880" w:type="dxa"/>
          </w:tcPr>
          <w:p w:rsidR="00AE7A24" w:rsidRPr="00090B9F" w:rsidRDefault="00AE7A24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:rsidR="00AE7A24" w:rsidRDefault="00090B9F">
            <w:r>
              <w:t xml:space="preserve">I'm waving my ant-enna! </w:t>
            </w:r>
          </w:p>
        </w:tc>
      </w:tr>
      <w:tr w:rsidR="00AE7A24" w:rsidTr="00090B9F">
        <w:tc>
          <w:tcPr>
            <w:tcW w:w="2880" w:type="dxa"/>
          </w:tcPr>
          <w:p w:rsidR="00AE7A24" w:rsidRDefault="00090B9F">
            <w:r>
              <w:t>01:07:11:20</w:t>
            </w:r>
          </w:p>
        </w:tc>
        <w:tc>
          <w:tcPr>
            <w:tcW w:w="2880" w:type="dxa"/>
          </w:tcPr>
          <w:p w:rsidR="00AE7A24" w:rsidRPr="00090B9F" w:rsidRDefault="00AE7A24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:rsidR="00AE7A24" w:rsidRDefault="00090B9F">
            <w:r>
              <w:rPr>
                <w:b/>
              </w:rPr>
              <w:t xml:space="preserve">ARI: </w:t>
            </w:r>
            <w:r>
              <w:t xml:space="preserve">And I'm not wearing pa...ants! </w:t>
            </w:r>
          </w:p>
        </w:tc>
      </w:tr>
      <w:tr w:rsidR="00AE7A24" w:rsidTr="00090B9F">
        <w:tc>
          <w:tcPr>
            <w:tcW w:w="2880" w:type="dxa"/>
          </w:tcPr>
          <w:p w:rsidR="00AE7A24" w:rsidRDefault="00090B9F">
            <w:r>
              <w:t>01:07:15:01</w:t>
            </w:r>
          </w:p>
        </w:tc>
        <w:tc>
          <w:tcPr>
            <w:tcW w:w="2880" w:type="dxa"/>
          </w:tcPr>
          <w:p w:rsidR="00AE7A24" w:rsidRPr="00090B9F" w:rsidRDefault="00AE7A24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:rsidR="00AE7A24" w:rsidRDefault="00090B9F">
            <w:r>
              <w:rPr>
                <w:b/>
              </w:rPr>
              <w:t xml:space="preserve">ELINOR: </w:t>
            </w:r>
            <w:r>
              <w:t xml:space="preserve">[laugh] </w:t>
            </w:r>
            <w:r>
              <w:rPr>
                <w:b/>
              </w:rPr>
              <w:t xml:space="preserve">ARI: </w:t>
            </w:r>
            <w:r>
              <w:t xml:space="preserve">[laugh] </w:t>
            </w:r>
          </w:p>
        </w:tc>
      </w:tr>
      <w:tr w:rsidR="00AE7A24" w:rsidTr="00090B9F">
        <w:tc>
          <w:tcPr>
            <w:tcW w:w="2880" w:type="dxa"/>
          </w:tcPr>
          <w:p w:rsidR="00AE7A24" w:rsidRDefault="00090B9F">
            <w:r>
              <w:t>01:07:17:14</w:t>
            </w:r>
          </w:p>
        </w:tc>
        <w:tc>
          <w:tcPr>
            <w:tcW w:w="2880" w:type="dxa"/>
          </w:tcPr>
          <w:p w:rsidR="00AE7A24" w:rsidRPr="00090B9F" w:rsidRDefault="00AE7A24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:rsidR="00AE7A24" w:rsidRDefault="00090B9F">
            <w:r>
              <w:rPr>
                <w:b/>
              </w:rPr>
              <w:t xml:space="preserve">OLIVE: </w:t>
            </w:r>
            <w:r>
              <w:t xml:space="preserve">I've </w:t>
            </w:r>
            <w:r>
              <w:t xml:space="preserve">got it! It's here in my Nature Book. </w:t>
            </w:r>
          </w:p>
        </w:tc>
      </w:tr>
      <w:tr w:rsidR="00AE7A24" w:rsidTr="00090B9F">
        <w:tc>
          <w:tcPr>
            <w:tcW w:w="2880" w:type="dxa"/>
          </w:tcPr>
          <w:p w:rsidR="00AE7A24" w:rsidRDefault="00090B9F">
            <w:r>
              <w:t>01:07:20:00</w:t>
            </w:r>
          </w:p>
        </w:tc>
        <w:tc>
          <w:tcPr>
            <w:tcW w:w="2880" w:type="dxa"/>
          </w:tcPr>
          <w:p w:rsidR="00AE7A24" w:rsidRPr="00090B9F" w:rsidRDefault="00AE7A24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:rsidR="00AE7A24" w:rsidRDefault="00090B9F">
            <w:r>
              <w:rPr>
                <w:b/>
              </w:rPr>
              <w:t xml:space="preserve">OLIVE: </w:t>
            </w:r>
            <w:r>
              <w:t xml:space="preserve">There's a part here that's all about ants! </w:t>
            </w:r>
          </w:p>
        </w:tc>
      </w:tr>
      <w:tr w:rsidR="00AE7A24" w:rsidTr="00090B9F">
        <w:tc>
          <w:tcPr>
            <w:tcW w:w="2880" w:type="dxa"/>
          </w:tcPr>
          <w:p w:rsidR="00AE7A24" w:rsidRDefault="00090B9F">
            <w:r>
              <w:t>01:07:23:13</w:t>
            </w:r>
          </w:p>
        </w:tc>
        <w:tc>
          <w:tcPr>
            <w:tcW w:w="2880" w:type="dxa"/>
          </w:tcPr>
          <w:p w:rsidR="00AE7A24" w:rsidRPr="00090B9F" w:rsidRDefault="00AE7A24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:rsidR="00AE7A24" w:rsidRDefault="00090B9F">
            <w:r>
              <w:t xml:space="preserve">Lots of ants live in big places called anthills. </w:t>
            </w:r>
          </w:p>
        </w:tc>
      </w:tr>
      <w:tr w:rsidR="00AE7A24" w:rsidTr="00090B9F">
        <w:tc>
          <w:tcPr>
            <w:tcW w:w="2880" w:type="dxa"/>
          </w:tcPr>
          <w:p w:rsidR="00AE7A24" w:rsidRDefault="00090B9F">
            <w:r>
              <w:t>01:07:26:21</w:t>
            </w:r>
          </w:p>
        </w:tc>
        <w:tc>
          <w:tcPr>
            <w:tcW w:w="2880" w:type="dxa"/>
          </w:tcPr>
          <w:p w:rsidR="00AE7A24" w:rsidRPr="00090B9F" w:rsidRDefault="00AE7A24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:rsidR="00AE7A24" w:rsidRDefault="00090B9F">
            <w:r>
              <w:t xml:space="preserve">Most anthills are made of </w:t>
            </w:r>
            <w:r>
              <w:lastRenderedPageBreak/>
              <w:t xml:space="preserve">dirt, </w:t>
            </w:r>
          </w:p>
        </w:tc>
      </w:tr>
      <w:tr w:rsidR="00AE7A24" w:rsidTr="00090B9F">
        <w:tc>
          <w:tcPr>
            <w:tcW w:w="2880" w:type="dxa"/>
          </w:tcPr>
          <w:p w:rsidR="00AE7A24" w:rsidRDefault="00090B9F">
            <w:r>
              <w:lastRenderedPageBreak/>
              <w:t>01:07:29:00</w:t>
            </w:r>
          </w:p>
        </w:tc>
        <w:tc>
          <w:tcPr>
            <w:tcW w:w="2880" w:type="dxa"/>
          </w:tcPr>
          <w:p w:rsidR="00AE7A24" w:rsidRPr="00090B9F" w:rsidRDefault="00AE7A24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:rsidR="00AE7A24" w:rsidRDefault="00090B9F">
            <w:r>
              <w:t xml:space="preserve">but some also use </w:t>
            </w:r>
            <w:r>
              <w:t xml:space="preserve">sticks and pieces of grass. </w:t>
            </w:r>
          </w:p>
        </w:tc>
      </w:tr>
      <w:tr w:rsidR="00AE7A24" w:rsidTr="00090B9F">
        <w:tc>
          <w:tcPr>
            <w:tcW w:w="2880" w:type="dxa"/>
          </w:tcPr>
          <w:p w:rsidR="00AE7A24" w:rsidRDefault="00090B9F">
            <w:r>
              <w:t>01:07:32:17</w:t>
            </w:r>
          </w:p>
        </w:tc>
        <w:tc>
          <w:tcPr>
            <w:tcW w:w="2880" w:type="dxa"/>
          </w:tcPr>
          <w:p w:rsidR="00AE7A24" w:rsidRPr="00090B9F" w:rsidRDefault="00AE7A24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:rsidR="00AE7A24" w:rsidRDefault="00090B9F">
            <w:r>
              <w:rPr>
                <w:b/>
              </w:rPr>
              <w:t xml:space="preserve">ARI: </w:t>
            </w:r>
            <w:r>
              <w:t xml:space="preserve">Ohhhh. </w:t>
            </w:r>
          </w:p>
        </w:tc>
      </w:tr>
      <w:tr w:rsidR="00AE7A24" w:rsidTr="00090B9F">
        <w:tc>
          <w:tcPr>
            <w:tcW w:w="2880" w:type="dxa"/>
          </w:tcPr>
          <w:p w:rsidR="00AE7A24" w:rsidRDefault="00090B9F">
            <w:r>
              <w:t>01:07:33:23</w:t>
            </w:r>
          </w:p>
        </w:tc>
        <w:tc>
          <w:tcPr>
            <w:tcW w:w="2880" w:type="dxa"/>
          </w:tcPr>
          <w:p w:rsidR="00AE7A24" w:rsidRPr="00090B9F" w:rsidRDefault="00AE7A24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:rsidR="00AE7A24" w:rsidRDefault="00090B9F">
            <w:r>
              <w:rPr>
                <w:b/>
              </w:rPr>
              <w:t xml:space="preserve">OLIVE: </w:t>
            </w:r>
            <w:r>
              <w:t xml:space="preserve">Anthills have rooms for sleeping, </w:t>
            </w:r>
          </w:p>
        </w:tc>
      </w:tr>
      <w:tr w:rsidR="00AE7A24" w:rsidTr="00090B9F">
        <w:tc>
          <w:tcPr>
            <w:tcW w:w="2880" w:type="dxa"/>
          </w:tcPr>
          <w:p w:rsidR="00AE7A24" w:rsidRDefault="00090B9F">
            <w:r>
              <w:t>01:07:37:22</w:t>
            </w:r>
          </w:p>
        </w:tc>
        <w:tc>
          <w:tcPr>
            <w:tcW w:w="2880" w:type="dxa"/>
          </w:tcPr>
          <w:p w:rsidR="00AE7A24" w:rsidRPr="00090B9F" w:rsidRDefault="00AE7A24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:rsidR="00AE7A24" w:rsidRDefault="00090B9F">
            <w:r>
              <w:t xml:space="preserve">rooms for taking care of babies, </w:t>
            </w:r>
          </w:p>
        </w:tc>
      </w:tr>
      <w:tr w:rsidR="00AE7A24" w:rsidTr="00090B9F">
        <w:tc>
          <w:tcPr>
            <w:tcW w:w="2880" w:type="dxa"/>
          </w:tcPr>
          <w:p w:rsidR="00AE7A24" w:rsidRDefault="00090B9F">
            <w:r>
              <w:t>01:07:42:19</w:t>
            </w:r>
          </w:p>
        </w:tc>
        <w:tc>
          <w:tcPr>
            <w:tcW w:w="2880" w:type="dxa"/>
          </w:tcPr>
          <w:p w:rsidR="00AE7A24" w:rsidRPr="00090B9F" w:rsidRDefault="00AE7A24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:rsidR="00AE7A24" w:rsidRDefault="00090B9F">
            <w:r>
              <w:t xml:space="preserve">and even special places where they keep the trash. </w:t>
            </w:r>
          </w:p>
        </w:tc>
      </w:tr>
      <w:tr w:rsidR="00AE7A24" w:rsidTr="00090B9F">
        <w:tc>
          <w:tcPr>
            <w:tcW w:w="2880" w:type="dxa"/>
          </w:tcPr>
          <w:p w:rsidR="00AE7A24" w:rsidRDefault="00090B9F">
            <w:r>
              <w:t>01:07:47:13</w:t>
            </w:r>
          </w:p>
        </w:tc>
        <w:tc>
          <w:tcPr>
            <w:tcW w:w="2880" w:type="dxa"/>
          </w:tcPr>
          <w:p w:rsidR="00AE7A24" w:rsidRPr="00090B9F" w:rsidRDefault="00AE7A24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:rsidR="00AE7A24" w:rsidRDefault="00090B9F">
            <w:r>
              <w:rPr>
                <w:b/>
              </w:rPr>
              <w:t xml:space="preserve">ELINOR: </w:t>
            </w:r>
            <w:r>
              <w:t xml:space="preserve">Wow! </w:t>
            </w:r>
          </w:p>
        </w:tc>
      </w:tr>
      <w:tr w:rsidR="00AE7A24" w:rsidTr="00090B9F">
        <w:tc>
          <w:tcPr>
            <w:tcW w:w="2880" w:type="dxa"/>
          </w:tcPr>
          <w:p w:rsidR="00AE7A24" w:rsidRDefault="00090B9F">
            <w:r>
              <w:t>01:07:49:23</w:t>
            </w:r>
          </w:p>
        </w:tc>
        <w:tc>
          <w:tcPr>
            <w:tcW w:w="2880" w:type="dxa"/>
          </w:tcPr>
          <w:p w:rsidR="00AE7A24" w:rsidRPr="00090B9F" w:rsidRDefault="00AE7A24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:rsidR="00AE7A24" w:rsidRDefault="00090B9F">
            <w:r>
              <w:t xml:space="preserve">Is that all happening inside there? </w:t>
            </w:r>
          </w:p>
        </w:tc>
      </w:tr>
      <w:tr w:rsidR="00AE7A24" w:rsidTr="00090B9F">
        <w:tc>
          <w:tcPr>
            <w:tcW w:w="2880" w:type="dxa"/>
          </w:tcPr>
          <w:p w:rsidR="00AE7A24" w:rsidRDefault="00090B9F">
            <w:r>
              <w:t>01:07:52:00</w:t>
            </w:r>
          </w:p>
        </w:tc>
        <w:tc>
          <w:tcPr>
            <w:tcW w:w="2880" w:type="dxa"/>
          </w:tcPr>
          <w:p w:rsidR="00AE7A24" w:rsidRPr="00090B9F" w:rsidRDefault="00AE7A24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:rsidR="00AE7A24" w:rsidRDefault="00090B9F">
            <w:r>
              <w:rPr>
                <w:b/>
              </w:rPr>
              <w:t xml:space="preserve">OLIVE: </w:t>
            </w:r>
            <w:r>
              <w:t xml:space="preserve">Yup! </w:t>
            </w:r>
          </w:p>
        </w:tc>
      </w:tr>
      <w:tr w:rsidR="00AE7A24" w:rsidTr="00090B9F">
        <w:tc>
          <w:tcPr>
            <w:tcW w:w="2880" w:type="dxa"/>
          </w:tcPr>
          <w:p w:rsidR="00AE7A24" w:rsidRDefault="00090B9F">
            <w:r>
              <w:t>01:07:53:05</w:t>
            </w:r>
          </w:p>
        </w:tc>
        <w:tc>
          <w:tcPr>
            <w:tcW w:w="2880" w:type="dxa"/>
          </w:tcPr>
          <w:p w:rsidR="00AE7A24" w:rsidRPr="00090B9F" w:rsidRDefault="00AE7A24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:rsidR="00AE7A24" w:rsidRDefault="00090B9F">
            <w:r>
              <w:t xml:space="preserve">Most of the anthill is under the ground. </w:t>
            </w:r>
          </w:p>
        </w:tc>
      </w:tr>
      <w:tr w:rsidR="00AE7A24" w:rsidTr="00090B9F">
        <w:tc>
          <w:tcPr>
            <w:tcW w:w="2880" w:type="dxa"/>
          </w:tcPr>
          <w:p w:rsidR="00AE7A24" w:rsidRDefault="00090B9F">
            <w:r>
              <w:t>01:07:55:20</w:t>
            </w:r>
          </w:p>
        </w:tc>
        <w:tc>
          <w:tcPr>
            <w:tcW w:w="2880" w:type="dxa"/>
          </w:tcPr>
          <w:p w:rsidR="00AE7A24" w:rsidRPr="00090B9F" w:rsidRDefault="00AE7A24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:rsidR="00AE7A24" w:rsidRDefault="00090B9F">
            <w:r>
              <w:t xml:space="preserve">It's kind of like we're looking at the roof. </w:t>
            </w:r>
          </w:p>
        </w:tc>
      </w:tr>
      <w:tr w:rsidR="00AE7A24" w:rsidTr="00090B9F">
        <w:tc>
          <w:tcPr>
            <w:tcW w:w="2880" w:type="dxa"/>
          </w:tcPr>
          <w:p w:rsidR="00AE7A24" w:rsidRDefault="00090B9F">
            <w:r>
              <w:t>01:08:02:17</w:t>
            </w:r>
          </w:p>
        </w:tc>
        <w:tc>
          <w:tcPr>
            <w:tcW w:w="2880" w:type="dxa"/>
          </w:tcPr>
          <w:p w:rsidR="00AE7A24" w:rsidRPr="00090B9F" w:rsidRDefault="00AE7A24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:rsidR="00AE7A24" w:rsidRDefault="00090B9F">
            <w:r>
              <w:rPr>
                <w:b/>
              </w:rPr>
              <w:t xml:space="preserve">ELINOR: </w:t>
            </w:r>
            <w:r>
              <w:t xml:space="preserve">Hello, little ant. </w:t>
            </w:r>
          </w:p>
        </w:tc>
      </w:tr>
      <w:tr w:rsidR="00AE7A24" w:rsidTr="00090B9F">
        <w:tc>
          <w:tcPr>
            <w:tcW w:w="2880" w:type="dxa"/>
          </w:tcPr>
          <w:p w:rsidR="00AE7A24" w:rsidRDefault="00090B9F">
            <w:r>
              <w:t>01:08:04:03</w:t>
            </w:r>
          </w:p>
        </w:tc>
        <w:tc>
          <w:tcPr>
            <w:tcW w:w="2880" w:type="dxa"/>
          </w:tcPr>
          <w:p w:rsidR="00AE7A24" w:rsidRPr="00090B9F" w:rsidRDefault="00AE7A24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:rsidR="00AE7A24" w:rsidRDefault="00090B9F">
            <w:r>
              <w:t xml:space="preserve">[giggle] </w:t>
            </w:r>
          </w:p>
        </w:tc>
      </w:tr>
      <w:tr w:rsidR="00AE7A24" w:rsidTr="00090B9F">
        <w:tc>
          <w:tcPr>
            <w:tcW w:w="2880" w:type="dxa"/>
          </w:tcPr>
          <w:p w:rsidR="00AE7A24" w:rsidRDefault="00090B9F">
            <w:r>
              <w:t>01:08:07:09</w:t>
            </w:r>
          </w:p>
        </w:tc>
        <w:tc>
          <w:tcPr>
            <w:tcW w:w="2880" w:type="dxa"/>
          </w:tcPr>
          <w:p w:rsidR="00AE7A24" w:rsidRPr="00090B9F" w:rsidRDefault="00AE7A24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:rsidR="00AE7A24" w:rsidRDefault="00090B9F">
            <w:r>
              <w:rPr>
                <w:b/>
              </w:rPr>
              <w:t xml:space="preserve">ELINOR: </w:t>
            </w:r>
            <w:r>
              <w:t xml:space="preserve">That is so interesting!! </w:t>
            </w:r>
          </w:p>
        </w:tc>
      </w:tr>
      <w:tr w:rsidR="00AE7A24" w:rsidTr="00090B9F">
        <w:tc>
          <w:tcPr>
            <w:tcW w:w="2880" w:type="dxa"/>
          </w:tcPr>
          <w:p w:rsidR="00AE7A24" w:rsidRDefault="00090B9F">
            <w:r>
              <w:t>01:08:10:12</w:t>
            </w:r>
          </w:p>
        </w:tc>
        <w:tc>
          <w:tcPr>
            <w:tcW w:w="2880" w:type="dxa"/>
          </w:tcPr>
          <w:p w:rsidR="00AE7A24" w:rsidRPr="00090B9F" w:rsidRDefault="00AE7A24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:rsidR="00AE7A24" w:rsidRDefault="00090B9F">
            <w:r>
              <w:t xml:space="preserve">But how can these tiny ants... </w:t>
            </w:r>
          </w:p>
        </w:tc>
      </w:tr>
      <w:tr w:rsidR="00AE7A24" w:rsidTr="00090B9F">
        <w:tc>
          <w:tcPr>
            <w:tcW w:w="2880" w:type="dxa"/>
          </w:tcPr>
          <w:p w:rsidR="00AE7A24" w:rsidRDefault="00090B9F">
            <w:r>
              <w:t>01:08:12:05</w:t>
            </w:r>
          </w:p>
        </w:tc>
        <w:tc>
          <w:tcPr>
            <w:tcW w:w="2880" w:type="dxa"/>
          </w:tcPr>
          <w:p w:rsidR="00AE7A24" w:rsidRPr="00090B9F" w:rsidRDefault="00AE7A24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:rsidR="00AE7A24" w:rsidRDefault="00090B9F">
            <w:r>
              <w:t xml:space="preserve">make a hill so much bigger than them? </w:t>
            </w:r>
          </w:p>
        </w:tc>
      </w:tr>
      <w:tr w:rsidR="00AE7A24" w:rsidTr="00090B9F">
        <w:tc>
          <w:tcPr>
            <w:tcW w:w="2880" w:type="dxa"/>
          </w:tcPr>
          <w:p w:rsidR="00AE7A24" w:rsidRDefault="00090B9F">
            <w:r>
              <w:t>01:08:14:21</w:t>
            </w:r>
          </w:p>
        </w:tc>
        <w:tc>
          <w:tcPr>
            <w:tcW w:w="2880" w:type="dxa"/>
          </w:tcPr>
          <w:p w:rsidR="00AE7A24" w:rsidRPr="00090B9F" w:rsidRDefault="00AE7A24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:rsidR="00AE7A24" w:rsidRDefault="00090B9F">
            <w:r>
              <w:rPr>
                <w:b/>
              </w:rPr>
              <w:t xml:space="preserve">ARI: </w:t>
            </w:r>
            <w:r>
              <w:t xml:space="preserve">Yeah, especially when we can't even build... </w:t>
            </w:r>
          </w:p>
        </w:tc>
      </w:tr>
      <w:tr w:rsidR="00AE7A24" w:rsidTr="00090B9F">
        <w:tc>
          <w:tcPr>
            <w:tcW w:w="2880" w:type="dxa"/>
          </w:tcPr>
          <w:p w:rsidR="00AE7A24" w:rsidRDefault="00090B9F">
            <w:r>
              <w:t>01:08:17:16</w:t>
            </w:r>
          </w:p>
        </w:tc>
        <w:tc>
          <w:tcPr>
            <w:tcW w:w="2880" w:type="dxa"/>
          </w:tcPr>
          <w:p w:rsidR="00AE7A24" w:rsidRPr="00090B9F" w:rsidRDefault="00AE7A24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:rsidR="00AE7A24" w:rsidRDefault="00090B9F">
            <w:r>
              <w:t xml:space="preserve">a pillow </w:t>
            </w:r>
            <w:proofErr w:type="gramStart"/>
            <w:r>
              <w:t>castle</w:t>
            </w:r>
            <w:proofErr w:type="gramEnd"/>
            <w:r>
              <w:t xml:space="preserve">. </w:t>
            </w:r>
          </w:p>
        </w:tc>
      </w:tr>
      <w:tr w:rsidR="00AE7A24" w:rsidTr="00090B9F">
        <w:tc>
          <w:tcPr>
            <w:tcW w:w="2880" w:type="dxa"/>
          </w:tcPr>
          <w:p w:rsidR="00AE7A24" w:rsidRDefault="00090B9F">
            <w:r>
              <w:t>01:08:19:01</w:t>
            </w:r>
          </w:p>
        </w:tc>
        <w:tc>
          <w:tcPr>
            <w:tcW w:w="2880" w:type="dxa"/>
          </w:tcPr>
          <w:p w:rsidR="00AE7A24" w:rsidRPr="00090B9F" w:rsidRDefault="00AE7A24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:rsidR="00AE7A24" w:rsidRDefault="00090B9F">
            <w:r>
              <w:t xml:space="preserve">And we're big! </w:t>
            </w:r>
          </w:p>
        </w:tc>
      </w:tr>
      <w:tr w:rsidR="00AE7A24" w:rsidTr="00090B9F">
        <w:tc>
          <w:tcPr>
            <w:tcW w:w="2880" w:type="dxa"/>
          </w:tcPr>
          <w:p w:rsidR="00AE7A24" w:rsidRDefault="00090B9F">
            <w:r>
              <w:lastRenderedPageBreak/>
              <w:t>01:08:21:17</w:t>
            </w:r>
          </w:p>
        </w:tc>
        <w:tc>
          <w:tcPr>
            <w:tcW w:w="2880" w:type="dxa"/>
          </w:tcPr>
          <w:p w:rsidR="00AE7A24" w:rsidRPr="00090B9F" w:rsidRDefault="00AE7A24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:rsidR="00AE7A24" w:rsidRDefault="00090B9F">
            <w:r>
              <w:rPr>
                <w:b/>
              </w:rPr>
              <w:t xml:space="preserve">OLIVE: </w:t>
            </w:r>
            <w:r>
              <w:t xml:space="preserve">Hmm.... </w:t>
            </w:r>
          </w:p>
        </w:tc>
      </w:tr>
      <w:tr w:rsidR="00AE7A24" w:rsidTr="00090B9F">
        <w:tc>
          <w:tcPr>
            <w:tcW w:w="2880" w:type="dxa"/>
          </w:tcPr>
          <w:p w:rsidR="00AE7A24" w:rsidRDefault="00090B9F">
            <w:r>
              <w:t>01:08:23:25</w:t>
            </w:r>
          </w:p>
        </w:tc>
        <w:tc>
          <w:tcPr>
            <w:tcW w:w="2880" w:type="dxa"/>
          </w:tcPr>
          <w:p w:rsidR="00AE7A24" w:rsidRPr="00090B9F" w:rsidRDefault="00AE7A24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:rsidR="00AE7A24" w:rsidRDefault="00090B9F">
            <w:r>
              <w:t xml:space="preserve">I'm not sure. </w:t>
            </w:r>
          </w:p>
        </w:tc>
      </w:tr>
      <w:tr w:rsidR="00AE7A24" w:rsidTr="00090B9F">
        <w:tc>
          <w:tcPr>
            <w:tcW w:w="2880" w:type="dxa"/>
          </w:tcPr>
          <w:p w:rsidR="00AE7A24" w:rsidRDefault="00090B9F">
            <w:r>
              <w:t>01:08:25:04</w:t>
            </w:r>
          </w:p>
        </w:tc>
        <w:tc>
          <w:tcPr>
            <w:tcW w:w="2880" w:type="dxa"/>
          </w:tcPr>
          <w:p w:rsidR="00AE7A24" w:rsidRPr="00090B9F" w:rsidRDefault="00AE7A24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:rsidR="00AE7A24" w:rsidRDefault="00090B9F">
            <w:r>
              <w:rPr>
                <w:b/>
              </w:rPr>
              <w:t xml:space="preserve">ELINOR: </w:t>
            </w:r>
            <w:r>
              <w:t xml:space="preserve">Hmm... </w:t>
            </w:r>
          </w:p>
        </w:tc>
      </w:tr>
      <w:tr w:rsidR="00AE7A24" w:rsidTr="00090B9F">
        <w:tc>
          <w:tcPr>
            <w:tcW w:w="2880" w:type="dxa"/>
          </w:tcPr>
          <w:p w:rsidR="00AE7A24" w:rsidRDefault="00090B9F">
            <w:r>
              <w:t>01:08:26:06</w:t>
            </w:r>
          </w:p>
        </w:tc>
        <w:tc>
          <w:tcPr>
            <w:tcW w:w="2880" w:type="dxa"/>
          </w:tcPr>
          <w:p w:rsidR="00AE7A24" w:rsidRPr="00090B9F" w:rsidRDefault="00AE7A24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:rsidR="00AE7A24" w:rsidRDefault="00090B9F">
            <w:r>
              <w:t xml:space="preserve">[gasp] Let's watch the ants, and maybe we can figure it out! </w:t>
            </w:r>
          </w:p>
        </w:tc>
      </w:tr>
      <w:tr w:rsidR="00AE7A24" w:rsidTr="00090B9F">
        <w:tc>
          <w:tcPr>
            <w:tcW w:w="2880" w:type="dxa"/>
          </w:tcPr>
          <w:p w:rsidR="00AE7A24" w:rsidRDefault="00090B9F">
            <w:r>
              <w:t>01:08:31:17</w:t>
            </w:r>
          </w:p>
        </w:tc>
        <w:tc>
          <w:tcPr>
            <w:tcW w:w="2880" w:type="dxa"/>
          </w:tcPr>
          <w:p w:rsidR="00AE7A24" w:rsidRPr="00090B9F" w:rsidRDefault="00AE7A24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:rsidR="00AE7A24" w:rsidRDefault="00090B9F">
            <w:r>
              <w:t xml:space="preserve">We need more </w:t>
            </w:r>
            <w:r>
              <w:t xml:space="preserve">observations! </w:t>
            </w:r>
          </w:p>
        </w:tc>
      </w:tr>
      <w:tr w:rsidR="00AE7A24" w:rsidTr="00090B9F">
        <w:tc>
          <w:tcPr>
            <w:tcW w:w="2880" w:type="dxa"/>
          </w:tcPr>
          <w:p w:rsidR="00AE7A24" w:rsidRDefault="00090B9F">
            <w:r>
              <w:t>01:08:38:18</w:t>
            </w:r>
          </w:p>
        </w:tc>
        <w:tc>
          <w:tcPr>
            <w:tcW w:w="2880" w:type="dxa"/>
          </w:tcPr>
          <w:p w:rsidR="00AE7A24" w:rsidRPr="00090B9F" w:rsidRDefault="00AE7A24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:rsidR="00AE7A24" w:rsidRDefault="00090B9F">
            <w:r>
              <w:rPr>
                <w:b/>
              </w:rPr>
              <w:t xml:space="preserve">ELINOR: </w:t>
            </w:r>
            <w:r>
              <w:t xml:space="preserve">[gasp] Look, the ants walk in a line... </w:t>
            </w:r>
          </w:p>
        </w:tc>
      </w:tr>
      <w:tr w:rsidR="00AE7A24" w:rsidTr="00090B9F">
        <w:tc>
          <w:tcPr>
            <w:tcW w:w="2880" w:type="dxa"/>
          </w:tcPr>
          <w:p w:rsidR="00AE7A24" w:rsidRDefault="00090B9F">
            <w:r>
              <w:t>01:08:41:05</w:t>
            </w:r>
          </w:p>
        </w:tc>
        <w:tc>
          <w:tcPr>
            <w:tcW w:w="2880" w:type="dxa"/>
          </w:tcPr>
          <w:p w:rsidR="00AE7A24" w:rsidRPr="00090B9F" w:rsidRDefault="00AE7A24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:rsidR="00AE7A24" w:rsidRDefault="00090B9F">
            <w:r>
              <w:t xml:space="preserve">back and forth from the anthill. </w:t>
            </w:r>
          </w:p>
        </w:tc>
      </w:tr>
      <w:tr w:rsidR="00AE7A24" w:rsidTr="00090B9F">
        <w:tc>
          <w:tcPr>
            <w:tcW w:w="2880" w:type="dxa"/>
          </w:tcPr>
          <w:p w:rsidR="00AE7A24" w:rsidRDefault="00090B9F">
            <w:r>
              <w:t>01:08:43:12</w:t>
            </w:r>
          </w:p>
        </w:tc>
        <w:tc>
          <w:tcPr>
            <w:tcW w:w="2880" w:type="dxa"/>
          </w:tcPr>
          <w:p w:rsidR="00AE7A24" w:rsidRPr="00090B9F" w:rsidRDefault="00AE7A24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:rsidR="00AE7A24" w:rsidRDefault="00090B9F">
            <w:r>
              <w:rPr>
                <w:b/>
              </w:rPr>
              <w:t xml:space="preserve">OLIVE: </w:t>
            </w:r>
            <w:r>
              <w:t xml:space="preserve">Yeah, some are moving towards the anthill... </w:t>
            </w:r>
          </w:p>
        </w:tc>
      </w:tr>
      <w:tr w:rsidR="00AE7A24" w:rsidTr="00090B9F">
        <w:tc>
          <w:tcPr>
            <w:tcW w:w="2880" w:type="dxa"/>
          </w:tcPr>
          <w:p w:rsidR="00AE7A24" w:rsidRDefault="00090B9F">
            <w:r>
              <w:t>01:08:46:12</w:t>
            </w:r>
          </w:p>
        </w:tc>
        <w:tc>
          <w:tcPr>
            <w:tcW w:w="2880" w:type="dxa"/>
          </w:tcPr>
          <w:p w:rsidR="00AE7A24" w:rsidRPr="00090B9F" w:rsidRDefault="00AE7A24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:rsidR="00AE7A24" w:rsidRDefault="00090B9F">
            <w:r>
              <w:t xml:space="preserve">but others are walking away from it. </w:t>
            </w:r>
          </w:p>
        </w:tc>
      </w:tr>
      <w:tr w:rsidR="00AE7A24" w:rsidTr="00090B9F">
        <w:tc>
          <w:tcPr>
            <w:tcW w:w="2880" w:type="dxa"/>
          </w:tcPr>
          <w:p w:rsidR="00AE7A24" w:rsidRDefault="00090B9F">
            <w:r>
              <w:t>01:08:48:20</w:t>
            </w:r>
          </w:p>
        </w:tc>
        <w:tc>
          <w:tcPr>
            <w:tcW w:w="2880" w:type="dxa"/>
          </w:tcPr>
          <w:p w:rsidR="00AE7A24" w:rsidRPr="00090B9F" w:rsidRDefault="00AE7A24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:rsidR="00AE7A24" w:rsidRDefault="00090B9F">
            <w:r>
              <w:rPr>
                <w:b/>
              </w:rPr>
              <w:t xml:space="preserve">ARI: </w:t>
            </w:r>
            <w:r>
              <w:t xml:space="preserve">Oh, the ants are leaving to get things </w:t>
            </w:r>
          </w:p>
        </w:tc>
      </w:tr>
      <w:tr w:rsidR="00AE7A24" w:rsidTr="00090B9F">
        <w:tc>
          <w:tcPr>
            <w:tcW w:w="2880" w:type="dxa"/>
          </w:tcPr>
          <w:p w:rsidR="00AE7A24" w:rsidRDefault="00090B9F">
            <w:r>
              <w:t>01:08:52:01</w:t>
            </w:r>
          </w:p>
        </w:tc>
        <w:tc>
          <w:tcPr>
            <w:tcW w:w="2880" w:type="dxa"/>
          </w:tcPr>
          <w:p w:rsidR="00AE7A24" w:rsidRPr="00090B9F" w:rsidRDefault="00AE7A24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:rsidR="00AE7A24" w:rsidRDefault="00090B9F">
            <w:r>
              <w:t xml:space="preserve">and then they're bring them back. </w:t>
            </w:r>
          </w:p>
        </w:tc>
      </w:tr>
      <w:tr w:rsidR="00AE7A24" w:rsidTr="00090B9F">
        <w:tc>
          <w:tcPr>
            <w:tcW w:w="2880" w:type="dxa"/>
          </w:tcPr>
          <w:p w:rsidR="00AE7A24" w:rsidRDefault="00090B9F">
            <w:r>
              <w:t>01:08:54:14</w:t>
            </w:r>
          </w:p>
        </w:tc>
        <w:tc>
          <w:tcPr>
            <w:tcW w:w="2880" w:type="dxa"/>
          </w:tcPr>
          <w:p w:rsidR="00AE7A24" w:rsidRPr="00090B9F" w:rsidRDefault="00AE7A24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:rsidR="00AE7A24" w:rsidRDefault="00090B9F">
            <w:r>
              <w:rPr>
                <w:b/>
              </w:rPr>
              <w:t xml:space="preserve">OLIVE: </w:t>
            </w:r>
            <w:r>
              <w:t xml:space="preserve">And they aren't bumping into each other... </w:t>
            </w:r>
          </w:p>
        </w:tc>
      </w:tr>
      <w:tr w:rsidR="00AE7A24" w:rsidTr="00090B9F">
        <w:tc>
          <w:tcPr>
            <w:tcW w:w="2880" w:type="dxa"/>
          </w:tcPr>
          <w:p w:rsidR="00AE7A24" w:rsidRDefault="00090B9F">
            <w:r>
              <w:t>01:08:56:19</w:t>
            </w:r>
          </w:p>
        </w:tc>
        <w:tc>
          <w:tcPr>
            <w:tcW w:w="2880" w:type="dxa"/>
          </w:tcPr>
          <w:p w:rsidR="00AE7A24" w:rsidRPr="00090B9F" w:rsidRDefault="00AE7A24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:rsidR="00AE7A24" w:rsidRDefault="00090B9F">
            <w:r>
              <w:t xml:space="preserve">like when we got all the cushions... </w:t>
            </w:r>
          </w:p>
        </w:tc>
      </w:tr>
      <w:tr w:rsidR="00AE7A24" w:rsidTr="00090B9F">
        <w:tc>
          <w:tcPr>
            <w:tcW w:w="2880" w:type="dxa"/>
          </w:tcPr>
          <w:p w:rsidR="00AE7A24" w:rsidRDefault="00090B9F">
            <w:r>
              <w:t>01:08:58:12</w:t>
            </w:r>
          </w:p>
        </w:tc>
        <w:tc>
          <w:tcPr>
            <w:tcW w:w="2880" w:type="dxa"/>
          </w:tcPr>
          <w:p w:rsidR="00AE7A24" w:rsidRPr="00090B9F" w:rsidRDefault="00AE7A24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:rsidR="00AE7A24" w:rsidRDefault="00090B9F">
            <w:r>
              <w:t xml:space="preserve">from </w:t>
            </w:r>
            <w:r>
              <w:t xml:space="preserve">around Elinor's house. </w:t>
            </w:r>
          </w:p>
        </w:tc>
      </w:tr>
      <w:tr w:rsidR="00AE7A24" w:rsidTr="00090B9F">
        <w:tc>
          <w:tcPr>
            <w:tcW w:w="2880" w:type="dxa"/>
          </w:tcPr>
          <w:p w:rsidR="00AE7A24" w:rsidRDefault="00090B9F">
            <w:r>
              <w:t>01:09:00:12</w:t>
            </w:r>
          </w:p>
        </w:tc>
        <w:tc>
          <w:tcPr>
            <w:tcW w:w="2880" w:type="dxa"/>
          </w:tcPr>
          <w:p w:rsidR="00AE7A24" w:rsidRPr="00090B9F" w:rsidRDefault="00AE7A24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:rsidR="00AE7A24" w:rsidRDefault="00090B9F">
            <w:r>
              <w:rPr>
                <w:b/>
              </w:rPr>
              <w:t xml:space="preserve">ELINOR: </w:t>
            </w:r>
            <w:r>
              <w:t xml:space="preserve">Yeah! </w:t>
            </w:r>
          </w:p>
        </w:tc>
      </w:tr>
      <w:tr w:rsidR="00AE7A24" w:rsidTr="00090B9F">
        <w:tc>
          <w:tcPr>
            <w:tcW w:w="2880" w:type="dxa"/>
          </w:tcPr>
          <w:p w:rsidR="00AE7A24" w:rsidRDefault="00090B9F">
            <w:r>
              <w:t>01:09:01:18</w:t>
            </w:r>
          </w:p>
        </w:tc>
        <w:tc>
          <w:tcPr>
            <w:tcW w:w="2880" w:type="dxa"/>
          </w:tcPr>
          <w:p w:rsidR="00AE7A24" w:rsidRPr="00090B9F" w:rsidRDefault="00AE7A24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:rsidR="00AE7A24" w:rsidRDefault="00090B9F">
            <w:r>
              <w:t xml:space="preserve">And look! </w:t>
            </w:r>
          </w:p>
        </w:tc>
      </w:tr>
      <w:tr w:rsidR="00AE7A24" w:rsidTr="00090B9F">
        <w:tc>
          <w:tcPr>
            <w:tcW w:w="2880" w:type="dxa"/>
          </w:tcPr>
          <w:p w:rsidR="00AE7A24" w:rsidRDefault="00090B9F">
            <w:r>
              <w:t>01:09:03:10</w:t>
            </w:r>
          </w:p>
        </w:tc>
        <w:tc>
          <w:tcPr>
            <w:tcW w:w="2880" w:type="dxa"/>
          </w:tcPr>
          <w:p w:rsidR="00AE7A24" w:rsidRPr="00090B9F" w:rsidRDefault="00AE7A24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:rsidR="00AE7A24" w:rsidRDefault="00090B9F">
            <w:r>
              <w:t xml:space="preserve">That ant is having trouble carrying that stick. </w:t>
            </w:r>
          </w:p>
        </w:tc>
      </w:tr>
      <w:tr w:rsidR="00AE7A24" w:rsidTr="00090B9F">
        <w:tc>
          <w:tcPr>
            <w:tcW w:w="2880" w:type="dxa"/>
          </w:tcPr>
          <w:p w:rsidR="00AE7A24" w:rsidRDefault="00090B9F">
            <w:r>
              <w:lastRenderedPageBreak/>
              <w:t>01:09:06:24</w:t>
            </w:r>
          </w:p>
        </w:tc>
        <w:tc>
          <w:tcPr>
            <w:tcW w:w="2880" w:type="dxa"/>
          </w:tcPr>
          <w:p w:rsidR="00AE7A24" w:rsidRPr="00090B9F" w:rsidRDefault="00AE7A24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:rsidR="00AE7A24" w:rsidRDefault="00090B9F">
            <w:r>
              <w:t xml:space="preserve">It's so big. </w:t>
            </w:r>
          </w:p>
        </w:tc>
      </w:tr>
      <w:tr w:rsidR="00AE7A24" w:rsidTr="00090B9F">
        <w:tc>
          <w:tcPr>
            <w:tcW w:w="2880" w:type="dxa"/>
          </w:tcPr>
          <w:p w:rsidR="00AE7A24" w:rsidRDefault="00090B9F">
            <w:r>
              <w:t>01:09:09:10</w:t>
            </w:r>
          </w:p>
        </w:tc>
        <w:tc>
          <w:tcPr>
            <w:tcW w:w="2880" w:type="dxa"/>
          </w:tcPr>
          <w:p w:rsidR="00AE7A24" w:rsidRPr="00090B9F" w:rsidRDefault="00AE7A24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:rsidR="00AE7A24" w:rsidRDefault="00090B9F">
            <w:r>
              <w:rPr>
                <w:b/>
              </w:rPr>
              <w:t xml:space="preserve">ARI: </w:t>
            </w:r>
            <w:r>
              <w:t xml:space="preserve">It got help! </w:t>
            </w:r>
          </w:p>
        </w:tc>
      </w:tr>
      <w:tr w:rsidR="00AE7A24" w:rsidTr="00090B9F">
        <w:tc>
          <w:tcPr>
            <w:tcW w:w="2880" w:type="dxa"/>
          </w:tcPr>
          <w:p w:rsidR="00AE7A24" w:rsidRDefault="00090B9F">
            <w:r>
              <w:t>01:09:11:12</w:t>
            </w:r>
          </w:p>
        </w:tc>
        <w:tc>
          <w:tcPr>
            <w:tcW w:w="2880" w:type="dxa"/>
          </w:tcPr>
          <w:p w:rsidR="00AE7A24" w:rsidRPr="00090B9F" w:rsidRDefault="00AE7A24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:rsidR="00AE7A24" w:rsidRDefault="00090B9F">
            <w:r>
              <w:rPr>
                <w:b/>
              </w:rPr>
              <w:t xml:space="preserve">OLIVE: </w:t>
            </w:r>
            <w:r>
              <w:t xml:space="preserve">The ants are helping each </w:t>
            </w:r>
            <w:r>
              <w:t xml:space="preserve">other. </w:t>
            </w:r>
          </w:p>
        </w:tc>
      </w:tr>
      <w:tr w:rsidR="00AE7A24" w:rsidTr="00090B9F">
        <w:tc>
          <w:tcPr>
            <w:tcW w:w="2880" w:type="dxa"/>
          </w:tcPr>
          <w:p w:rsidR="00AE7A24" w:rsidRDefault="00090B9F">
            <w:r>
              <w:t>01:09:13:08</w:t>
            </w:r>
          </w:p>
        </w:tc>
        <w:tc>
          <w:tcPr>
            <w:tcW w:w="2880" w:type="dxa"/>
          </w:tcPr>
          <w:p w:rsidR="00AE7A24" w:rsidRPr="00090B9F" w:rsidRDefault="00AE7A24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:rsidR="00AE7A24" w:rsidRDefault="00090B9F">
            <w:r>
              <w:t xml:space="preserve">More ants </w:t>
            </w:r>
            <w:proofErr w:type="gramStart"/>
            <w:r>
              <w:t>means</w:t>
            </w:r>
            <w:proofErr w:type="gramEnd"/>
            <w:r>
              <w:t xml:space="preserve"> they can carry bigger things! </w:t>
            </w:r>
          </w:p>
        </w:tc>
      </w:tr>
      <w:tr w:rsidR="00AE7A24" w:rsidTr="00090B9F">
        <w:tc>
          <w:tcPr>
            <w:tcW w:w="2880" w:type="dxa"/>
          </w:tcPr>
          <w:p w:rsidR="00AE7A24" w:rsidRDefault="00090B9F">
            <w:r>
              <w:t>01:09:16:07</w:t>
            </w:r>
          </w:p>
        </w:tc>
        <w:tc>
          <w:tcPr>
            <w:tcW w:w="2880" w:type="dxa"/>
          </w:tcPr>
          <w:p w:rsidR="00AE7A24" w:rsidRPr="00090B9F" w:rsidRDefault="00AE7A24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:rsidR="00AE7A24" w:rsidRDefault="00090B9F">
            <w:r>
              <w:rPr>
                <w:b/>
              </w:rPr>
              <w:t xml:space="preserve">ARI: </w:t>
            </w:r>
            <w:r>
              <w:t xml:space="preserve">Yeah, I wish someone had helped me... </w:t>
            </w:r>
          </w:p>
        </w:tc>
      </w:tr>
      <w:tr w:rsidR="00AE7A24" w:rsidTr="00090B9F">
        <w:tc>
          <w:tcPr>
            <w:tcW w:w="2880" w:type="dxa"/>
          </w:tcPr>
          <w:p w:rsidR="00AE7A24" w:rsidRDefault="00090B9F">
            <w:r>
              <w:t>01:09:18:13</w:t>
            </w:r>
          </w:p>
        </w:tc>
        <w:tc>
          <w:tcPr>
            <w:tcW w:w="2880" w:type="dxa"/>
          </w:tcPr>
          <w:p w:rsidR="00AE7A24" w:rsidRPr="00090B9F" w:rsidRDefault="00AE7A24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:rsidR="00AE7A24" w:rsidRDefault="00090B9F">
            <w:r>
              <w:t xml:space="preserve">with the big couch cushion before. </w:t>
            </w:r>
          </w:p>
        </w:tc>
      </w:tr>
      <w:tr w:rsidR="00AE7A24" w:rsidTr="00090B9F">
        <w:tc>
          <w:tcPr>
            <w:tcW w:w="2880" w:type="dxa"/>
          </w:tcPr>
          <w:p w:rsidR="00AE7A24" w:rsidRDefault="00090B9F">
            <w:r>
              <w:t>01:09:20:13</w:t>
            </w:r>
          </w:p>
        </w:tc>
        <w:tc>
          <w:tcPr>
            <w:tcW w:w="2880" w:type="dxa"/>
          </w:tcPr>
          <w:p w:rsidR="00AE7A24" w:rsidRPr="00090B9F" w:rsidRDefault="00AE7A24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:rsidR="00AE7A24" w:rsidRDefault="00090B9F">
            <w:r>
              <w:t xml:space="preserve">It was </w:t>
            </w:r>
            <w:proofErr w:type="gramStart"/>
            <w:r>
              <w:t>really heavy</w:t>
            </w:r>
            <w:proofErr w:type="gramEnd"/>
            <w:r>
              <w:t xml:space="preserve">! </w:t>
            </w:r>
          </w:p>
        </w:tc>
      </w:tr>
      <w:tr w:rsidR="00AE7A24" w:rsidTr="00090B9F">
        <w:tc>
          <w:tcPr>
            <w:tcW w:w="2880" w:type="dxa"/>
          </w:tcPr>
          <w:p w:rsidR="00AE7A24" w:rsidRDefault="00090B9F">
            <w:r>
              <w:t>01:09:22:08</w:t>
            </w:r>
          </w:p>
        </w:tc>
        <w:tc>
          <w:tcPr>
            <w:tcW w:w="2880" w:type="dxa"/>
          </w:tcPr>
          <w:p w:rsidR="00AE7A24" w:rsidRPr="00090B9F" w:rsidRDefault="00AE7A24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:rsidR="00AE7A24" w:rsidRDefault="00090B9F">
            <w:r>
              <w:rPr>
                <w:b/>
              </w:rPr>
              <w:t xml:space="preserve">ELINOR: </w:t>
            </w:r>
            <w:r>
              <w:t xml:space="preserve">Hmmm. </w:t>
            </w:r>
          </w:p>
        </w:tc>
      </w:tr>
      <w:tr w:rsidR="00AE7A24" w:rsidTr="00090B9F">
        <w:tc>
          <w:tcPr>
            <w:tcW w:w="2880" w:type="dxa"/>
          </w:tcPr>
          <w:p w:rsidR="00AE7A24" w:rsidRDefault="00090B9F">
            <w:r>
              <w:t>01:09:23:29</w:t>
            </w:r>
          </w:p>
        </w:tc>
        <w:tc>
          <w:tcPr>
            <w:tcW w:w="2880" w:type="dxa"/>
          </w:tcPr>
          <w:p w:rsidR="00AE7A24" w:rsidRPr="00090B9F" w:rsidRDefault="00AE7A24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:rsidR="00AE7A24" w:rsidRDefault="00090B9F">
            <w:r>
              <w:rPr>
                <w:b/>
              </w:rPr>
              <w:t xml:space="preserve">ARI: </w:t>
            </w:r>
            <w:r>
              <w:t xml:space="preserve">Wow, they make the anthill together. </w:t>
            </w:r>
          </w:p>
        </w:tc>
      </w:tr>
      <w:tr w:rsidR="00AE7A24" w:rsidTr="00090B9F">
        <w:tc>
          <w:tcPr>
            <w:tcW w:w="2880" w:type="dxa"/>
          </w:tcPr>
          <w:p w:rsidR="00AE7A24" w:rsidRDefault="00090B9F">
            <w:r>
              <w:t>01:09:27:06</w:t>
            </w:r>
          </w:p>
        </w:tc>
        <w:tc>
          <w:tcPr>
            <w:tcW w:w="2880" w:type="dxa"/>
          </w:tcPr>
          <w:p w:rsidR="00AE7A24" w:rsidRPr="00090B9F" w:rsidRDefault="00AE7A24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:rsidR="00AE7A24" w:rsidRDefault="00090B9F">
            <w:r>
              <w:rPr>
                <w:b/>
              </w:rPr>
              <w:t xml:space="preserve">OLIVE: </w:t>
            </w:r>
            <w:r>
              <w:t xml:space="preserve">And they don't fight over the things they bring! </w:t>
            </w:r>
          </w:p>
        </w:tc>
      </w:tr>
      <w:tr w:rsidR="00AE7A24" w:rsidTr="00090B9F">
        <w:tc>
          <w:tcPr>
            <w:tcW w:w="2880" w:type="dxa"/>
          </w:tcPr>
          <w:p w:rsidR="00AE7A24" w:rsidRDefault="00090B9F">
            <w:r>
              <w:t>01:09:29:26</w:t>
            </w:r>
          </w:p>
        </w:tc>
        <w:tc>
          <w:tcPr>
            <w:tcW w:w="2880" w:type="dxa"/>
          </w:tcPr>
          <w:p w:rsidR="00AE7A24" w:rsidRPr="00090B9F" w:rsidRDefault="00AE7A24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:rsidR="00AE7A24" w:rsidRDefault="00090B9F">
            <w:r>
              <w:t xml:space="preserve">Helping each other is the only way these tiny ants... </w:t>
            </w:r>
          </w:p>
        </w:tc>
      </w:tr>
      <w:tr w:rsidR="00AE7A24" w:rsidTr="00090B9F">
        <w:tc>
          <w:tcPr>
            <w:tcW w:w="2880" w:type="dxa"/>
          </w:tcPr>
          <w:p w:rsidR="00AE7A24" w:rsidRDefault="00090B9F">
            <w:r>
              <w:t>01:09:33:02</w:t>
            </w:r>
          </w:p>
        </w:tc>
        <w:tc>
          <w:tcPr>
            <w:tcW w:w="2880" w:type="dxa"/>
          </w:tcPr>
          <w:p w:rsidR="00AE7A24" w:rsidRPr="00090B9F" w:rsidRDefault="00AE7A24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:rsidR="00AE7A24" w:rsidRDefault="00090B9F">
            <w:r>
              <w:t xml:space="preserve">can build this amazing anthill. </w:t>
            </w:r>
          </w:p>
        </w:tc>
      </w:tr>
      <w:tr w:rsidR="00AE7A24" w:rsidTr="00090B9F">
        <w:tc>
          <w:tcPr>
            <w:tcW w:w="2880" w:type="dxa"/>
          </w:tcPr>
          <w:p w:rsidR="00AE7A24" w:rsidRDefault="00090B9F">
            <w:r>
              <w:t>01:09:35:04</w:t>
            </w:r>
          </w:p>
        </w:tc>
        <w:tc>
          <w:tcPr>
            <w:tcW w:w="2880" w:type="dxa"/>
          </w:tcPr>
          <w:p w:rsidR="00AE7A24" w:rsidRPr="00090B9F" w:rsidRDefault="00AE7A24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:rsidR="00AE7A24" w:rsidRDefault="00090B9F">
            <w:r>
              <w:rPr>
                <w:b/>
              </w:rPr>
              <w:t xml:space="preserve">ARI: </w:t>
            </w:r>
            <w:r>
              <w:t xml:space="preserve">They also share their building material. </w:t>
            </w:r>
          </w:p>
        </w:tc>
      </w:tr>
      <w:tr w:rsidR="00AE7A24" w:rsidTr="00090B9F">
        <w:tc>
          <w:tcPr>
            <w:tcW w:w="2880" w:type="dxa"/>
          </w:tcPr>
          <w:p w:rsidR="00AE7A24" w:rsidRDefault="00090B9F">
            <w:r>
              <w:t>01:09:38:07</w:t>
            </w:r>
          </w:p>
        </w:tc>
        <w:tc>
          <w:tcPr>
            <w:tcW w:w="2880" w:type="dxa"/>
          </w:tcPr>
          <w:p w:rsidR="00AE7A24" w:rsidRPr="00090B9F" w:rsidRDefault="00AE7A24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:rsidR="00AE7A24" w:rsidRDefault="00090B9F">
            <w:r>
              <w:rPr>
                <w:b/>
              </w:rPr>
              <w:t xml:space="preserve">ELINOR: </w:t>
            </w:r>
            <w:r>
              <w:t xml:space="preserve">We didn't do that, we tried building too many things. </w:t>
            </w:r>
          </w:p>
        </w:tc>
      </w:tr>
      <w:tr w:rsidR="00AE7A24" w:rsidTr="00090B9F">
        <w:tc>
          <w:tcPr>
            <w:tcW w:w="2880" w:type="dxa"/>
          </w:tcPr>
          <w:p w:rsidR="00AE7A24" w:rsidRDefault="00090B9F">
            <w:r>
              <w:t>01:09:42:14</w:t>
            </w:r>
          </w:p>
        </w:tc>
        <w:tc>
          <w:tcPr>
            <w:tcW w:w="2880" w:type="dxa"/>
          </w:tcPr>
          <w:p w:rsidR="00AE7A24" w:rsidRPr="00090B9F" w:rsidRDefault="00AE7A24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:rsidR="00AE7A24" w:rsidRDefault="00090B9F">
            <w:r>
              <w:t xml:space="preserve">And we ended up taking from each other... </w:t>
            </w:r>
          </w:p>
        </w:tc>
      </w:tr>
      <w:tr w:rsidR="00AE7A24" w:rsidTr="00090B9F">
        <w:tc>
          <w:tcPr>
            <w:tcW w:w="2880" w:type="dxa"/>
          </w:tcPr>
          <w:p w:rsidR="00AE7A24" w:rsidRDefault="00090B9F">
            <w:r>
              <w:t>01:09:45:05</w:t>
            </w:r>
          </w:p>
        </w:tc>
        <w:tc>
          <w:tcPr>
            <w:tcW w:w="2880" w:type="dxa"/>
          </w:tcPr>
          <w:p w:rsidR="00AE7A24" w:rsidRPr="00090B9F" w:rsidRDefault="00AE7A24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:rsidR="00AE7A24" w:rsidRDefault="00090B9F">
            <w:r>
              <w:t xml:space="preserve">instead of helping each other. </w:t>
            </w:r>
          </w:p>
        </w:tc>
      </w:tr>
      <w:tr w:rsidR="00AE7A24" w:rsidTr="00090B9F">
        <w:tc>
          <w:tcPr>
            <w:tcW w:w="2880" w:type="dxa"/>
          </w:tcPr>
          <w:p w:rsidR="00AE7A24" w:rsidRDefault="00090B9F">
            <w:r>
              <w:t>01:09:47:25</w:t>
            </w:r>
          </w:p>
        </w:tc>
        <w:tc>
          <w:tcPr>
            <w:tcW w:w="2880" w:type="dxa"/>
          </w:tcPr>
          <w:p w:rsidR="00AE7A24" w:rsidRPr="00090B9F" w:rsidRDefault="00AE7A24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:rsidR="00AE7A24" w:rsidRDefault="00090B9F">
            <w:r>
              <w:rPr>
                <w:b/>
              </w:rPr>
              <w:t xml:space="preserve">ELINOR: </w:t>
            </w:r>
            <w:r>
              <w:t xml:space="preserve">That's it! I know how we're going to build </w:t>
            </w:r>
            <w:r>
              <w:lastRenderedPageBreak/>
              <w:t xml:space="preserve">our castle! </w:t>
            </w:r>
          </w:p>
        </w:tc>
      </w:tr>
      <w:tr w:rsidR="00AE7A24" w:rsidTr="00090B9F">
        <w:tc>
          <w:tcPr>
            <w:tcW w:w="2880" w:type="dxa"/>
          </w:tcPr>
          <w:p w:rsidR="00AE7A24" w:rsidRDefault="00090B9F">
            <w:r>
              <w:lastRenderedPageBreak/>
              <w:t>01:09:51:17</w:t>
            </w:r>
          </w:p>
        </w:tc>
        <w:tc>
          <w:tcPr>
            <w:tcW w:w="2880" w:type="dxa"/>
          </w:tcPr>
          <w:p w:rsidR="00AE7A24" w:rsidRPr="00090B9F" w:rsidRDefault="00AE7A24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:rsidR="00AE7A24" w:rsidRDefault="00090B9F">
            <w:r>
              <w:rPr>
                <w:b/>
              </w:rPr>
              <w:t xml:space="preserve">OLIVE: </w:t>
            </w:r>
            <w:r>
              <w:t xml:space="preserve">How, Elinor? </w:t>
            </w:r>
          </w:p>
        </w:tc>
      </w:tr>
      <w:tr w:rsidR="00AE7A24" w:rsidTr="00090B9F">
        <w:tc>
          <w:tcPr>
            <w:tcW w:w="2880" w:type="dxa"/>
          </w:tcPr>
          <w:p w:rsidR="00AE7A24" w:rsidRDefault="00090B9F">
            <w:r>
              <w:t>01:09:53:29</w:t>
            </w:r>
          </w:p>
        </w:tc>
        <w:tc>
          <w:tcPr>
            <w:tcW w:w="2880" w:type="dxa"/>
          </w:tcPr>
          <w:p w:rsidR="00AE7A24" w:rsidRPr="00090B9F" w:rsidRDefault="00AE7A24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:rsidR="00AE7A24" w:rsidRDefault="00090B9F">
            <w:r>
              <w:rPr>
                <w:b/>
              </w:rPr>
              <w:t xml:space="preserve">ELINOR: </w:t>
            </w:r>
            <w:r>
              <w:t xml:space="preserve">We </w:t>
            </w:r>
            <w:proofErr w:type="gramStart"/>
            <w:r>
              <w:t>have to</w:t>
            </w:r>
            <w:proofErr w:type="gramEnd"/>
            <w:r>
              <w:t xml:space="preserve"> act like ants! </w:t>
            </w:r>
          </w:p>
        </w:tc>
      </w:tr>
      <w:tr w:rsidR="00AE7A24" w:rsidTr="00090B9F">
        <w:tc>
          <w:tcPr>
            <w:tcW w:w="2880" w:type="dxa"/>
          </w:tcPr>
          <w:p w:rsidR="00AE7A24" w:rsidRDefault="00090B9F">
            <w:r>
              <w:t>01:10:04:03</w:t>
            </w:r>
          </w:p>
        </w:tc>
        <w:tc>
          <w:tcPr>
            <w:tcW w:w="2880" w:type="dxa"/>
          </w:tcPr>
          <w:p w:rsidR="00AE7A24" w:rsidRPr="00090B9F" w:rsidRDefault="00AE7A24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:rsidR="00AE7A24" w:rsidRDefault="00090B9F">
            <w:r>
              <w:rPr>
                <w:b/>
              </w:rPr>
              <w:t xml:space="preserve">ELINOR: </w:t>
            </w:r>
            <w:r>
              <w:t xml:space="preserve">Okay, ant builders! </w:t>
            </w:r>
          </w:p>
        </w:tc>
      </w:tr>
      <w:tr w:rsidR="00AE7A24" w:rsidTr="00090B9F">
        <w:tc>
          <w:tcPr>
            <w:tcW w:w="2880" w:type="dxa"/>
          </w:tcPr>
          <w:p w:rsidR="00AE7A24" w:rsidRDefault="00090B9F">
            <w:r>
              <w:t>01:10:05:14</w:t>
            </w:r>
          </w:p>
        </w:tc>
        <w:tc>
          <w:tcPr>
            <w:tcW w:w="2880" w:type="dxa"/>
          </w:tcPr>
          <w:p w:rsidR="00AE7A24" w:rsidRPr="00090B9F" w:rsidRDefault="00AE7A24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:rsidR="00AE7A24" w:rsidRDefault="00090B9F">
            <w:r>
              <w:t xml:space="preserve">Let's build our castle! </w:t>
            </w:r>
          </w:p>
        </w:tc>
      </w:tr>
      <w:tr w:rsidR="00AE7A24" w:rsidTr="00090B9F">
        <w:tc>
          <w:tcPr>
            <w:tcW w:w="2880" w:type="dxa"/>
          </w:tcPr>
          <w:p w:rsidR="00AE7A24" w:rsidRDefault="00090B9F">
            <w:r>
              <w:t>01:10:07:05</w:t>
            </w:r>
          </w:p>
        </w:tc>
        <w:tc>
          <w:tcPr>
            <w:tcW w:w="2880" w:type="dxa"/>
          </w:tcPr>
          <w:p w:rsidR="00AE7A24" w:rsidRPr="00090B9F" w:rsidRDefault="00AE7A24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:rsidR="00AE7A24" w:rsidRDefault="00090B9F">
            <w:r>
              <w:rPr>
                <w:b/>
              </w:rPr>
              <w:t xml:space="preserve">OLIVE: </w:t>
            </w:r>
            <w:r>
              <w:t xml:space="preserve">Awesome! </w:t>
            </w:r>
            <w:r>
              <w:rPr>
                <w:b/>
              </w:rPr>
              <w:t xml:space="preserve">ARI: </w:t>
            </w:r>
            <w:r>
              <w:t xml:space="preserve">Woo-hoo! </w:t>
            </w:r>
          </w:p>
        </w:tc>
      </w:tr>
      <w:tr w:rsidR="00AE7A24" w:rsidTr="00090B9F">
        <w:tc>
          <w:tcPr>
            <w:tcW w:w="2880" w:type="dxa"/>
          </w:tcPr>
          <w:p w:rsidR="00AE7A24" w:rsidRDefault="00090B9F">
            <w:r>
              <w:t>01:10:08:05</w:t>
            </w:r>
          </w:p>
        </w:tc>
        <w:tc>
          <w:tcPr>
            <w:tcW w:w="2880" w:type="dxa"/>
          </w:tcPr>
          <w:p w:rsidR="00AE7A24" w:rsidRPr="00090B9F" w:rsidRDefault="00AE7A24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:rsidR="00AE7A24" w:rsidRDefault="00090B9F">
            <w:r>
              <w:t xml:space="preserve">[ººº] </w:t>
            </w:r>
          </w:p>
        </w:tc>
      </w:tr>
      <w:tr w:rsidR="00AE7A24" w:rsidTr="00090B9F">
        <w:tc>
          <w:tcPr>
            <w:tcW w:w="2880" w:type="dxa"/>
          </w:tcPr>
          <w:p w:rsidR="00AE7A24" w:rsidRDefault="00090B9F">
            <w:r>
              <w:t>01:10:09:05</w:t>
            </w:r>
          </w:p>
        </w:tc>
        <w:tc>
          <w:tcPr>
            <w:tcW w:w="2880" w:type="dxa"/>
          </w:tcPr>
          <w:p w:rsidR="00AE7A24" w:rsidRPr="00090B9F" w:rsidRDefault="00AE7A24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:rsidR="00AE7A24" w:rsidRDefault="00090B9F">
            <w:r>
              <w:rPr>
                <w:b/>
              </w:rPr>
              <w:t xml:space="preserve">ELINOR: </w:t>
            </w:r>
            <w:r>
              <w:t xml:space="preserve">º It's everyone, it's not just me º </w:t>
            </w:r>
          </w:p>
        </w:tc>
      </w:tr>
      <w:tr w:rsidR="00AE7A24" w:rsidTr="00090B9F">
        <w:tc>
          <w:tcPr>
            <w:tcW w:w="2880" w:type="dxa"/>
          </w:tcPr>
          <w:p w:rsidR="00AE7A24" w:rsidRDefault="00090B9F">
            <w:r>
              <w:t>01:10:12:12</w:t>
            </w:r>
          </w:p>
        </w:tc>
        <w:tc>
          <w:tcPr>
            <w:tcW w:w="2880" w:type="dxa"/>
          </w:tcPr>
          <w:p w:rsidR="00AE7A24" w:rsidRPr="00090B9F" w:rsidRDefault="00AE7A24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:rsidR="00AE7A24" w:rsidRDefault="00090B9F">
            <w:r>
              <w:t xml:space="preserve">º who builds a castle carefully. º </w:t>
            </w:r>
          </w:p>
        </w:tc>
      </w:tr>
      <w:tr w:rsidR="00AE7A24" w:rsidTr="00090B9F">
        <w:tc>
          <w:tcPr>
            <w:tcW w:w="2880" w:type="dxa"/>
          </w:tcPr>
          <w:p w:rsidR="00AE7A24" w:rsidRDefault="00090B9F">
            <w:r>
              <w:t>01:10:15:24</w:t>
            </w:r>
          </w:p>
        </w:tc>
        <w:tc>
          <w:tcPr>
            <w:tcW w:w="2880" w:type="dxa"/>
          </w:tcPr>
          <w:p w:rsidR="00AE7A24" w:rsidRPr="00090B9F" w:rsidRDefault="00AE7A24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:rsidR="00AE7A24" w:rsidRDefault="00090B9F">
            <w:r>
              <w:rPr>
                <w:b/>
              </w:rPr>
              <w:t xml:space="preserve">OLIVE: </w:t>
            </w:r>
            <w:r>
              <w:t xml:space="preserve">º 'Cause when you stop and think it through, º </w:t>
            </w:r>
          </w:p>
        </w:tc>
      </w:tr>
      <w:tr w:rsidR="00AE7A24" w:rsidTr="00090B9F">
        <w:tc>
          <w:tcPr>
            <w:tcW w:w="2880" w:type="dxa"/>
          </w:tcPr>
          <w:p w:rsidR="00AE7A24" w:rsidRDefault="00090B9F">
            <w:r>
              <w:t>01:10:19:04</w:t>
            </w:r>
          </w:p>
        </w:tc>
        <w:tc>
          <w:tcPr>
            <w:tcW w:w="2880" w:type="dxa"/>
          </w:tcPr>
          <w:p w:rsidR="00AE7A24" w:rsidRPr="00090B9F" w:rsidRDefault="00AE7A24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:rsidR="00AE7A24" w:rsidRDefault="00090B9F">
            <w:r>
              <w:t xml:space="preserve">º it </w:t>
            </w:r>
            <w:r>
              <w:t xml:space="preserve">helps to know just what to do. º </w:t>
            </w:r>
          </w:p>
        </w:tc>
      </w:tr>
      <w:tr w:rsidR="00AE7A24" w:rsidTr="00090B9F">
        <w:tc>
          <w:tcPr>
            <w:tcW w:w="2880" w:type="dxa"/>
          </w:tcPr>
          <w:p w:rsidR="00AE7A24" w:rsidRDefault="00090B9F">
            <w:r>
              <w:t>01:10:22:17</w:t>
            </w:r>
          </w:p>
        </w:tc>
        <w:tc>
          <w:tcPr>
            <w:tcW w:w="2880" w:type="dxa"/>
          </w:tcPr>
          <w:p w:rsidR="00AE7A24" w:rsidRPr="00090B9F" w:rsidRDefault="00AE7A24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:rsidR="00AE7A24" w:rsidRDefault="00090B9F">
            <w:r>
              <w:rPr>
                <w:b/>
              </w:rPr>
              <w:t xml:space="preserve">ARI: </w:t>
            </w:r>
            <w:r>
              <w:t xml:space="preserve">º So if I need the biggest cushion, º </w:t>
            </w:r>
          </w:p>
        </w:tc>
      </w:tr>
      <w:tr w:rsidR="00AE7A24" w:rsidTr="00090B9F">
        <w:tc>
          <w:tcPr>
            <w:tcW w:w="2880" w:type="dxa"/>
          </w:tcPr>
          <w:p w:rsidR="00AE7A24" w:rsidRDefault="00090B9F">
            <w:r>
              <w:t>01:10:25:19</w:t>
            </w:r>
          </w:p>
        </w:tc>
        <w:tc>
          <w:tcPr>
            <w:tcW w:w="2880" w:type="dxa"/>
          </w:tcPr>
          <w:p w:rsidR="00AE7A24" w:rsidRPr="00090B9F" w:rsidRDefault="00AE7A24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:rsidR="00AE7A24" w:rsidRDefault="00090B9F">
            <w:r>
              <w:rPr>
                <w:b/>
              </w:rPr>
              <w:t xml:space="preserve">ELINOR </w:t>
            </w:r>
            <w:r>
              <w:t xml:space="preserve">/ </w:t>
            </w:r>
            <w:r>
              <w:rPr>
                <w:b/>
              </w:rPr>
              <w:t xml:space="preserve">OLIVE: </w:t>
            </w:r>
            <w:r>
              <w:t xml:space="preserve">º We'll be   helping you with the </w:t>
            </w:r>
            <w:proofErr w:type="gramStart"/>
            <w:r>
              <w:t>pushing.º</w:t>
            </w:r>
            <w:proofErr w:type="gramEnd"/>
            <w:r>
              <w:t xml:space="preserve"> </w:t>
            </w:r>
          </w:p>
        </w:tc>
      </w:tr>
      <w:tr w:rsidR="00AE7A24" w:rsidTr="00090B9F">
        <w:tc>
          <w:tcPr>
            <w:tcW w:w="2880" w:type="dxa"/>
          </w:tcPr>
          <w:p w:rsidR="00AE7A24" w:rsidRDefault="00090B9F">
            <w:r>
              <w:t>01:10:29:10</w:t>
            </w:r>
          </w:p>
        </w:tc>
        <w:tc>
          <w:tcPr>
            <w:tcW w:w="2880" w:type="dxa"/>
          </w:tcPr>
          <w:p w:rsidR="00AE7A24" w:rsidRPr="00090B9F" w:rsidRDefault="00AE7A24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:rsidR="00AE7A24" w:rsidRDefault="00090B9F">
            <w:proofErr w:type="gramStart"/>
            <w:r>
              <w:rPr>
                <w:b/>
              </w:rPr>
              <w:t>ARI:º</w:t>
            </w:r>
            <w:proofErr w:type="gramEnd"/>
            <w:r>
              <w:rPr>
                <w:b/>
              </w:rPr>
              <w:t xml:space="preserve"> </w:t>
            </w:r>
            <w:r>
              <w:t xml:space="preserve">'Cause doing it together's fun º </w:t>
            </w:r>
          </w:p>
        </w:tc>
      </w:tr>
      <w:tr w:rsidR="00AE7A24" w:rsidTr="00090B9F">
        <w:tc>
          <w:tcPr>
            <w:tcW w:w="2880" w:type="dxa"/>
          </w:tcPr>
          <w:p w:rsidR="00AE7A24" w:rsidRDefault="00090B9F">
            <w:r>
              <w:t>01:10:32:07</w:t>
            </w:r>
          </w:p>
        </w:tc>
        <w:tc>
          <w:tcPr>
            <w:tcW w:w="2880" w:type="dxa"/>
          </w:tcPr>
          <w:p w:rsidR="00AE7A24" w:rsidRPr="00090B9F" w:rsidRDefault="00AE7A24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:rsidR="00AE7A24" w:rsidRDefault="00090B9F">
            <w:r>
              <w:rPr>
                <w:b/>
              </w:rPr>
              <w:t xml:space="preserve">ALL: </w:t>
            </w:r>
            <w:r>
              <w:t xml:space="preserve">º </w:t>
            </w:r>
            <w:proofErr w:type="gramStart"/>
            <w:r>
              <w:t>And</w:t>
            </w:r>
            <w:proofErr w:type="gramEnd"/>
            <w:r>
              <w:t xml:space="preserve"> three ants</w:t>
            </w:r>
            <w:r>
              <w:t xml:space="preserve"> can lift more than one! º </w:t>
            </w:r>
          </w:p>
        </w:tc>
      </w:tr>
      <w:tr w:rsidR="00AE7A24" w:rsidTr="00090B9F">
        <w:tc>
          <w:tcPr>
            <w:tcW w:w="2880" w:type="dxa"/>
          </w:tcPr>
          <w:p w:rsidR="00AE7A24" w:rsidRDefault="00090B9F">
            <w:r>
              <w:t>01:10:36:10</w:t>
            </w:r>
          </w:p>
        </w:tc>
        <w:tc>
          <w:tcPr>
            <w:tcW w:w="2880" w:type="dxa"/>
          </w:tcPr>
          <w:p w:rsidR="00AE7A24" w:rsidRPr="00090B9F" w:rsidRDefault="00AE7A24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:rsidR="00AE7A24" w:rsidRDefault="00090B9F">
            <w:r>
              <w:rPr>
                <w:b/>
              </w:rPr>
              <w:t xml:space="preserve">ALL: </w:t>
            </w:r>
            <w:r>
              <w:t xml:space="preserve">º Let's work together! º </w:t>
            </w:r>
          </w:p>
        </w:tc>
      </w:tr>
      <w:tr w:rsidR="00AE7A24" w:rsidTr="00090B9F">
        <w:tc>
          <w:tcPr>
            <w:tcW w:w="2880" w:type="dxa"/>
          </w:tcPr>
          <w:p w:rsidR="00AE7A24" w:rsidRDefault="00090B9F">
            <w:r>
              <w:t>01:10:38:11</w:t>
            </w:r>
          </w:p>
        </w:tc>
        <w:tc>
          <w:tcPr>
            <w:tcW w:w="2880" w:type="dxa"/>
          </w:tcPr>
          <w:p w:rsidR="00AE7A24" w:rsidRPr="00090B9F" w:rsidRDefault="00AE7A24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:rsidR="00AE7A24" w:rsidRDefault="00090B9F">
            <w:r>
              <w:t xml:space="preserve">º Let's work together! º </w:t>
            </w:r>
          </w:p>
        </w:tc>
      </w:tr>
      <w:tr w:rsidR="00AE7A24" w:rsidTr="00090B9F">
        <w:tc>
          <w:tcPr>
            <w:tcW w:w="2880" w:type="dxa"/>
          </w:tcPr>
          <w:p w:rsidR="00AE7A24" w:rsidRDefault="00090B9F">
            <w:r>
              <w:t>01:10:39:28</w:t>
            </w:r>
          </w:p>
        </w:tc>
        <w:tc>
          <w:tcPr>
            <w:tcW w:w="2880" w:type="dxa"/>
          </w:tcPr>
          <w:p w:rsidR="00AE7A24" w:rsidRPr="00090B9F" w:rsidRDefault="00AE7A24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:rsidR="00AE7A24" w:rsidRDefault="00090B9F">
            <w:r>
              <w:t xml:space="preserve">º That's the way we do it </w:t>
            </w:r>
            <w:r>
              <w:lastRenderedPageBreak/>
              <w:t xml:space="preserve">better. º </w:t>
            </w:r>
          </w:p>
        </w:tc>
      </w:tr>
      <w:tr w:rsidR="00AE7A24" w:rsidTr="00090B9F">
        <w:tc>
          <w:tcPr>
            <w:tcW w:w="2880" w:type="dxa"/>
          </w:tcPr>
          <w:p w:rsidR="00AE7A24" w:rsidRDefault="00090B9F">
            <w:r>
              <w:lastRenderedPageBreak/>
              <w:t>01:10:43:07</w:t>
            </w:r>
          </w:p>
        </w:tc>
        <w:tc>
          <w:tcPr>
            <w:tcW w:w="2880" w:type="dxa"/>
          </w:tcPr>
          <w:p w:rsidR="00AE7A24" w:rsidRPr="00090B9F" w:rsidRDefault="00AE7A24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:rsidR="00AE7A24" w:rsidRDefault="00090B9F">
            <w:r>
              <w:rPr>
                <w:b/>
              </w:rPr>
              <w:t xml:space="preserve">ARI: </w:t>
            </w:r>
            <w:r>
              <w:t xml:space="preserve">º </w:t>
            </w:r>
            <w:proofErr w:type="gramStart"/>
            <w:r>
              <w:t>An</w:t>
            </w:r>
            <w:proofErr w:type="gramEnd"/>
            <w:r>
              <w:t xml:space="preserve"> ant can't do it all alone. º </w:t>
            </w:r>
          </w:p>
        </w:tc>
      </w:tr>
      <w:tr w:rsidR="00AE7A24" w:rsidTr="00090B9F">
        <w:tc>
          <w:tcPr>
            <w:tcW w:w="2880" w:type="dxa"/>
          </w:tcPr>
          <w:p w:rsidR="00AE7A24" w:rsidRDefault="00090B9F">
            <w:r>
              <w:t>01:10:46:05</w:t>
            </w:r>
          </w:p>
        </w:tc>
        <w:tc>
          <w:tcPr>
            <w:tcW w:w="2880" w:type="dxa"/>
          </w:tcPr>
          <w:p w:rsidR="00AE7A24" w:rsidRPr="00090B9F" w:rsidRDefault="00AE7A24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:rsidR="00AE7A24" w:rsidRDefault="00090B9F">
            <w:r>
              <w:rPr>
                <w:b/>
              </w:rPr>
              <w:t xml:space="preserve">ALL: </w:t>
            </w:r>
            <w:r>
              <w:t xml:space="preserve">º </w:t>
            </w:r>
            <w:proofErr w:type="gramStart"/>
            <w:r>
              <w:t>But</w:t>
            </w:r>
            <w:proofErr w:type="gramEnd"/>
            <w:r>
              <w:t xml:space="preserve"> we can do </w:t>
            </w:r>
            <w:r>
              <w:t xml:space="preserve">it... º </w:t>
            </w:r>
          </w:p>
        </w:tc>
      </w:tr>
      <w:tr w:rsidR="00AE7A24" w:rsidTr="00090B9F">
        <w:tc>
          <w:tcPr>
            <w:tcW w:w="2880" w:type="dxa"/>
          </w:tcPr>
          <w:p w:rsidR="00AE7A24" w:rsidRDefault="00090B9F">
            <w:r>
              <w:t>01:10:48:05</w:t>
            </w:r>
          </w:p>
        </w:tc>
        <w:tc>
          <w:tcPr>
            <w:tcW w:w="2880" w:type="dxa"/>
          </w:tcPr>
          <w:p w:rsidR="00AE7A24" w:rsidRPr="00090B9F" w:rsidRDefault="00AE7A24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:rsidR="00AE7A24" w:rsidRDefault="00090B9F">
            <w:r>
              <w:t xml:space="preserve">º Together! º </w:t>
            </w:r>
          </w:p>
        </w:tc>
      </w:tr>
      <w:tr w:rsidR="00AE7A24" w:rsidTr="00090B9F">
        <w:tc>
          <w:tcPr>
            <w:tcW w:w="2880" w:type="dxa"/>
          </w:tcPr>
          <w:p w:rsidR="00AE7A24" w:rsidRDefault="00090B9F">
            <w:r>
              <w:t>01:10:53:10</w:t>
            </w:r>
          </w:p>
        </w:tc>
        <w:tc>
          <w:tcPr>
            <w:tcW w:w="2880" w:type="dxa"/>
          </w:tcPr>
          <w:p w:rsidR="00AE7A24" w:rsidRPr="00090B9F" w:rsidRDefault="00AE7A24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:rsidR="00AE7A24" w:rsidRDefault="00090B9F">
            <w:r>
              <w:rPr>
                <w:b/>
              </w:rPr>
              <w:t xml:space="preserve">ARI: </w:t>
            </w:r>
            <w:r>
              <w:t xml:space="preserve">We worked together just like the ants! </w:t>
            </w:r>
          </w:p>
        </w:tc>
      </w:tr>
      <w:tr w:rsidR="00AE7A24" w:rsidTr="00090B9F">
        <w:tc>
          <w:tcPr>
            <w:tcW w:w="2880" w:type="dxa"/>
          </w:tcPr>
          <w:p w:rsidR="00AE7A24" w:rsidRDefault="00090B9F">
            <w:r>
              <w:t>01:10:55:20</w:t>
            </w:r>
          </w:p>
        </w:tc>
        <w:tc>
          <w:tcPr>
            <w:tcW w:w="2880" w:type="dxa"/>
          </w:tcPr>
          <w:p w:rsidR="00AE7A24" w:rsidRPr="00090B9F" w:rsidRDefault="00AE7A24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:rsidR="00AE7A24" w:rsidRDefault="00090B9F">
            <w:r>
              <w:rPr>
                <w:b/>
              </w:rPr>
              <w:t xml:space="preserve">OLIVE: </w:t>
            </w:r>
            <w:r>
              <w:t xml:space="preserve">Yeah! </w:t>
            </w:r>
          </w:p>
        </w:tc>
      </w:tr>
      <w:tr w:rsidR="00AE7A24" w:rsidTr="00090B9F">
        <w:tc>
          <w:tcPr>
            <w:tcW w:w="2880" w:type="dxa"/>
          </w:tcPr>
          <w:p w:rsidR="00AE7A24" w:rsidRDefault="00090B9F">
            <w:r>
              <w:t>01:10:56:20</w:t>
            </w:r>
          </w:p>
        </w:tc>
        <w:tc>
          <w:tcPr>
            <w:tcW w:w="2880" w:type="dxa"/>
          </w:tcPr>
          <w:p w:rsidR="00AE7A24" w:rsidRPr="00090B9F" w:rsidRDefault="00AE7A24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:rsidR="00AE7A24" w:rsidRDefault="00090B9F">
            <w:r>
              <w:t xml:space="preserve">We helped each other, and we shared the pillows... </w:t>
            </w:r>
          </w:p>
        </w:tc>
      </w:tr>
      <w:tr w:rsidR="00AE7A24" w:rsidTr="00090B9F">
        <w:tc>
          <w:tcPr>
            <w:tcW w:w="2880" w:type="dxa"/>
          </w:tcPr>
          <w:p w:rsidR="00AE7A24" w:rsidRDefault="00090B9F">
            <w:r>
              <w:t>01:10:59:04</w:t>
            </w:r>
          </w:p>
        </w:tc>
        <w:tc>
          <w:tcPr>
            <w:tcW w:w="2880" w:type="dxa"/>
          </w:tcPr>
          <w:p w:rsidR="00AE7A24" w:rsidRPr="00090B9F" w:rsidRDefault="00AE7A24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:rsidR="00AE7A24" w:rsidRDefault="00090B9F">
            <w:r>
              <w:rPr>
                <w:b/>
              </w:rPr>
              <w:t xml:space="preserve">ELINOR: </w:t>
            </w:r>
            <w:r>
              <w:t xml:space="preserve">...and we made an amazingly </w:t>
            </w:r>
            <w:r>
              <w:t xml:space="preserve">awesome incredible </w:t>
            </w:r>
          </w:p>
        </w:tc>
      </w:tr>
      <w:tr w:rsidR="00AE7A24" w:rsidTr="00090B9F">
        <w:tc>
          <w:tcPr>
            <w:tcW w:w="2880" w:type="dxa"/>
          </w:tcPr>
          <w:p w:rsidR="00AE7A24" w:rsidRDefault="00090B9F">
            <w:r>
              <w:t>01:11:04:13</w:t>
            </w:r>
          </w:p>
        </w:tc>
        <w:tc>
          <w:tcPr>
            <w:tcW w:w="2880" w:type="dxa"/>
          </w:tcPr>
          <w:p w:rsidR="00AE7A24" w:rsidRPr="00090B9F" w:rsidRDefault="00AE7A24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:rsidR="00AE7A24" w:rsidRDefault="00090B9F">
            <w:r>
              <w:t xml:space="preserve">ant hill castle! </w:t>
            </w:r>
          </w:p>
        </w:tc>
      </w:tr>
      <w:tr w:rsidR="00AE7A24" w:rsidTr="00090B9F">
        <w:tc>
          <w:tcPr>
            <w:tcW w:w="2880" w:type="dxa"/>
          </w:tcPr>
          <w:p w:rsidR="00AE7A24" w:rsidRDefault="00090B9F">
            <w:r>
              <w:t>01:11:08:12</w:t>
            </w:r>
          </w:p>
        </w:tc>
        <w:tc>
          <w:tcPr>
            <w:tcW w:w="2880" w:type="dxa"/>
          </w:tcPr>
          <w:p w:rsidR="00AE7A24" w:rsidRPr="00090B9F" w:rsidRDefault="00AE7A24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:rsidR="00AE7A24" w:rsidRDefault="00090B9F">
            <w:r>
              <w:rPr>
                <w:b/>
              </w:rPr>
              <w:t xml:space="preserve">ALL: </w:t>
            </w:r>
            <w:r>
              <w:t xml:space="preserve">[giggle] </w:t>
            </w:r>
          </w:p>
        </w:tc>
      </w:tr>
      <w:tr w:rsidR="00AE7A24" w:rsidTr="00090B9F">
        <w:tc>
          <w:tcPr>
            <w:tcW w:w="2880" w:type="dxa"/>
          </w:tcPr>
          <w:p w:rsidR="00AE7A24" w:rsidRDefault="00090B9F">
            <w:r>
              <w:t>01:11:12:13</w:t>
            </w:r>
          </w:p>
        </w:tc>
        <w:tc>
          <w:tcPr>
            <w:tcW w:w="2880" w:type="dxa"/>
          </w:tcPr>
          <w:p w:rsidR="00AE7A24" w:rsidRPr="00090B9F" w:rsidRDefault="00AE7A24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:rsidR="00AE7A24" w:rsidRDefault="00090B9F">
            <w:r>
              <w:rPr>
                <w:b/>
              </w:rPr>
              <w:t xml:space="preserve">ELINOR: </w:t>
            </w:r>
            <w:r>
              <w:t xml:space="preserve">I got my slide! </w:t>
            </w:r>
          </w:p>
        </w:tc>
      </w:tr>
      <w:tr w:rsidR="00AE7A24" w:rsidTr="00090B9F">
        <w:tc>
          <w:tcPr>
            <w:tcW w:w="2880" w:type="dxa"/>
          </w:tcPr>
          <w:p w:rsidR="00AE7A24" w:rsidRDefault="00090B9F">
            <w:r>
              <w:t>01:11:14:08</w:t>
            </w:r>
          </w:p>
        </w:tc>
        <w:tc>
          <w:tcPr>
            <w:tcW w:w="2880" w:type="dxa"/>
          </w:tcPr>
          <w:p w:rsidR="00AE7A24" w:rsidRPr="00090B9F" w:rsidRDefault="00AE7A24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:rsidR="00AE7A24" w:rsidRDefault="00090B9F">
            <w:r>
              <w:rPr>
                <w:b/>
              </w:rPr>
              <w:t xml:space="preserve">OLIVE: </w:t>
            </w:r>
            <w:r>
              <w:t xml:space="preserve">I got my library! </w:t>
            </w:r>
          </w:p>
        </w:tc>
      </w:tr>
      <w:tr w:rsidR="00AE7A24" w:rsidTr="00090B9F">
        <w:tc>
          <w:tcPr>
            <w:tcW w:w="2880" w:type="dxa"/>
          </w:tcPr>
          <w:p w:rsidR="00AE7A24" w:rsidRDefault="00090B9F">
            <w:r>
              <w:t>01:11:16:10</w:t>
            </w:r>
          </w:p>
        </w:tc>
        <w:tc>
          <w:tcPr>
            <w:tcW w:w="2880" w:type="dxa"/>
          </w:tcPr>
          <w:p w:rsidR="00AE7A24" w:rsidRPr="00090B9F" w:rsidRDefault="00AE7A24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:rsidR="00AE7A24" w:rsidRDefault="00090B9F">
            <w:r>
              <w:rPr>
                <w:b/>
              </w:rPr>
              <w:t xml:space="preserve">ARI: </w:t>
            </w:r>
            <w:r>
              <w:t xml:space="preserve">And I got my drawbridge! </w:t>
            </w:r>
          </w:p>
        </w:tc>
      </w:tr>
      <w:tr w:rsidR="00AE7A24" w:rsidTr="00090B9F">
        <w:tc>
          <w:tcPr>
            <w:tcW w:w="2880" w:type="dxa"/>
          </w:tcPr>
          <w:p w:rsidR="00AE7A24" w:rsidRDefault="00090B9F">
            <w:r>
              <w:t>01:11:18:19</w:t>
            </w:r>
          </w:p>
        </w:tc>
        <w:tc>
          <w:tcPr>
            <w:tcW w:w="2880" w:type="dxa"/>
          </w:tcPr>
          <w:p w:rsidR="00AE7A24" w:rsidRPr="00090B9F" w:rsidRDefault="00AE7A24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:rsidR="00AE7A24" w:rsidRDefault="00090B9F">
            <w:r>
              <w:rPr>
                <w:b/>
              </w:rPr>
              <w:t xml:space="preserve">ELINOR: </w:t>
            </w:r>
            <w:r>
              <w:t xml:space="preserve">We did it! </w:t>
            </w:r>
          </w:p>
        </w:tc>
      </w:tr>
      <w:tr w:rsidR="00AE7A24" w:rsidTr="00090B9F">
        <w:tc>
          <w:tcPr>
            <w:tcW w:w="2880" w:type="dxa"/>
          </w:tcPr>
          <w:p w:rsidR="00AE7A24" w:rsidRDefault="00090B9F">
            <w:r>
              <w:t>01:11:20:04</w:t>
            </w:r>
          </w:p>
        </w:tc>
        <w:tc>
          <w:tcPr>
            <w:tcW w:w="2880" w:type="dxa"/>
          </w:tcPr>
          <w:p w:rsidR="00AE7A24" w:rsidRPr="00090B9F" w:rsidRDefault="00AE7A24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:rsidR="00AE7A24" w:rsidRDefault="00090B9F">
            <w:r>
              <w:rPr>
                <w:b/>
              </w:rPr>
              <w:t xml:space="preserve">ELINOR: </w:t>
            </w:r>
            <w:r>
              <w:t xml:space="preserve">But ants, we've got two more piece to move! </w:t>
            </w:r>
          </w:p>
        </w:tc>
      </w:tr>
      <w:tr w:rsidR="00AE7A24" w:rsidTr="00090B9F">
        <w:tc>
          <w:tcPr>
            <w:tcW w:w="2880" w:type="dxa"/>
          </w:tcPr>
          <w:p w:rsidR="00AE7A24" w:rsidRDefault="00090B9F">
            <w:r>
              <w:t>01:11:23:20</w:t>
            </w:r>
          </w:p>
        </w:tc>
        <w:tc>
          <w:tcPr>
            <w:tcW w:w="2880" w:type="dxa"/>
          </w:tcPr>
          <w:p w:rsidR="00AE7A24" w:rsidRPr="00090B9F" w:rsidRDefault="00AE7A24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:rsidR="00AE7A24" w:rsidRDefault="00090B9F">
            <w:r>
              <w:rPr>
                <w:b/>
              </w:rPr>
              <w:t xml:space="preserve">ARI: </w:t>
            </w:r>
            <w:r>
              <w:t xml:space="preserve">Oh ya! </w:t>
            </w:r>
          </w:p>
        </w:tc>
      </w:tr>
      <w:tr w:rsidR="00AE7A24" w:rsidTr="00090B9F">
        <w:tc>
          <w:tcPr>
            <w:tcW w:w="2880" w:type="dxa"/>
          </w:tcPr>
          <w:p w:rsidR="00AE7A24" w:rsidRDefault="00090B9F">
            <w:r>
              <w:t>01:11:25:03</w:t>
            </w:r>
          </w:p>
        </w:tc>
        <w:tc>
          <w:tcPr>
            <w:tcW w:w="2880" w:type="dxa"/>
          </w:tcPr>
          <w:p w:rsidR="00AE7A24" w:rsidRPr="00090B9F" w:rsidRDefault="00AE7A24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:rsidR="00AE7A24" w:rsidRDefault="00090B9F">
            <w:r>
              <w:rPr>
                <w:b/>
              </w:rPr>
              <w:t xml:space="preserve">ALL: </w:t>
            </w:r>
            <w:r>
              <w:t xml:space="preserve">[giggle] </w:t>
            </w:r>
          </w:p>
        </w:tc>
      </w:tr>
      <w:tr w:rsidR="00AE7A24" w:rsidTr="00090B9F">
        <w:tc>
          <w:tcPr>
            <w:tcW w:w="2880" w:type="dxa"/>
          </w:tcPr>
          <w:p w:rsidR="00AE7A24" w:rsidRDefault="00090B9F">
            <w:r>
              <w:t>01:11:26:08</w:t>
            </w:r>
          </w:p>
        </w:tc>
        <w:tc>
          <w:tcPr>
            <w:tcW w:w="2880" w:type="dxa"/>
          </w:tcPr>
          <w:p w:rsidR="00AE7A24" w:rsidRPr="00090B9F" w:rsidRDefault="00AE7A24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:rsidR="00AE7A24" w:rsidRDefault="00090B9F">
            <w:r>
              <w:rPr>
                <w:b/>
              </w:rPr>
              <w:t xml:space="preserve">ARI: </w:t>
            </w:r>
            <w:r>
              <w:t xml:space="preserve">[grunt] </w:t>
            </w:r>
          </w:p>
        </w:tc>
      </w:tr>
      <w:tr w:rsidR="00AE7A24" w:rsidTr="00090B9F">
        <w:tc>
          <w:tcPr>
            <w:tcW w:w="2880" w:type="dxa"/>
          </w:tcPr>
          <w:p w:rsidR="00AE7A24" w:rsidRDefault="00090B9F">
            <w:r>
              <w:t>01:11:35:04</w:t>
            </w:r>
          </w:p>
        </w:tc>
        <w:tc>
          <w:tcPr>
            <w:tcW w:w="2880" w:type="dxa"/>
          </w:tcPr>
          <w:p w:rsidR="00AE7A24" w:rsidRPr="00090B9F" w:rsidRDefault="00AE7A24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:rsidR="00AE7A24" w:rsidRDefault="00090B9F">
            <w:r>
              <w:rPr>
                <w:b/>
              </w:rPr>
              <w:t xml:space="preserve">OLIVE: </w:t>
            </w:r>
            <w:r>
              <w:t xml:space="preserve">Perfect! </w:t>
            </w:r>
          </w:p>
        </w:tc>
      </w:tr>
      <w:tr w:rsidR="00AE7A24" w:rsidTr="00090B9F">
        <w:tc>
          <w:tcPr>
            <w:tcW w:w="2880" w:type="dxa"/>
          </w:tcPr>
          <w:p w:rsidR="00AE7A24" w:rsidRDefault="00090B9F">
            <w:r>
              <w:t>01:11:36:04</w:t>
            </w:r>
          </w:p>
        </w:tc>
        <w:tc>
          <w:tcPr>
            <w:tcW w:w="2880" w:type="dxa"/>
          </w:tcPr>
          <w:p w:rsidR="00AE7A24" w:rsidRPr="00090B9F" w:rsidRDefault="00AE7A24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:rsidR="00AE7A24" w:rsidRDefault="00090B9F">
            <w:r>
              <w:rPr>
                <w:b/>
              </w:rPr>
              <w:t xml:space="preserve">ARI: </w:t>
            </w:r>
            <w:r>
              <w:t xml:space="preserve">Awesome! </w:t>
            </w:r>
          </w:p>
        </w:tc>
      </w:tr>
      <w:tr w:rsidR="00AE7A24" w:rsidTr="00090B9F">
        <w:tc>
          <w:tcPr>
            <w:tcW w:w="2880" w:type="dxa"/>
          </w:tcPr>
          <w:p w:rsidR="00AE7A24" w:rsidRDefault="00090B9F">
            <w:r>
              <w:t>01:11:37:24</w:t>
            </w:r>
          </w:p>
        </w:tc>
        <w:tc>
          <w:tcPr>
            <w:tcW w:w="2880" w:type="dxa"/>
          </w:tcPr>
          <w:p w:rsidR="00AE7A24" w:rsidRPr="00090B9F" w:rsidRDefault="00AE7A24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:rsidR="00AE7A24" w:rsidRDefault="00090B9F">
            <w:r>
              <w:rPr>
                <w:b/>
              </w:rPr>
              <w:t xml:space="preserve">ELINOR: </w:t>
            </w:r>
            <w:r>
              <w:t xml:space="preserve">An ant </w:t>
            </w:r>
            <w:r>
              <w:t xml:space="preserve">watching </w:t>
            </w:r>
            <w:r>
              <w:lastRenderedPageBreak/>
              <w:t xml:space="preserve">window, </w:t>
            </w:r>
          </w:p>
        </w:tc>
      </w:tr>
      <w:tr w:rsidR="00AE7A24" w:rsidTr="00090B9F">
        <w:tc>
          <w:tcPr>
            <w:tcW w:w="2880" w:type="dxa"/>
          </w:tcPr>
          <w:p w:rsidR="00AE7A24" w:rsidRDefault="00090B9F">
            <w:r>
              <w:lastRenderedPageBreak/>
              <w:t>01:11:40:00</w:t>
            </w:r>
          </w:p>
        </w:tc>
        <w:tc>
          <w:tcPr>
            <w:tcW w:w="2880" w:type="dxa"/>
          </w:tcPr>
          <w:p w:rsidR="00AE7A24" w:rsidRPr="00090B9F" w:rsidRDefault="00AE7A24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:rsidR="00AE7A24" w:rsidRDefault="00090B9F">
            <w:r>
              <w:t xml:space="preserve">now we can see our little ant friends. </w:t>
            </w:r>
          </w:p>
        </w:tc>
      </w:tr>
      <w:tr w:rsidR="00AE7A24" w:rsidTr="00090B9F">
        <w:tc>
          <w:tcPr>
            <w:tcW w:w="2880" w:type="dxa"/>
          </w:tcPr>
          <w:p w:rsidR="00AE7A24" w:rsidRDefault="00090B9F">
            <w:r>
              <w:t>01:11:43:12</w:t>
            </w:r>
          </w:p>
        </w:tc>
        <w:tc>
          <w:tcPr>
            <w:tcW w:w="2880" w:type="dxa"/>
          </w:tcPr>
          <w:p w:rsidR="00AE7A24" w:rsidRPr="00090B9F" w:rsidRDefault="00AE7A24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:rsidR="00AE7A24" w:rsidRDefault="00090B9F">
            <w:r>
              <w:rPr>
                <w:b/>
              </w:rPr>
              <w:t xml:space="preserve">ELINOR: </w:t>
            </w:r>
            <w:r>
              <w:t xml:space="preserve">All ants into the castle! </w:t>
            </w:r>
          </w:p>
        </w:tc>
      </w:tr>
      <w:tr w:rsidR="00AE7A24" w:rsidTr="00090B9F">
        <w:tc>
          <w:tcPr>
            <w:tcW w:w="2880" w:type="dxa"/>
          </w:tcPr>
          <w:p w:rsidR="00AE7A24" w:rsidRDefault="00090B9F">
            <w:r>
              <w:t>01:11:48:14</w:t>
            </w:r>
          </w:p>
        </w:tc>
        <w:tc>
          <w:tcPr>
            <w:tcW w:w="2880" w:type="dxa"/>
          </w:tcPr>
          <w:p w:rsidR="00AE7A24" w:rsidRPr="00090B9F" w:rsidRDefault="00AE7A24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:rsidR="00AE7A24" w:rsidRDefault="00090B9F">
            <w:r>
              <w:rPr>
                <w:b/>
              </w:rPr>
              <w:t xml:space="preserve">ELINOR: </w:t>
            </w:r>
            <w:r>
              <w:t xml:space="preserve">[giggle] </w:t>
            </w:r>
            <w:r>
              <w:rPr>
                <w:b/>
              </w:rPr>
              <w:t xml:space="preserve">ARI: </w:t>
            </w:r>
            <w:r>
              <w:t xml:space="preserve">Yay! </w:t>
            </w:r>
          </w:p>
        </w:tc>
      </w:tr>
      <w:tr w:rsidR="00AE7A24" w:rsidTr="00090B9F">
        <w:tc>
          <w:tcPr>
            <w:tcW w:w="2880" w:type="dxa"/>
          </w:tcPr>
          <w:p w:rsidR="00AE7A24" w:rsidRDefault="00090B9F">
            <w:r>
              <w:t>01:11:50:10</w:t>
            </w:r>
          </w:p>
        </w:tc>
        <w:tc>
          <w:tcPr>
            <w:tcW w:w="2880" w:type="dxa"/>
          </w:tcPr>
          <w:p w:rsidR="00AE7A24" w:rsidRPr="00090B9F" w:rsidRDefault="00AE7A24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:rsidR="00AE7A24" w:rsidRDefault="00090B9F">
            <w:r>
              <w:rPr>
                <w:b/>
              </w:rPr>
              <w:t xml:space="preserve">ALL: </w:t>
            </w:r>
            <w:r>
              <w:t xml:space="preserve">[giggle] </w:t>
            </w:r>
          </w:p>
        </w:tc>
      </w:tr>
    </w:tbl>
    <w:p w:rsidR="00AE7A24" w:rsidRDefault="00AE7A24"/>
    <w:sectPr w:rsidR="00AE7A24" w:rsidSect="00034616">
      <w:headerReference w:type="default" r:id="rId8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90B9F" w:rsidRDefault="00090B9F" w:rsidP="00090B9F">
      <w:pPr>
        <w:spacing w:after="0" w:line="240" w:lineRule="auto"/>
      </w:pPr>
      <w:r>
        <w:separator/>
      </w:r>
    </w:p>
  </w:endnote>
  <w:endnote w:type="continuationSeparator" w:id="0">
    <w:p w:rsidR="00090B9F" w:rsidRDefault="00090B9F" w:rsidP="00090B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90B9F" w:rsidRDefault="00090B9F" w:rsidP="00090B9F">
      <w:pPr>
        <w:spacing w:after="0" w:line="240" w:lineRule="auto"/>
      </w:pPr>
      <w:r>
        <w:separator/>
      </w:r>
    </w:p>
  </w:footnote>
  <w:footnote w:type="continuationSeparator" w:id="0">
    <w:p w:rsidR="00090B9F" w:rsidRDefault="00090B9F" w:rsidP="00090B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90B9F" w:rsidRDefault="00090B9F">
    <w:pPr>
      <w:pStyle w:val="Header"/>
    </w:pPr>
    <w:r>
      <w:t>104A_TRANSCRIPT_BROADCAST</w:t>
    </w:r>
  </w:p>
  <w:p w:rsidR="00090B9F" w:rsidRDefault="00090B9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90B9F"/>
    <w:rsid w:val="0015074B"/>
    <w:rsid w:val="0029639D"/>
    <w:rsid w:val="00326F90"/>
    <w:rsid w:val="00AA1D8D"/>
    <w:rsid w:val="00AE7A24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79D4F3C"/>
  <w14:defaultImageDpi w14:val="300"/>
  <w15:docId w15:val="{8A51323E-20B8-4FD2-ABF1-9FD05D52A3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4" w:semiHidden="1" w:unhideWhenUsed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DCDEFF8E-492E-4C00-9C10-B1538041FB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1637</Words>
  <Characters>9333</Characters>
  <Application>Microsoft Office Word</Application>
  <DocSecurity>0</DocSecurity>
  <Lines>77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10949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Paul Moncrieffe</cp:lastModifiedBy>
  <cp:revision>2</cp:revision>
  <dcterms:created xsi:type="dcterms:W3CDTF">2020-02-06T19:03:00Z</dcterms:created>
  <dcterms:modified xsi:type="dcterms:W3CDTF">2020-02-06T19:03:00Z</dcterms:modified>
  <cp:category/>
</cp:coreProperties>
</file>