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8705CE" w:rsidTr="00FA4835">
        <w:tc>
          <w:tcPr>
            <w:tcW w:w="2880" w:type="dxa"/>
          </w:tcPr>
          <w:p w:rsidR="008705CE" w:rsidRDefault="008705CE" w:rsidP="00FA4835">
            <w:r>
              <w:t>TC:</w:t>
            </w:r>
          </w:p>
        </w:tc>
        <w:tc>
          <w:tcPr>
            <w:tcW w:w="2880" w:type="dxa"/>
          </w:tcPr>
          <w:p w:rsidR="008705CE" w:rsidRPr="008705CE" w:rsidRDefault="008705CE" w:rsidP="00FA4835">
            <w:r w:rsidRPr="008705CE">
              <w:t>AUDIO:</w:t>
            </w:r>
          </w:p>
        </w:tc>
        <w:tc>
          <w:tcPr>
            <w:tcW w:w="2880" w:type="dxa"/>
          </w:tcPr>
          <w:p w:rsidR="008705CE" w:rsidRPr="008705CE" w:rsidRDefault="008705CE" w:rsidP="00FA4835">
            <w:pPr>
              <w:rPr>
                <w:bCs/>
              </w:rPr>
            </w:pPr>
            <w:r w:rsidRPr="008705CE">
              <w:rPr>
                <w:bCs/>
              </w:rPr>
              <w:t>VIDEO: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01:13:33:02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"The Seed of an Idea"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01:13:40:18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[giggle] Hi!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01:13:42:14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01:13:44:16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01:13:49:20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01:13:51:07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Hmmm.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01:13:53:18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01:13:55:21</w:t>
            </w:r>
          </w:p>
        </w:tc>
        <w:tc>
          <w:tcPr>
            <w:tcW w:w="2880" w:type="dxa"/>
          </w:tcPr>
          <w:p w:rsidR="008705CE" w:rsidRPr="008705CE" w:rsidRDefault="008705CE" w:rsidP="00FA4835">
            <w:bookmarkStart w:id="0" w:name="_GoBack"/>
            <w:bookmarkEnd w:id="0"/>
          </w:p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01:13:58:18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Hi, Elinor!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01:13:59:20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You look extra curious today!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01:14:02:00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Hi, Olive! Hi, Ari!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01:14:03:19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Good Morning Elinor!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01:14:05:07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Are you curious to see something cool?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01:14:08:04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Check this out!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01:14:09:18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I have a new watch!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01:14:11:16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Ooohh</w:t>
            </w:r>
            <w:proofErr w:type="spellEnd"/>
            <w:r>
              <w:t xml:space="preserve">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01:14:13:08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He's been showing it to everyone this morning.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01:14:16:05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01:14:17:15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My parents got it for me.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01:14:19:04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They said it's to help me stay on track.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01:14:21:07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proofErr w:type="spellStart"/>
            <w:r>
              <w:t>Waaatch</w:t>
            </w:r>
            <w:proofErr w:type="spellEnd"/>
            <w:r>
              <w:t xml:space="preserve"> this!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01:14:23:11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WATCH ALARM: </w:t>
            </w:r>
            <w:r>
              <w:t xml:space="preserve">Time to go to school!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01:14:25:21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01:14:26:21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WATCH ALARM: </w:t>
            </w:r>
            <w:r>
              <w:t xml:space="preserve">Eat your vegetables!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01:14:28:06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Ohhh</w:t>
            </w:r>
            <w:proofErr w:type="spellEnd"/>
            <w:r>
              <w:t xml:space="preserve">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01:14:29:06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WATCH ALARM: </w:t>
            </w:r>
            <w:r>
              <w:t xml:space="preserve">Put your pants on!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01:14:30:10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Oh!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01:14:32:11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Hey, sometimes I forget.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01:14:34:02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01:14:35:16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Want to see my favorite part?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01:14:37:22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Look at the watch strap!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01:14:39:08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01:14:40:18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Wooaaaahhh</w:t>
            </w:r>
            <w:proofErr w:type="spellEnd"/>
            <w:r>
              <w:t xml:space="preserve">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01:14:43:12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Ok, class, time to find our places!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01:14:46:12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01:14:49:07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Good morning,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01:14:51:00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Good morning!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01:14:52:13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Now, where is my book?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01:14:56:09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Ah ha!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01:14:57:16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Is this it?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01:14:58:22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No! [giggle] That's not it!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01:15:00:03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That's a carrot!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01:15:02:02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[sniffs] Oops!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01:15:03:09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You're right! 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01:15:07:13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Hmmm, here ok.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01:15:10:15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Now, this must be my book!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01:15:13:16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No! [giggle] That's an eraser!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01:15:16:00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[sniffs]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01:15:18:12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[sneezes]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01:15:20:05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01:15:22:01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Hmmm... Is this my book?! [laughs]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01:15:24:23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Yes!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01:15:26:07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[laughing]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01:15:27:07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Now we are ready for the lesson!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01:15:29:12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Today we are going to learn about...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01:15:32:14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Nature's Ideas... Ideas... Ideas...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01:15:36:16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01:15:37:21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Nature has solved a lot of different </w:t>
            </w:r>
            <w:proofErr w:type="gramStart"/>
            <w:r>
              <w:t>kinds..</w:t>
            </w:r>
            <w:proofErr w:type="gramEnd"/>
            <w:r>
              <w:t xml:space="preserve">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01:15:40:09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of problems and is full of useful ideas.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01:15:44:07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For </w:t>
            </w:r>
            <w:proofErr w:type="gramStart"/>
            <w:r>
              <w:t>example</w:t>
            </w:r>
            <w:proofErr w:type="gramEnd"/>
            <w:r>
              <w:t>... 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01:15:47:19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01:15:49:21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Ahem...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01:15:51:03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Nature is full of useful ideas, like...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01:15:54:23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01:15:58:12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HmmMmm</w:t>
            </w:r>
            <w:proofErr w:type="spellEnd"/>
            <w:r>
              <w:t xml:space="preserve">... [giggles]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01:16:02:00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Nature is full of ideas, like...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01:16:05:22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01:16:07:09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Elinor...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01:16:08:16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Mz</w:t>
            </w:r>
            <w:proofErr w:type="spellEnd"/>
            <w:r>
              <w:t xml:space="preserve">. Mole!! This strap is </w:t>
            </w:r>
            <w:proofErr w:type="spellStart"/>
            <w:r>
              <w:t>sooo</w:t>
            </w:r>
            <w:proofErr w:type="spellEnd"/>
            <w:r>
              <w:t xml:space="preserve"> cool!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01:16:12:17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You can open it and close it...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01:16:14:13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open it and close it.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01:16:16:20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Most of it is soft and fuzzy,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01:16:19:04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except for this scratchy patch...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01:16:21:09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which sticks to the fuzzy part of the strap.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01:16:23:23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The two parts stick together like tape,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01:16:26:07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but they aren't sticky!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01:16:27:22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proofErr w:type="spellStart"/>
            <w:r>
              <w:t>Oooohhh</w:t>
            </w:r>
            <w:proofErr w:type="spellEnd"/>
            <w:r>
              <w:t xml:space="preserve">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01:16:30:00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01:16:32:12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look!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01:16:33:15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There's a patch like that on all sorts of things!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01:16:35:08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Whoa! </w:t>
            </w:r>
            <w:proofErr w:type="spellStart"/>
            <w:r>
              <w:t>Whoooa</w:t>
            </w:r>
            <w:proofErr w:type="spellEnd"/>
            <w:r>
              <w:t xml:space="preserve">, </w:t>
            </w:r>
            <w:proofErr w:type="spellStart"/>
            <w:r>
              <w:t>whoooooa</w:t>
            </w:r>
            <w:proofErr w:type="spellEnd"/>
            <w:r>
              <w:t xml:space="preserve">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01:16:37:04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It keeps Ashley's boots closed.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01:16:40:17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It keeps Mehdi's backpack closed.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01:16:44:04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And it's on Javier's coat!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01:16:47:14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You're right, it's on everything!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01:16:52:07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proofErr w:type="spellStart"/>
            <w:r>
              <w:t>Oof</w:t>
            </w:r>
            <w:proofErr w:type="spellEnd"/>
            <w:r>
              <w:t xml:space="preserve">! [laughter]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01:16:53:17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But I never thought about it before.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01:16:55:23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 wonder how it </w:t>
            </w:r>
            <w:proofErr w:type="gramStart"/>
            <w:r>
              <w:t>works?</w:t>
            </w:r>
            <w:proofErr w:type="gramEnd"/>
            <w:r>
              <w:t xml:space="preserve">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01:16:58:17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Well Elinor...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01:17:00:02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WATCH ALARM: </w:t>
            </w:r>
            <w:r>
              <w:t xml:space="preserve">Time for recess!  Time for recess!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01:17:03:11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Ah, yes.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01:17:04:16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Thank you, Ari's watch!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01:17:06:13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It's time for recess!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01:17:08:05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[cheer] Yeah, recess!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01:17:11:09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Hmm.... How does this work?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01:17:15:07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How does this scratchy patch stick to the fuzzy side...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01:17:18:21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without being sticky?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01:17:21:09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Dun </w:t>
            </w:r>
            <w:proofErr w:type="spellStart"/>
            <w:r>
              <w:t>dun</w:t>
            </w:r>
            <w:proofErr w:type="spellEnd"/>
            <w:r>
              <w:t xml:space="preserve"> </w:t>
            </w:r>
            <w:proofErr w:type="spellStart"/>
            <w:r>
              <w:t>dun</w:t>
            </w:r>
            <w:proofErr w:type="spellEnd"/>
            <w:r>
              <w:t xml:space="preserve">, sounds like a mystery.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01:17:26:10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I'll see if we have any books about it!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01:17:30:20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What about going to recess?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01:17:34:23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And look, the patch also sticks to other things!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01:17:39:00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01:17:42:02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[sigh] But it doesn't stick to everything.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01:17:45:13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Huh... that is interesting.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01:17:48:12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Well, I found some fun books,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01:17:50:09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but none about mysterious scratchy patches...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01:17:53:16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that stick to things.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01:17:54:23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...or don't stick to things!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01:17:57:06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That's the mystery!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01:17:59:12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Hmm, I have an idea...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01:18:02:03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Let's try sticking the patch to a lot of things,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01:18:05:21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see what it does and doesn't stick to.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01:18:09:04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Maybe that will tell us how it works.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01:18:11:23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I'll write it down!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01:18:14:03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Sticks to, doesn't stick to.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01:18:17:23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Ready!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01:18:19:07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Okay, let's see...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01:18:21:11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We know it stick to Ari's sweater.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01:18:26:07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And we know it doesn't stick to the chair.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01:18:30:23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ALL: </w:t>
            </w:r>
            <w:r>
              <w:t xml:space="preserve">Hmmm...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01:18:33:00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How about the rug?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01:18:35:07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Rug: yes, it sticks!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01:18:40:17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Chalkboard... no!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01:18:44:03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Olive's trunk...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01:18:45:15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[giggle] no!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01:18:46:22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proofErr w:type="gramStart"/>
            <w:r>
              <w:t>So</w:t>
            </w:r>
            <w:proofErr w:type="gramEnd"/>
            <w:r>
              <w:t xml:space="preserve"> the patch sticks to Ari's sweater and the rug,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01:18:50:18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and... nothing else?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01:18:52:16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01:18:55:00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proofErr w:type="spellStart"/>
            <w:r>
              <w:t>Le's</w:t>
            </w:r>
            <w:proofErr w:type="spellEnd"/>
            <w:r>
              <w:t xml:space="preserve"> try some things outside?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01:18:57:04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Yeah, good idea!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01:19:00:22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We're going outside!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01:19:02:12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[cheer] Recess! Yay!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01:19:06:00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[ººº]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01:19:11:10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Ooh, let's try that tree!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01:19:13:21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01:19:17:02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Tree... no.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01:19:20:04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Hmmm....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01:19:21:23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We need more observations!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01:19:25:02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Let's go!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01:19:27:05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ALL: </w:t>
            </w:r>
            <w:r>
              <w:t xml:space="preserve">[singing] º We want to solve the mystery,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01:19:33:08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of how this sticks so stickily.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01:19:39:18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We're going to try it </w:t>
            </w:r>
            <w:proofErr w:type="gramStart"/>
            <w:r>
              <w:t>here..</w:t>
            </w:r>
            <w:proofErr w:type="gramEnd"/>
            <w:r>
              <w:t xml:space="preserve">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01:19:42:18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And </w:t>
            </w:r>
            <w:proofErr w:type="gramStart"/>
            <w:r>
              <w:t>there..</w:t>
            </w:r>
            <w:proofErr w:type="gramEnd"/>
            <w:r>
              <w:t xml:space="preserve">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01:19:44:14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everywhere!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01:19:47:20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When I have a question I don't know,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01:19:51:00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[birds chirping tune]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01:19:53:23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I look for answers high and low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01:20:00:09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We're going to try the </w:t>
            </w:r>
            <w:proofErr w:type="gramStart"/>
            <w:r>
              <w:t>rocks..</w:t>
            </w:r>
            <w:proofErr w:type="gramEnd"/>
            <w:r>
              <w:t xml:space="preserve">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01:20:03:07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This log...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01:20:05:05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even this frog!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01:20:08:12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</w:t>
            </w:r>
            <w:proofErr w:type="gramStart"/>
            <w:r>
              <w:t>Into</w:t>
            </w:r>
            <w:proofErr w:type="gramEnd"/>
            <w:r>
              <w:t xml:space="preserve"> the woods and under the trees,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01:20:11:07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We follow our curiosity!!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01:20:18:09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Ok, the scratchy patch sticks to sweaters and rugs,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01:20:22:01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but not anything else.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01:20:24:09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Hmm, I don't see how it works.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01:20:26:18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Do you guys?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01:20:27:21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Uh-uh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01:20:28:21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Nope. It's such a sticky mystery!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01:20:32:06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Ack! What's this? </w:t>
            </w:r>
            <w:proofErr w:type="spellStart"/>
            <w:r>
              <w:t>Yaaa</w:t>
            </w:r>
            <w:proofErr w:type="spellEnd"/>
            <w:r>
              <w:t xml:space="preserve">....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01:20:35:11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These seeds won't come off!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01:20:37:03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Oh... </w:t>
            </w:r>
            <w:r>
              <w:rPr>
                <w:b/>
              </w:rPr>
              <w:t xml:space="preserve">OLIVE: </w:t>
            </w:r>
            <w:r>
              <w:t xml:space="preserve">[laughs]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01:20:38:03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[panting]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01:20:44:02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Oooohhh</w:t>
            </w:r>
            <w:proofErr w:type="spellEnd"/>
            <w:r>
              <w:t xml:space="preserve">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01:20:45:10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Phew! Thanks!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01:20:47:10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01:20:49:14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Look, this seed sticks to Ari's sweater...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01:20:52:13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just like the scratchy patch!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01:20:54:08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It even makes the same sound!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01:20:56:18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 wonder...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01:20:59:02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Whoa...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01:21:00:03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The seed also sticks to the fuzzy part of the strap!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01:21:03:07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What is this little seed?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01:21:06:06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Look at all those little hooks.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01:21:08:09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Is that what makes the seed stick to the sweater?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01:21:14:08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It looks like the little hooks...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01:21:16:08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grab the fuzziness of the sweater.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01:21:19:18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Hmmm...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01:21:21:12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The patch on the strap also has little hooks!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01:21:24:14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They're even tinier.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01:21:25:23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 hadn't seen them before!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01:21:27:17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01:21:28:20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Let's take a closer look at the strap again.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01:21:38:00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proofErr w:type="spellStart"/>
            <w:r>
              <w:t>Oooh</w:t>
            </w:r>
            <w:proofErr w:type="spellEnd"/>
            <w:r>
              <w:t xml:space="preserve">, I get it.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01:21:40:22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That's how it works!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01:21:42:07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It's the tiny little hooks that make the patch sticky.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01:21:46:09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But the hooks need something fuzzy...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01:21:48:03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with little loops to grab on to.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01:21:50:05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01:21:51:17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That's why the patch only sticks to these fuzzy things,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01:21:54:22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not to these other things that aren't fuzzy.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01:21:57:12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These things don't have little loops for the hooks to grab!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01:22:00:22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We solved the mystery!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01:22:02:17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Let's tell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01:22:05:15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Yay! Yay! Yay! Let's go!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01:22:07:21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[giggles]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01:22:12:12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01:22:13:16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Woohoo!!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01:22:17:22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KIDS: </w:t>
            </w:r>
            <w:r>
              <w:t xml:space="preserve">[cheering]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01:22:19:10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proofErr w:type="spellStart"/>
            <w:r>
              <w:t>Mz</w:t>
            </w:r>
            <w:proofErr w:type="spellEnd"/>
            <w:r>
              <w:t xml:space="preserve">. Mole, we figured it out!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01:22:22:07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It's the little hooks on the patch...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01:22:24:05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That make the strap stick together!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01:22:26:03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But the hooks only stick to things that are fuzzy...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01:22:28:22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have little loops in them.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01:22:30:14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The hooks on the patch grab loops on the fuzzy part...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01:22:35:05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stick together!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01:22:36:11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then...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01:22:38:02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proofErr w:type="spellStart"/>
            <w:r>
              <w:t>skrrrrtch</w:t>
            </w:r>
            <w:proofErr w:type="spellEnd"/>
            <w:r>
              <w:t xml:space="preserve">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01:22:40:00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[sniffs] My, I smell some clever little scientists.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01:22:45:11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 knew you would figure it out!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01:22:47:19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We figured it out from looking at this spiky seed.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01:22:51:01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Hmmm... yes, that's the seed in my book.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01:22:55:01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The strap and the seed work the same way.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01:22:58:06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Why do you think that is?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01:23:00:13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[gasp] Did the seed copy the idea from the watch strap?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01:23:04:22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I think that would be silly...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01:23:07:07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Wouldn't it?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01:23:08:20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I bet the idea for the strap came from the seeds!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01:23:12:13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That's right!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01:23:14:07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Georges de Mistral was an inventor...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01:23:16:14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who lived a long time </w:t>
            </w:r>
            <w:proofErr w:type="gramStart"/>
            <w:r>
              <w:t>ago.</w:t>
            </w:r>
            <w:proofErr w:type="gramEnd"/>
            <w:r>
              <w:t xml:space="preserve">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01:23:19:03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He loved to go for walks in the woods,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01:23:21:09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but always came back with some seeds...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01:23:23:23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stuck to his fur and clothes.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01:23:26:01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It's the same seeds we found!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01:23:28:07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That's right!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01:23:29:10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The seed has little hooks so it can grab on to things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01:23:32:19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grow in different places.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lastRenderedPageBreak/>
              <w:t>01:23:34:19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George wondered if he could use the same idea...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01:23:38:11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make the hooks and loops himself.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01:23:41:08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That way, he could get things to stick together.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01:23:50:01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ELINOR: </w:t>
            </w:r>
            <w:r>
              <w:t xml:space="preserve">Wow.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01:23:51:06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Nature really does have some good ideas, </w:t>
            </w:r>
            <w:proofErr w:type="spellStart"/>
            <w:r>
              <w:t>Mz</w:t>
            </w:r>
            <w:proofErr w:type="spellEnd"/>
            <w:r>
              <w:t xml:space="preserve">. Mole.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01:23:54:07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I'm glad we went to explore.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01:23:56:21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Into</w:t>
            </w:r>
            <w:proofErr w:type="gramEnd"/>
            <w:r>
              <w:t xml:space="preserve"> the woods and under the trees,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01:23:59:21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º We can follow our curiosity! º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01:24:04:11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MZ. MOLE: </w:t>
            </w:r>
            <w:r>
              <w:t xml:space="preserve">[laughter]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01:24:05:21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Well, I think it's great that you followed your curiosity...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01:24:10:04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and figured it out yourselves!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01:24:13:15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OLIVE: </w:t>
            </w:r>
            <w:r>
              <w:t xml:space="preserve">Ah! </w:t>
            </w:r>
            <w:r>
              <w:rPr>
                <w:b/>
              </w:rPr>
              <w:t xml:space="preserve">ELINOR: </w:t>
            </w:r>
            <w:r>
              <w:t xml:space="preserve">Ah!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01:24:14:18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ARI: </w:t>
            </w:r>
            <w:r>
              <w:t xml:space="preserve">Yeah, you could say we really stuck with it!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01:24:18:14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8705CE" w:rsidTr="00FA4835">
        <w:tc>
          <w:tcPr>
            <w:tcW w:w="2880" w:type="dxa"/>
          </w:tcPr>
          <w:p w:rsidR="008705CE" w:rsidRDefault="008705CE" w:rsidP="00FA4835">
            <w:r>
              <w:t>01:24:29:10</w:t>
            </w:r>
          </w:p>
        </w:tc>
        <w:tc>
          <w:tcPr>
            <w:tcW w:w="2880" w:type="dxa"/>
          </w:tcPr>
          <w:p w:rsidR="008705CE" w:rsidRPr="008705CE" w:rsidRDefault="008705CE" w:rsidP="00FA4835"/>
        </w:tc>
        <w:tc>
          <w:tcPr>
            <w:tcW w:w="2880" w:type="dxa"/>
          </w:tcPr>
          <w:p w:rsidR="008705CE" w:rsidRDefault="008705CE" w:rsidP="00FA4835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5CE" w:rsidRDefault="008705CE" w:rsidP="008705CE">
      <w:pPr>
        <w:spacing w:after="0" w:line="240" w:lineRule="auto"/>
      </w:pPr>
      <w:r>
        <w:separator/>
      </w:r>
    </w:p>
  </w:endnote>
  <w:endnote w:type="continuationSeparator" w:id="0">
    <w:p w:rsidR="008705CE" w:rsidRDefault="008705CE" w:rsidP="0087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5CE" w:rsidRDefault="008705CE" w:rsidP="008705CE">
      <w:pPr>
        <w:spacing w:after="0" w:line="240" w:lineRule="auto"/>
      </w:pPr>
      <w:r>
        <w:separator/>
      </w:r>
    </w:p>
  </w:footnote>
  <w:footnote w:type="continuationSeparator" w:id="0">
    <w:p w:rsidR="008705CE" w:rsidRDefault="008705CE" w:rsidP="0087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5CE" w:rsidRDefault="008705CE">
    <w:pPr>
      <w:pStyle w:val="Header"/>
    </w:pPr>
    <w:r>
      <w:t>EWW103B_TRANSCRIPT_DOM_INT</w:t>
    </w:r>
  </w:p>
  <w:p w:rsidR="008705CE" w:rsidRDefault="008705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CE"/>
    <w:rsid w:val="00070A67"/>
    <w:rsid w:val="00292F2F"/>
    <w:rsid w:val="004F43B2"/>
    <w:rsid w:val="006C4D3C"/>
    <w:rsid w:val="0087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4EB2"/>
  <w15:chartTrackingRefBased/>
  <w15:docId w15:val="{BF3B58F1-2911-40A6-9627-4C915A2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705CE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70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5C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70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5CE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8705C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8705C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705CE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8705C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705CE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8705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05CE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8705C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705C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705CE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8705C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705C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705CE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8705CE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8705CE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8705CE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8705C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705C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705CE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8705C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705CE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8705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705CE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705CE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705C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8705C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8705C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705CE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8705C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8705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8705C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8705C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8705C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2020-02-06T17:15:00Z</dcterms:created>
  <dcterms:modified xsi:type="dcterms:W3CDTF">2020-02-06T17:17:00Z</dcterms:modified>
</cp:coreProperties>
</file>