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556EB1" w14:paraId="7CFED0F1" w14:textId="77777777" w:rsidTr="00CF4B69">
        <w:tc>
          <w:tcPr>
            <w:tcW w:w="2880" w:type="dxa"/>
          </w:tcPr>
          <w:p w14:paraId="305A6CDB" w14:textId="36D59C26" w:rsidR="00556EB1" w:rsidRDefault="00556EB1" w:rsidP="00CF4B69">
            <w:r>
              <w:t>TC:</w:t>
            </w:r>
          </w:p>
        </w:tc>
        <w:tc>
          <w:tcPr>
            <w:tcW w:w="2880" w:type="dxa"/>
          </w:tcPr>
          <w:p w14:paraId="180EE6BA" w14:textId="368A082A" w:rsidR="00556EB1" w:rsidRDefault="00556EB1" w:rsidP="00CF4B69">
            <w:r>
              <w:t>VIDEO:</w:t>
            </w:r>
          </w:p>
        </w:tc>
        <w:tc>
          <w:tcPr>
            <w:tcW w:w="2880" w:type="dxa"/>
          </w:tcPr>
          <w:p w14:paraId="0EB626E5" w14:textId="5287AFFC" w:rsidR="00556EB1" w:rsidRPr="00556EB1" w:rsidRDefault="00556EB1" w:rsidP="00CF4B69">
            <w:pPr>
              <w:rPr>
                <w:bCs/>
              </w:rPr>
            </w:pPr>
            <w:r w:rsidRPr="00556EB1">
              <w:rPr>
                <w:bCs/>
              </w:rPr>
              <w:t>AUDIO:</w:t>
            </w:r>
          </w:p>
        </w:tc>
      </w:tr>
      <w:tr w:rsidR="00556EB1" w14:paraId="780E1865" w14:textId="77777777" w:rsidTr="00CF4B69">
        <w:tc>
          <w:tcPr>
            <w:tcW w:w="2880" w:type="dxa"/>
          </w:tcPr>
          <w:p w14:paraId="09C72905" w14:textId="77777777" w:rsidR="00556EB1" w:rsidRDefault="00556EB1" w:rsidP="00CF4B69">
            <w:r>
              <w:t>01:13:34:04</w:t>
            </w:r>
          </w:p>
        </w:tc>
        <w:tc>
          <w:tcPr>
            <w:tcW w:w="2880" w:type="dxa"/>
          </w:tcPr>
          <w:p w14:paraId="387D4D94" w14:textId="77777777" w:rsidR="00556EB1" w:rsidRDefault="00556EB1" w:rsidP="00CF4B69"/>
        </w:tc>
        <w:tc>
          <w:tcPr>
            <w:tcW w:w="2880" w:type="dxa"/>
          </w:tcPr>
          <w:p w14:paraId="3A15F96A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"The Seed of an Idea" </w:t>
            </w:r>
          </w:p>
        </w:tc>
      </w:tr>
      <w:tr w:rsidR="00556EB1" w14:paraId="5873AB5F" w14:textId="77777777" w:rsidTr="00CF4B69">
        <w:tc>
          <w:tcPr>
            <w:tcW w:w="2880" w:type="dxa"/>
          </w:tcPr>
          <w:p w14:paraId="4FCAC012" w14:textId="77777777" w:rsidR="00556EB1" w:rsidRDefault="00556EB1" w:rsidP="00CF4B69">
            <w:r>
              <w:t>01:13:41:20</w:t>
            </w:r>
          </w:p>
        </w:tc>
        <w:tc>
          <w:tcPr>
            <w:tcW w:w="2880" w:type="dxa"/>
          </w:tcPr>
          <w:p w14:paraId="3037433D" w14:textId="77777777" w:rsidR="00556EB1" w:rsidRDefault="00556EB1" w:rsidP="00CF4B69"/>
        </w:tc>
        <w:tc>
          <w:tcPr>
            <w:tcW w:w="2880" w:type="dxa"/>
          </w:tcPr>
          <w:p w14:paraId="531B46B0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[giggle] Hi! </w:t>
            </w:r>
          </w:p>
        </w:tc>
      </w:tr>
      <w:tr w:rsidR="00556EB1" w14:paraId="21C9BAE0" w14:textId="77777777" w:rsidTr="00CF4B69">
        <w:tc>
          <w:tcPr>
            <w:tcW w:w="2880" w:type="dxa"/>
          </w:tcPr>
          <w:p w14:paraId="688248C1" w14:textId="77777777" w:rsidR="00556EB1" w:rsidRDefault="00556EB1" w:rsidP="00CF4B69">
            <w:r>
              <w:t>01:13:43:21</w:t>
            </w:r>
          </w:p>
        </w:tc>
        <w:tc>
          <w:tcPr>
            <w:tcW w:w="2880" w:type="dxa"/>
          </w:tcPr>
          <w:p w14:paraId="692E0DDF" w14:textId="77777777" w:rsidR="00556EB1" w:rsidRDefault="00556EB1" w:rsidP="00CF4B69"/>
        </w:tc>
        <w:tc>
          <w:tcPr>
            <w:tcW w:w="2880" w:type="dxa"/>
          </w:tcPr>
          <w:p w14:paraId="26D70439" w14:textId="77777777" w:rsidR="00556EB1" w:rsidRDefault="00556EB1" w:rsidP="00CF4B69">
            <w:r>
              <w:t xml:space="preserve">[giggle] </w:t>
            </w:r>
          </w:p>
        </w:tc>
      </w:tr>
      <w:tr w:rsidR="00556EB1" w14:paraId="22F146E0" w14:textId="77777777" w:rsidTr="00CF4B69">
        <w:tc>
          <w:tcPr>
            <w:tcW w:w="2880" w:type="dxa"/>
          </w:tcPr>
          <w:p w14:paraId="5312F7BE" w14:textId="77777777" w:rsidR="00556EB1" w:rsidRDefault="00556EB1" w:rsidP="00CF4B69">
            <w:r>
              <w:t>01:13:45:22</w:t>
            </w:r>
          </w:p>
        </w:tc>
        <w:tc>
          <w:tcPr>
            <w:tcW w:w="2880" w:type="dxa"/>
          </w:tcPr>
          <w:p w14:paraId="19B72219" w14:textId="77777777" w:rsidR="00556EB1" w:rsidRDefault="00556EB1" w:rsidP="00CF4B69"/>
        </w:tc>
        <w:tc>
          <w:tcPr>
            <w:tcW w:w="2880" w:type="dxa"/>
          </w:tcPr>
          <w:p w14:paraId="21A3C60B" w14:textId="77777777" w:rsidR="00556EB1" w:rsidRDefault="00556EB1" w:rsidP="00CF4B69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556EB1" w14:paraId="09AA9C89" w14:textId="77777777" w:rsidTr="00CF4B69">
        <w:tc>
          <w:tcPr>
            <w:tcW w:w="2880" w:type="dxa"/>
          </w:tcPr>
          <w:p w14:paraId="1D38BFAA" w14:textId="77777777" w:rsidR="00556EB1" w:rsidRDefault="00556EB1" w:rsidP="00CF4B69">
            <w:r>
              <w:t>01:13:50:21</w:t>
            </w:r>
          </w:p>
        </w:tc>
        <w:tc>
          <w:tcPr>
            <w:tcW w:w="2880" w:type="dxa"/>
          </w:tcPr>
          <w:p w14:paraId="251DB0C1" w14:textId="77777777" w:rsidR="00556EB1" w:rsidRDefault="00556EB1" w:rsidP="00CF4B69"/>
        </w:tc>
        <w:tc>
          <w:tcPr>
            <w:tcW w:w="2880" w:type="dxa"/>
          </w:tcPr>
          <w:p w14:paraId="7F12A756" w14:textId="77777777" w:rsidR="00556EB1" w:rsidRDefault="00556EB1" w:rsidP="00CF4B69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  <w:bookmarkStart w:id="0" w:name="_GoBack"/>
            <w:bookmarkEnd w:id="0"/>
          </w:p>
        </w:tc>
      </w:tr>
      <w:tr w:rsidR="00556EB1" w14:paraId="3C92B115" w14:textId="77777777" w:rsidTr="00CF4B69">
        <w:tc>
          <w:tcPr>
            <w:tcW w:w="2880" w:type="dxa"/>
          </w:tcPr>
          <w:p w14:paraId="7143E4D8" w14:textId="77777777" w:rsidR="00556EB1" w:rsidRDefault="00556EB1" w:rsidP="00CF4B69">
            <w:r>
              <w:t>01:13:52:06</w:t>
            </w:r>
          </w:p>
        </w:tc>
        <w:tc>
          <w:tcPr>
            <w:tcW w:w="2880" w:type="dxa"/>
          </w:tcPr>
          <w:p w14:paraId="54AF31B2" w14:textId="77777777" w:rsidR="00556EB1" w:rsidRDefault="00556EB1" w:rsidP="00CF4B69"/>
        </w:tc>
        <w:tc>
          <w:tcPr>
            <w:tcW w:w="2880" w:type="dxa"/>
          </w:tcPr>
          <w:p w14:paraId="601263FC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Hmmm. </w:t>
            </w:r>
          </w:p>
        </w:tc>
      </w:tr>
      <w:tr w:rsidR="00556EB1" w14:paraId="7E357ED8" w14:textId="77777777" w:rsidTr="00CF4B69">
        <w:tc>
          <w:tcPr>
            <w:tcW w:w="2880" w:type="dxa"/>
          </w:tcPr>
          <w:p w14:paraId="62A05A1A" w14:textId="77777777" w:rsidR="00556EB1" w:rsidRDefault="00556EB1" w:rsidP="00CF4B69">
            <w:r>
              <w:t>01:13:54:19</w:t>
            </w:r>
          </w:p>
        </w:tc>
        <w:tc>
          <w:tcPr>
            <w:tcW w:w="2880" w:type="dxa"/>
          </w:tcPr>
          <w:p w14:paraId="3CAD91BB" w14:textId="77777777" w:rsidR="00556EB1" w:rsidRDefault="00556EB1" w:rsidP="00CF4B69"/>
        </w:tc>
        <w:tc>
          <w:tcPr>
            <w:tcW w:w="2880" w:type="dxa"/>
          </w:tcPr>
          <w:p w14:paraId="69BC7731" w14:textId="77777777" w:rsidR="00556EB1" w:rsidRDefault="00556EB1" w:rsidP="00CF4B69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556EB1" w14:paraId="281AD526" w14:textId="77777777" w:rsidTr="00CF4B69">
        <w:tc>
          <w:tcPr>
            <w:tcW w:w="2880" w:type="dxa"/>
          </w:tcPr>
          <w:p w14:paraId="655021D2" w14:textId="77777777" w:rsidR="00556EB1" w:rsidRDefault="00556EB1" w:rsidP="00CF4B69">
            <w:r>
              <w:t>01:13:56:22</w:t>
            </w:r>
          </w:p>
        </w:tc>
        <w:tc>
          <w:tcPr>
            <w:tcW w:w="2880" w:type="dxa"/>
          </w:tcPr>
          <w:p w14:paraId="4E2E7125" w14:textId="77777777" w:rsidR="00556EB1" w:rsidRDefault="00556EB1" w:rsidP="00CF4B69"/>
        </w:tc>
        <w:tc>
          <w:tcPr>
            <w:tcW w:w="2880" w:type="dxa"/>
          </w:tcPr>
          <w:p w14:paraId="66B77BF2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. </w:t>
            </w:r>
          </w:p>
        </w:tc>
      </w:tr>
      <w:tr w:rsidR="00556EB1" w14:paraId="1D955898" w14:textId="77777777" w:rsidTr="00CF4B69">
        <w:tc>
          <w:tcPr>
            <w:tcW w:w="2880" w:type="dxa"/>
          </w:tcPr>
          <w:p w14:paraId="286FCB4D" w14:textId="77777777" w:rsidR="00556EB1" w:rsidRDefault="00556EB1" w:rsidP="00CF4B69">
            <w:r>
              <w:t>01:13:59:21</w:t>
            </w:r>
          </w:p>
        </w:tc>
        <w:tc>
          <w:tcPr>
            <w:tcW w:w="2880" w:type="dxa"/>
          </w:tcPr>
          <w:p w14:paraId="63D72129" w14:textId="77777777" w:rsidR="00556EB1" w:rsidRDefault="00556EB1" w:rsidP="00CF4B69"/>
        </w:tc>
        <w:tc>
          <w:tcPr>
            <w:tcW w:w="2880" w:type="dxa"/>
          </w:tcPr>
          <w:p w14:paraId="4F201A14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Hi, Elinor! </w:t>
            </w:r>
          </w:p>
        </w:tc>
      </w:tr>
      <w:tr w:rsidR="00556EB1" w14:paraId="7A65EB28" w14:textId="77777777" w:rsidTr="00CF4B69">
        <w:tc>
          <w:tcPr>
            <w:tcW w:w="2880" w:type="dxa"/>
          </w:tcPr>
          <w:p w14:paraId="05748535" w14:textId="77777777" w:rsidR="00556EB1" w:rsidRDefault="00556EB1" w:rsidP="00CF4B69">
            <w:r>
              <w:t>01:14:00:29</w:t>
            </w:r>
          </w:p>
        </w:tc>
        <w:tc>
          <w:tcPr>
            <w:tcW w:w="2880" w:type="dxa"/>
          </w:tcPr>
          <w:p w14:paraId="6226E864" w14:textId="77777777" w:rsidR="00556EB1" w:rsidRDefault="00556EB1" w:rsidP="00CF4B69"/>
        </w:tc>
        <w:tc>
          <w:tcPr>
            <w:tcW w:w="2880" w:type="dxa"/>
          </w:tcPr>
          <w:p w14:paraId="09AE2FA1" w14:textId="77777777" w:rsidR="00556EB1" w:rsidRDefault="00556EB1" w:rsidP="00CF4B69">
            <w:r>
              <w:t xml:space="preserve">You look extra curious today! </w:t>
            </w:r>
          </w:p>
        </w:tc>
      </w:tr>
      <w:tr w:rsidR="00556EB1" w14:paraId="5F8F2FF2" w14:textId="77777777" w:rsidTr="00CF4B69">
        <w:tc>
          <w:tcPr>
            <w:tcW w:w="2880" w:type="dxa"/>
          </w:tcPr>
          <w:p w14:paraId="32FB5C29" w14:textId="77777777" w:rsidR="00556EB1" w:rsidRDefault="00556EB1" w:rsidP="00CF4B69">
            <w:r>
              <w:t>01:14:03:06</w:t>
            </w:r>
          </w:p>
        </w:tc>
        <w:tc>
          <w:tcPr>
            <w:tcW w:w="2880" w:type="dxa"/>
          </w:tcPr>
          <w:p w14:paraId="700B69D5" w14:textId="77777777" w:rsidR="00556EB1" w:rsidRDefault="00556EB1" w:rsidP="00CF4B69"/>
        </w:tc>
        <w:tc>
          <w:tcPr>
            <w:tcW w:w="2880" w:type="dxa"/>
          </w:tcPr>
          <w:p w14:paraId="00E80186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Hi, Olive! Hi, Ari! </w:t>
            </w:r>
          </w:p>
        </w:tc>
      </w:tr>
      <w:tr w:rsidR="00556EB1" w14:paraId="57B32AC3" w14:textId="77777777" w:rsidTr="00CF4B69">
        <w:tc>
          <w:tcPr>
            <w:tcW w:w="2880" w:type="dxa"/>
          </w:tcPr>
          <w:p w14:paraId="132F2E96" w14:textId="77777777" w:rsidR="00556EB1" w:rsidRDefault="00556EB1" w:rsidP="00CF4B69">
            <w:r>
              <w:t>01:14:04:25</w:t>
            </w:r>
          </w:p>
        </w:tc>
        <w:tc>
          <w:tcPr>
            <w:tcW w:w="2880" w:type="dxa"/>
          </w:tcPr>
          <w:p w14:paraId="141ADD01" w14:textId="77777777" w:rsidR="00556EB1" w:rsidRDefault="00556EB1" w:rsidP="00CF4B69"/>
        </w:tc>
        <w:tc>
          <w:tcPr>
            <w:tcW w:w="2880" w:type="dxa"/>
          </w:tcPr>
          <w:p w14:paraId="659D1ECA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Good Morning Elinor! </w:t>
            </w:r>
          </w:p>
        </w:tc>
      </w:tr>
      <w:tr w:rsidR="00556EB1" w14:paraId="54FAFD19" w14:textId="77777777" w:rsidTr="00CF4B69">
        <w:tc>
          <w:tcPr>
            <w:tcW w:w="2880" w:type="dxa"/>
          </w:tcPr>
          <w:p w14:paraId="0F7C4C97" w14:textId="77777777" w:rsidR="00556EB1" w:rsidRDefault="00556EB1" w:rsidP="00CF4B69">
            <w:r>
              <w:t>01:14:06:10</w:t>
            </w:r>
          </w:p>
        </w:tc>
        <w:tc>
          <w:tcPr>
            <w:tcW w:w="2880" w:type="dxa"/>
          </w:tcPr>
          <w:p w14:paraId="2E92F6DA" w14:textId="77777777" w:rsidR="00556EB1" w:rsidRDefault="00556EB1" w:rsidP="00CF4B69"/>
        </w:tc>
        <w:tc>
          <w:tcPr>
            <w:tcW w:w="2880" w:type="dxa"/>
          </w:tcPr>
          <w:p w14:paraId="5714D34C" w14:textId="77777777" w:rsidR="00556EB1" w:rsidRDefault="00556EB1" w:rsidP="00CF4B69">
            <w:r>
              <w:t xml:space="preserve">Are you curious to see something cool? </w:t>
            </w:r>
          </w:p>
        </w:tc>
      </w:tr>
      <w:tr w:rsidR="00556EB1" w14:paraId="07A7DDFD" w14:textId="77777777" w:rsidTr="00CF4B69">
        <w:tc>
          <w:tcPr>
            <w:tcW w:w="2880" w:type="dxa"/>
          </w:tcPr>
          <w:p w14:paraId="3BCC96E7" w14:textId="77777777" w:rsidR="00556EB1" w:rsidRDefault="00556EB1" w:rsidP="00CF4B69">
            <w:r>
              <w:t>01:14:09:06</w:t>
            </w:r>
          </w:p>
        </w:tc>
        <w:tc>
          <w:tcPr>
            <w:tcW w:w="2880" w:type="dxa"/>
          </w:tcPr>
          <w:p w14:paraId="32C5E832" w14:textId="77777777" w:rsidR="00556EB1" w:rsidRDefault="00556EB1" w:rsidP="00CF4B69"/>
        </w:tc>
        <w:tc>
          <w:tcPr>
            <w:tcW w:w="2880" w:type="dxa"/>
          </w:tcPr>
          <w:p w14:paraId="6D699C8E" w14:textId="77777777" w:rsidR="00556EB1" w:rsidRDefault="00556EB1" w:rsidP="00CF4B69">
            <w:r>
              <w:t xml:space="preserve">Check this out! </w:t>
            </w:r>
          </w:p>
        </w:tc>
      </w:tr>
      <w:tr w:rsidR="00556EB1" w14:paraId="38F3CC3C" w14:textId="77777777" w:rsidTr="00CF4B69">
        <w:tc>
          <w:tcPr>
            <w:tcW w:w="2880" w:type="dxa"/>
          </w:tcPr>
          <w:p w14:paraId="4DFBE3B0" w14:textId="77777777" w:rsidR="00556EB1" w:rsidRDefault="00556EB1" w:rsidP="00CF4B69">
            <w:r>
              <w:t>01:14:10:24</w:t>
            </w:r>
          </w:p>
        </w:tc>
        <w:tc>
          <w:tcPr>
            <w:tcW w:w="2880" w:type="dxa"/>
          </w:tcPr>
          <w:p w14:paraId="535ABA4B" w14:textId="77777777" w:rsidR="00556EB1" w:rsidRDefault="00556EB1" w:rsidP="00CF4B69"/>
        </w:tc>
        <w:tc>
          <w:tcPr>
            <w:tcW w:w="2880" w:type="dxa"/>
          </w:tcPr>
          <w:p w14:paraId="5AA9A38A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I have a new watch! </w:t>
            </w:r>
          </w:p>
        </w:tc>
      </w:tr>
      <w:tr w:rsidR="00556EB1" w14:paraId="7A040F09" w14:textId="77777777" w:rsidTr="00CF4B69">
        <w:tc>
          <w:tcPr>
            <w:tcW w:w="2880" w:type="dxa"/>
          </w:tcPr>
          <w:p w14:paraId="7BEEF13C" w14:textId="77777777" w:rsidR="00556EB1" w:rsidRDefault="00556EB1" w:rsidP="00CF4B69">
            <w:r>
              <w:t>01:14:12:20</w:t>
            </w:r>
          </w:p>
        </w:tc>
        <w:tc>
          <w:tcPr>
            <w:tcW w:w="2880" w:type="dxa"/>
          </w:tcPr>
          <w:p w14:paraId="18A98A07" w14:textId="77777777" w:rsidR="00556EB1" w:rsidRDefault="00556EB1" w:rsidP="00CF4B69"/>
        </w:tc>
        <w:tc>
          <w:tcPr>
            <w:tcW w:w="2880" w:type="dxa"/>
          </w:tcPr>
          <w:p w14:paraId="3B20F281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Ooohh</w:t>
            </w:r>
            <w:proofErr w:type="spellEnd"/>
            <w:r>
              <w:t xml:space="preserve">... </w:t>
            </w:r>
          </w:p>
        </w:tc>
      </w:tr>
      <w:tr w:rsidR="00556EB1" w14:paraId="4B56C8F1" w14:textId="77777777" w:rsidTr="00CF4B69">
        <w:tc>
          <w:tcPr>
            <w:tcW w:w="2880" w:type="dxa"/>
          </w:tcPr>
          <w:p w14:paraId="08C1B3C0" w14:textId="77777777" w:rsidR="00556EB1" w:rsidRDefault="00556EB1" w:rsidP="00CF4B69">
            <w:r>
              <w:t>01:14:14:09</w:t>
            </w:r>
          </w:p>
        </w:tc>
        <w:tc>
          <w:tcPr>
            <w:tcW w:w="2880" w:type="dxa"/>
          </w:tcPr>
          <w:p w14:paraId="0A197A63" w14:textId="77777777" w:rsidR="00556EB1" w:rsidRDefault="00556EB1" w:rsidP="00CF4B69"/>
        </w:tc>
        <w:tc>
          <w:tcPr>
            <w:tcW w:w="2880" w:type="dxa"/>
          </w:tcPr>
          <w:p w14:paraId="0E78CCD5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He's been showing it to everyone this morning. </w:t>
            </w:r>
          </w:p>
        </w:tc>
      </w:tr>
      <w:tr w:rsidR="00556EB1" w14:paraId="364F21DD" w14:textId="77777777" w:rsidTr="00CF4B69">
        <w:tc>
          <w:tcPr>
            <w:tcW w:w="2880" w:type="dxa"/>
          </w:tcPr>
          <w:p w14:paraId="5B679CEA" w14:textId="77777777" w:rsidR="00556EB1" w:rsidRDefault="00556EB1" w:rsidP="00CF4B69">
            <w:r>
              <w:t>01:14:17:08</w:t>
            </w:r>
          </w:p>
        </w:tc>
        <w:tc>
          <w:tcPr>
            <w:tcW w:w="2880" w:type="dxa"/>
          </w:tcPr>
          <w:p w14:paraId="30FBB545" w14:textId="77777777" w:rsidR="00556EB1" w:rsidRDefault="00556EB1" w:rsidP="00CF4B69"/>
        </w:tc>
        <w:tc>
          <w:tcPr>
            <w:tcW w:w="2880" w:type="dxa"/>
          </w:tcPr>
          <w:p w14:paraId="4365DFFF" w14:textId="77777777" w:rsidR="00556EB1" w:rsidRDefault="00556EB1" w:rsidP="00CF4B69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556EB1" w14:paraId="5C9AD225" w14:textId="77777777" w:rsidTr="00CF4B69">
        <w:tc>
          <w:tcPr>
            <w:tcW w:w="2880" w:type="dxa"/>
          </w:tcPr>
          <w:p w14:paraId="14D2E82A" w14:textId="77777777" w:rsidR="00556EB1" w:rsidRDefault="00556EB1" w:rsidP="00CF4B69">
            <w:r>
              <w:t>01:14:18:17</w:t>
            </w:r>
          </w:p>
        </w:tc>
        <w:tc>
          <w:tcPr>
            <w:tcW w:w="2880" w:type="dxa"/>
          </w:tcPr>
          <w:p w14:paraId="7A2154AB" w14:textId="77777777" w:rsidR="00556EB1" w:rsidRDefault="00556EB1" w:rsidP="00CF4B69"/>
        </w:tc>
        <w:tc>
          <w:tcPr>
            <w:tcW w:w="2880" w:type="dxa"/>
          </w:tcPr>
          <w:p w14:paraId="6BBA13E9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My parents got it for me. </w:t>
            </w:r>
          </w:p>
        </w:tc>
      </w:tr>
      <w:tr w:rsidR="00556EB1" w14:paraId="22979D8A" w14:textId="77777777" w:rsidTr="00CF4B69">
        <w:tc>
          <w:tcPr>
            <w:tcW w:w="2880" w:type="dxa"/>
          </w:tcPr>
          <w:p w14:paraId="3A7CC310" w14:textId="77777777" w:rsidR="00556EB1" w:rsidRDefault="00556EB1" w:rsidP="00CF4B69">
            <w:r>
              <w:t>01:14:20:02</w:t>
            </w:r>
          </w:p>
        </w:tc>
        <w:tc>
          <w:tcPr>
            <w:tcW w:w="2880" w:type="dxa"/>
          </w:tcPr>
          <w:p w14:paraId="5F540CAF" w14:textId="77777777" w:rsidR="00556EB1" w:rsidRDefault="00556EB1" w:rsidP="00CF4B69"/>
        </w:tc>
        <w:tc>
          <w:tcPr>
            <w:tcW w:w="2880" w:type="dxa"/>
          </w:tcPr>
          <w:p w14:paraId="3677878B" w14:textId="77777777" w:rsidR="00556EB1" w:rsidRDefault="00556EB1" w:rsidP="00CF4B69">
            <w:r>
              <w:t xml:space="preserve">They said it's to help me stay on track. </w:t>
            </w:r>
          </w:p>
        </w:tc>
      </w:tr>
      <w:tr w:rsidR="00556EB1" w14:paraId="346C1A03" w14:textId="77777777" w:rsidTr="00CF4B69">
        <w:tc>
          <w:tcPr>
            <w:tcW w:w="2880" w:type="dxa"/>
          </w:tcPr>
          <w:p w14:paraId="2D8379E5" w14:textId="77777777" w:rsidR="00556EB1" w:rsidRDefault="00556EB1" w:rsidP="00CF4B69">
            <w:r>
              <w:lastRenderedPageBreak/>
              <w:t>01:14:22:10</w:t>
            </w:r>
          </w:p>
        </w:tc>
        <w:tc>
          <w:tcPr>
            <w:tcW w:w="2880" w:type="dxa"/>
          </w:tcPr>
          <w:p w14:paraId="27E819F7" w14:textId="77777777" w:rsidR="00556EB1" w:rsidRDefault="00556EB1" w:rsidP="00CF4B69"/>
        </w:tc>
        <w:tc>
          <w:tcPr>
            <w:tcW w:w="2880" w:type="dxa"/>
          </w:tcPr>
          <w:p w14:paraId="0E38CF0F" w14:textId="77777777" w:rsidR="00556EB1" w:rsidRDefault="00556EB1" w:rsidP="00CF4B69">
            <w:proofErr w:type="spellStart"/>
            <w:r>
              <w:t>Waaatch</w:t>
            </w:r>
            <w:proofErr w:type="spellEnd"/>
            <w:r>
              <w:t xml:space="preserve"> this! </w:t>
            </w:r>
          </w:p>
        </w:tc>
      </w:tr>
      <w:tr w:rsidR="00556EB1" w14:paraId="3E1BDC84" w14:textId="77777777" w:rsidTr="00CF4B69">
        <w:tc>
          <w:tcPr>
            <w:tcW w:w="2880" w:type="dxa"/>
          </w:tcPr>
          <w:p w14:paraId="322EBB55" w14:textId="77777777" w:rsidR="00556EB1" w:rsidRDefault="00556EB1" w:rsidP="00CF4B69">
            <w:r>
              <w:t>01:14:24:25</w:t>
            </w:r>
          </w:p>
        </w:tc>
        <w:tc>
          <w:tcPr>
            <w:tcW w:w="2880" w:type="dxa"/>
          </w:tcPr>
          <w:p w14:paraId="45D58857" w14:textId="77777777" w:rsidR="00556EB1" w:rsidRDefault="00556EB1" w:rsidP="00CF4B69"/>
        </w:tc>
        <w:tc>
          <w:tcPr>
            <w:tcW w:w="2880" w:type="dxa"/>
          </w:tcPr>
          <w:p w14:paraId="2BDC50FE" w14:textId="77777777" w:rsidR="00556EB1" w:rsidRDefault="00556EB1" w:rsidP="00CF4B69">
            <w:r>
              <w:rPr>
                <w:b/>
              </w:rPr>
              <w:t xml:space="preserve">WATCH ALARM: </w:t>
            </w:r>
            <w:r>
              <w:t xml:space="preserve">Time to go to school! </w:t>
            </w:r>
          </w:p>
        </w:tc>
      </w:tr>
      <w:tr w:rsidR="00556EB1" w14:paraId="66C0DC9E" w14:textId="77777777" w:rsidTr="00CF4B69">
        <w:tc>
          <w:tcPr>
            <w:tcW w:w="2880" w:type="dxa"/>
          </w:tcPr>
          <w:p w14:paraId="4DE78F4A" w14:textId="77777777" w:rsidR="00556EB1" w:rsidRDefault="00556EB1" w:rsidP="00CF4B69">
            <w:r>
              <w:t>01:14:26:26</w:t>
            </w:r>
          </w:p>
        </w:tc>
        <w:tc>
          <w:tcPr>
            <w:tcW w:w="2880" w:type="dxa"/>
          </w:tcPr>
          <w:p w14:paraId="4770F3D5" w14:textId="77777777" w:rsidR="00556EB1" w:rsidRDefault="00556EB1" w:rsidP="00CF4B69"/>
        </w:tc>
        <w:tc>
          <w:tcPr>
            <w:tcW w:w="2880" w:type="dxa"/>
          </w:tcPr>
          <w:p w14:paraId="5347061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556EB1" w14:paraId="7869F684" w14:textId="77777777" w:rsidTr="00CF4B69">
        <w:tc>
          <w:tcPr>
            <w:tcW w:w="2880" w:type="dxa"/>
          </w:tcPr>
          <w:p w14:paraId="0FDC91D0" w14:textId="77777777" w:rsidR="00556EB1" w:rsidRDefault="00556EB1" w:rsidP="00CF4B69">
            <w:r>
              <w:t>01:14:27:26</w:t>
            </w:r>
          </w:p>
        </w:tc>
        <w:tc>
          <w:tcPr>
            <w:tcW w:w="2880" w:type="dxa"/>
          </w:tcPr>
          <w:p w14:paraId="1BD28812" w14:textId="77777777" w:rsidR="00556EB1" w:rsidRDefault="00556EB1" w:rsidP="00CF4B69"/>
        </w:tc>
        <w:tc>
          <w:tcPr>
            <w:tcW w:w="2880" w:type="dxa"/>
          </w:tcPr>
          <w:p w14:paraId="76BAD428" w14:textId="77777777" w:rsidR="00556EB1" w:rsidRDefault="00556EB1" w:rsidP="00CF4B69">
            <w:r>
              <w:rPr>
                <w:b/>
              </w:rPr>
              <w:t xml:space="preserve">WATCH ALARM: </w:t>
            </w:r>
            <w:r>
              <w:t xml:space="preserve">Eat your vegetables! </w:t>
            </w:r>
          </w:p>
        </w:tc>
      </w:tr>
      <w:tr w:rsidR="00556EB1" w14:paraId="215776EE" w14:textId="77777777" w:rsidTr="00CF4B69">
        <w:tc>
          <w:tcPr>
            <w:tcW w:w="2880" w:type="dxa"/>
          </w:tcPr>
          <w:p w14:paraId="14232D0D" w14:textId="77777777" w:rsidR="00556EB1" w:rsidRDefault="00556EB1" w:rsidP="00CF4B69">
            <w:r>
              <w:t>01:14:29:08</w:t>
            </w:r>
          </w:p>
        </w:tc>
        <w:tc>
          <w:tcPr>
            <w:tcW w:w="2880" w:type="dxa"/>
          </w:tcPr>
          <w:p w14:paraId="24841262" w14:textId="77777777" w:rsidR="00556EB1" w:rsidRDefault="00556EB1" w:rsidP="00CF4B69"/>
        </w:tc>
        <w:tc>
          <w:tcPr>
            <w:tcW w:w="2880" w:type="dxa"/>
          </w:tcPr>
          <w:p w14:paraId="79C1F817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Ohhh</w:t>
            </w:r>
            <w:proofErr w:type="spellEnd"/>
            <w:r>
              <w:t xml:space="preserve">. </w:t>
            </w:r>
          </w:p>
        </w:tc>
      </w:tr>
      <w:tr w:rsidR="00556EB1" w14:paraId="4D9BDC0B" w14:textId="77777777" w:rsidTr="00CF4B69">
        <w:tc>
          <w:tcPr>
            <w:tcW w:w="2880" w:type="dxa"/>
          </w:tcPr>
          <w:p w14:paraId="337A4395" w14:textId="77777777" w:rsidR="00556EB1" w:rsidRDefault="00556EB1" w:rsidP="00CF4B69">
            <w:r>
              <w:t>01:14:30:08</w:t>
            </w:r>
          </w:p>
        </w:tc>
        <w:tc>
          <w:tcPr>
            <w:tcW w:w="2880" w:type="dxa"/>
          </w:tcPr>
          <w:p w14:paraId="747F6AAA" w14:textId="77777777" w:rsidR="00556EB1" w:rsidRDefault="00556EB1" w:rsidP="00CF4B69"/>
        </w:tc>
        <w:tc>
          <w:tcPr>
            <w:tcW w:w="2880" w:type="dxa"/>
          </w:tcPr>
          <w:p w14:paraId="572BFD28" w14:textId="77777777" w:rsidR="00556EB1" w:rsidRDefault="00556EB1" w:rsidP="00CF4B69">
            <w:r>
              <w:rPr>
                <w:b/>
              </w:rPr>
              <w:t xml:space="preserve">WATCH ALARM: </w:t>
            </w:r>
            <w:r>
              <w:t xml:space="preserve">Put your pants on! </w:t>
            </w:r>
          </w:p>
        </w:tc>
      </w:tr>
      <w:tr w:rsidR="00556EB1" w14:paraId="2258C57E" w14:textId="77777777" w:rsidTr="00CF4B69">
        <w:tc>
          <w:tcPr>
            <w:tcW w:w="2880" w:type="dxa"/>
          </w:tcPr>
          <w:p w14:paraId="6F557D24" w14:textId="77777777" w:rsidR="00556EB1" w:rsidRDefault="00556EB1" w:rsidP="00CF4B69">
            <w:r>
              <w:t>01:14:31:13</w:t>
            </w:r>
          </w:p>
        </w:tc>
        <w:tc>
          <w:tcPr>
            <w:tcW w:w="2880" w:type="dxa"/>
          </w:tcPr>
          <w:p w14:paraId="3DAEC48A" w14:textId="77777777" w:rsidR="00556EB1" w:rsidRDefault="00556EB1" w:rsidP="00CF4B69"/>
        </w:tc>
        <w:tc>
          <w:tcPr>
            <w:tcW w:w="2880" w:type="dxa"/>
          </w:tcPr>
          <w:p w14:paraId="74B6C2B6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Oh! </w:t>
            </w:r>
          </w:p>
        </w:tc>
      </w:tr>
      <w:tr w:rsidR="00556EB1" w14:paraId="0CC45C1B" w14:textId="77777777" w:rsidTr="00CF4B69">
        <w:tc>
          <w:tcPr>
            <w:tcW w:w="2880" w:type="dxa"/>
          </w:tcPr>
          <w:p w14:paraId="429D328A" w14:textId="77777777" w:rsidR="00556EB1" w:rsidRDefault="00556EB1" w:rsidP="00CF4B69">
            <w:r>
              <w:t>01:14:33:10</w:t>
            </w:r>
          </w:p>
        </w:tc>
        <w:tc>
          <w:tcPr>
            <w:tcW w:w="2880" w:type="dxa"/>
          </w:tcPr>
          <w:p w14:paraId="23A8A1B7" w14:textId="77777777" w:rsidR="00556EB1" w:rsidRDefault="00556EB1" w:rsidP="00CF4B69"/>
        </w:tc>
        <w:tc>
          <w:tcPr>
            <w:tcW w:w="2880" w:type="dxa"/>
          </w:tcPr>
          <w:p w14:paraId="1750AB32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Hey, sometimes I forget. </w:t>
            </w:r>
          </w:p>
        </w:tc>
      </w:tr>
      <w:tr w:rsidR="00556EB1" w14:paraId="45ACD80B" w14:textId="77777777" w:rsidTr="00CF4B69">
        <w:tc>
          <w:tcPr>
            <w:tcW w:w="2880" w:type="dxa"/>
          </w:tcPr>
          <w:p w14:paraId="640E4176" w14:textId="77777777" w:rsidR="00556EB1" w:rsidRDefault="00556EB1" w:rsidP="00CF4B69">
            <w:r>
              <w:t>01:14:35:08</w:t>
            </w:r>
          </w:p>
        </w:tc>
        <w:tc>
          <w:tcPr>
            <w:tcW w:w="2880" w:type="dxa"/>
          </w:tcPr>
          <w:p w14:paraId="11F23AEA" w14:textId="77777777" w:rsidR="00556EB1" w:rsidRDefault="00556EB1" w:rsidP="00CF4B69"/>
        </w:tc>
        <w:tc>
          <w:tcPr>
            <w:tcW w:w="2880" w:type="dxa"/>
          </w:tcPr>
          <w:p w14:paraId="14CADDD4" w14:textId="77777777" w:rsidR="00556EB1" w:rsidRDefault="00556EB1" w:rsidP="00CF4B69">
            <w:r>
              <w:rPr>
                <w:b/>
              </w:rPr>
              <w:t xml:space="preserve">ALL: </w:t>
            </w:r>
            <w:r>
              <w:t xml:space="preserve">[laughter] </w:t>
            </w:r>
          </w:p>
        </w:tc>
      </w:tr>
      <w:tr w:rsidR="00556EB1" w14:paraId="0E1532A3" w14:textId="77777777" w:rsidTr="00CF4B69">
        <w:tc>
          <w:tcPr>
            <w:tcW w:w="2880" w:type="dxa"/>
          </w:tcPr>
          <w:p w14:paraId="12E90985" w14:textId="77777777" w:rsidR="00556EB1" w:rsidRDefault="00556EB1" w:rsidP="00CF4B69">
            <w:r>
              <w:t>01:14:36:19</w:t>
            </w:r>
          </w:p>
        </w:tc>
        <w:tc>
          <w:tcPr>
            <w:tcW w:w="2880" w:type="dxa"/>
          </w:tcPr>
          <w:p w14:paraId="111EFFE5" w14:textId="77777777" w:rsidR="00556EB1" w:rsidRDefault="00556EB1" w:rsidP="00CF4B69"/>
        </w:tc>
        <w:tc>
          <w:tcPr>
            <w:tcW w:w="2880" w:type="dxa"/>
          </w:tcPr>
          <w:p w14:paraId="6D4BC017" w14:textId="77777777" w:rsidR="00556EB1" w:rsidRDefault="00556EB1" w:rsidP="00CF4B69">
            <w:r>
              <w:t xml:space="preserve">Want to see my favorite part? </w:t>
            </w:r>
          </w:p>
        </w:tc>
      </w:tr>
      <w:tr w:rsidR="00556EB1" w14:paraId="2EFAF5E4" w14:textId="77777777" w:rsidTr="00CF4B69">
        <w:tc>
          <w:tcPr>
            <w:tcW w:w="2880" w:type="dxa"/>
          </w:tcPr>
          <w:p w14:paraId="5E44497D" w14:textId="77777777" w:rsidR="00556EB1" w:rsidRDefault="00556EB1" w:rsidP="00CF4B69">
            <w:r>
              <w:t>01:14:38:28</w:t>
            </w:r>
          </w:p>
        </w:tc>
        <w:tc>
          <w:tcPr>
            <w:tcW w:w="2880" w:type="dxa"/>
          </w:tcPr>
          <w:p w14:paraId="7CC43C0A" w14:textId="77777777" w:rsidR="00556EB1" w:rsidRDefault="00556EB1" w:rsidP="00CF4B69"/>
        </w:tc>
        <w:tc>
          <w:tcPr>
            <w:tcW w:w="2880" w:type="dxa"/>
          </w:tcPr>
          <w:p w14:paraId="0F404099" w14:textId="77777777" w:rsidR="00556EB1" w:rsidRDefault="00556EB1" w:rsidP="00CF4B69">
            <w:r>
              <w:t xml:space="preserve">Look at the watch strap! </w:t>
            </w:r>
          </w:p>
        </w:tc>
      </w:tr>
      <w:tr w:rsidR="00556EB1" w14:paraId="2FBFD566" w14:textId="77777777" w:rsidTr="00CF4B69">
        <w:tc>
          <w:tcPr>
            <w:tcW w:w="2880" w:type="dxa"/>
          </w:tcPr>
          <w:p w14:paraId="6CB7EA2B" w14:textId="77777777" w:rsidR="00556EB1" w:rsidRDefault="00556EB1" w:rsidP="00CF4B69">
            <w:r>
              <w:t>01:14:40:06</w:t>
            </w:r>
          </w:p>
        </w:tc>
        <w:tc>
          <w:tcPr>
            <w:tcW w:w="2880" w:type="dxa"/>
          </w:tcPr>
          <w:p w14:paraId="669F5241" w14:textId="77777777" w:rsidR="00556EB1" w:rsidRDefault="00556EB1" w:rsidP="00CF4B69"/>
        </w:tc>
        <w:tc>
          <w:tcPr>
            <w:tcW w:w="2880" w:type="dxa"/>
          </w:tcPr>
          <w:p w14:paraId="09237157" w14:textId="77777777" w:rsidR="00556EB1" w:rsidRDefault="00556EB1" w:rsidP="00CF4B69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556EB1" w14:paraId="7435C58F" w14:textId="77777777" w:rsidTr="00CF4B69">
        <w:tc>
          <w:tcPr>
            <w:tcW w:w="2880" w:type="dxa"/>
          </w:tcPr>
          <w:p w14:paraId="6D6A65C5" w14:textId="77777777" w:rsidR="00556EB1" w:rsidRDefault="00556EB1" w:rsidP="00CF4B69">
            <w:r>
              <w:t>01:14:41:16</w:t>
            </w:r>
          </w:p>
        </w:tc>
        <w:tc>
          <w:tcPr>
            <w:tcW w:w="2880" w:type="dxa"/>
          </w:tcPr>
          <w:p w14:paraId="25CF2DDB" w14:textId="77777777" w:rsidR="00556EB1" w:rsidRDefault="00556EB1" w:rsidP="00CF4B69"/>
        </w:tc>
        <w:tc>
          <w:tcPr>
            <w:tcW w:w="2880" w:type="dxa"/>
          </w:tcPr>
          <w:p w14:paraId="181EE4A1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Wooaaaahhh</w:t>
            </w:r>
            <w:proofErr w:type="spellEnd"/>
            <w:r>
              <w:t xml:space="preserve">... </w:t>
            </w:r>
          </w:p>
        </w:tc>
      </w:tr>
      <w:tr w:rsidR="00556EB1" w14:paraId="618988FE" w14:textId="77777777" w:rsidTr="00CF4B69">
        <w:tc>
          <w:tcPr>
            <w:tcW w:w="2880" w:type="dxa"/>
          </w:tcPr>
          <w:p w14:paraId="4DE8ED51" w14:textId="77777777" w:rsidR="00556EB1" w:rsidRDefault="00556EB1" w:rsidP="00CF4B69">
            <w:r>
              <w:t>01:14:44:16</w:t>
            </w:r>
          </w:p>
        </w:tc>
        <w:tc>
          <w:tcPr>
            <w:tcW w:w="2880" w:type="dxa"/>
          </w:tcPr>
          <w:p w14:paraId="7BE52BB1" w14:textId="77777777" w:rsidR="00556EB1" w:rsidRDefault="00556EB1" w:rsidP="00CF4B69"/>
        </w:tc>
        <w:tc>
          <w:tcPr>
            <w:tcW w:w="2880" w:type="dxa"/>
          </w:tcPr>
          <w:p w14:paraId="21CA1B64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Ok, class, time to find our places! </w:t>
            </w:r>
          </w:p>
        </w:tc>
      </w:tr>
      <w:tr w:rsidR="00556EB1" w14:paraId="29CF00EF" w14:textId="77777777" w:rsidTr="00CF4B69">
        <w:tc>
          <w:tcPr>
            <w:tcW w:w="2880" w:type="dxa"/>
          </w:tcPr>
          <w:p w14:paraId="745964EB" w14:textId="77777777" w:rsidR="00556EB1" w:rsidRDefault="00556EB1" w:rsidP="00CF4B69">
            <w:r>
              <w:t>01:14:47:10</w:t>
            </w:r>
          </w:p>
        </w:tc>
        <w:tc>
          <w:tcPr>
            <w:tcW w:w="2880" w:type="dxa"/>
          </w:tcPr>
          <w:p w14:paraId="248173C0" w14:textId="77777777" w:rsidR="00556EB1" w:rsidRDefault="00556EB1" w:rsidP="00CF4B69"/>
        </w:tc>
        <w:tc>
          <w:tcPr>
            <w:tcW w:w="2880" w:type="dxa"/>
          </w:tcPr>
          <w:p w14:paraId="15424147" w14:textId="77777777" w:rsidR="00556EB1" w:rsidRDefault="00556EB1" w:rsidP="00CF4B69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556EB1" w14:paraId="09DFAB65" w14:textId="77777777" w:rsidTr="00CF4B69">
        <w:tc>
          <w:tcPr>
            <w:tcW w:w="2880" w:type="dxa"/>
          </w:tcPr>
          <w:p w14:paraId="056396E3" w14:textId="77777777" w:rsidR="00556EB1" w:rsidRDefault="00556EB1" w:rsidP="00CF4B69">
            <w:r>
              <w:t>01:14:50:09</w:t>
            </w:r>
          </w:p>
        </w:tc>
        <w:tc>
          <w:tcPr>
            <w:tcW w:w="2880" w:type="dxa"/>
          </w:tcPr>
          <w:p w14:paraId="58A02F92" w14:textId="77777777" w:rsidR="00556EB1" w:rsidRDefault="00556EB1" w:rsidP="00CF4B69"/>
        </w:tc>
        <w:tc>
          <w:tcPr>
            <w:tcW w:w="2880" w:type="dxa"/>
          </w:tcPr>
          <w:p w14:paraId="144DDB38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Good morning,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556EB1" w14:paraId="339D4FA7" w14:textId="77777777" w:rsidTr="00CF4B69">
        <w:tc>
          <w:tcPr>
            <w:tcW w:w="2880" w:type="dxa"/>
          </w:tcPr>
          <w:p w14:paraId="64BEF012" w14:textId="77777777" w:rsidR="00556EB1" w:rsidRDefault="00556EB1" w:rsidP="00CF4B69">
            <w:r>
              <w:t>01:14:51:29</w:t>
            </w:r>
          </w:p>
        </w:tc>
        <w:tc>
          <w:tcPr>
            <w:tcW w:w="2880" w:type="dxa"/>
          </w:tcPr>
          <w:p w14:paraId="0C0CCD17" w14:textId="77777777" w:rsidR="00556EB1" w:rsidRDefault="00556EB1" w:rsidP="00CF4B69"/>
        </w:tc>
        <w:tc>
          <w:tcPr>
            <w:tcW w:w="2880" w:type="dxa"/>
          </w:tcPr>
          <w:p w14:paraId="6224AA12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Good morning! </w:t>
            </w:r>
          </w:p>
        </w:tc>
      </w:tr>
      <w:tr w:rsidR="00556EB1" w14:paraId="1398A02A" w14:textId="77777777" w:rsidTr="00CF4B69">
        <w:tc>
          <w:tcPr>
            <w:tcW w:w="2880" w:type="dxa"/>
          </w:tcPr>
          <w:p w14:paraId="35058EB6" w14:textId="77777777" w:rsidR="00556EB1" w:rsidRDefault="00556EB1" w:rsidP="00CF4B69">
            <w:r>
              <w:t>01:14:53:14</w:t>
            </w:r>
          </w:p>
        </w:tc>
        <w:tc>
          <w:tcPr>
            <w:tcW w:w="2880" w:type="dxa"/>
          </w:tcPr>
          <w:p w14:paraId="3140BC2D" w14:textId="77777777" w:rsidR="00556EB1" w:rsidRDefault="00556EB1" w:rsidP="00CF4B69"/>
        </w:tc>
        <w:tc>
          <w:tcPr>
            <w:tcW w:w="2880" w:type="dxa"/>
          </w:tcPr>
          <w:p w14:paraId="1B7FDEF2" w14:textId="77777777" w:rsidR="00556EB1" w:rsidRDefault="00556EB1" w:rsidP="00CF4B69">
            <w:r>
              <w:t xml:space="preserve">Now, where is my book? </w:t>
            </w:r>
          </w:p>
        </w:tc>
      </w:tr>
      <w:tr w:rsidR="00556EB1" w14:paraId="3AFF29FE" w14:textId="77777777" w:rsidTr="00CF4B69">
        <w:tc>
          <w:tcPr>
            <w:tcW w:w="2880" w:type="dxa"/>
          </w:tcPr>
          <w:p w14:paraId="61453237" w14:textId="77777777" w:rsidR="00556EB1" w:rsidRDefault="00556EB1" w:rsidP="00CF4B69">
            <w:r>
              <w:t>01:14:57:08</w:t>
            </w:r>
          </w:p>
        </w:tc>
        <w:tc>
          <w:tcPr>
            <w:tcW w:w="2880" w:type="dxa"/>
          </w:tcPr>
          <w:p w14:paraId="36A44258" w14:textId="77777777" w:rsidR="00556EB1" w:rsidRDefault="00556EB1" w:rsidP="00CF4B69"/>
        </w:tc>
        <w:tc>
          <w:tcPr>
            <w:tcW w:w="2880" w:type="dxa"/>
          </w:tcPr>
          <w:p w14:paraId="5692060E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Ah ha! </w:t>
            </w:r>
          </w:p>
        </w:tc>
      </w:tr>
      <w:tr w:rsidR="00556EB1" w14:paraId="5F0356D5" w14:textId="77777777" w:rsidTr="00CF4B69">
        <w:tc>
          <w:tcPr>
            <w:tcW w:w="2880" w:type="dxa"/>
          </w:tcPr>
          <w:p w14:paraId="69FAC61E" w14:textId="77777777" w:rsidR="00556EB1" w:rsidRDefault="00556EB1" w:rsidP="00CF4B69">
            <w:r>
              <w:t>01:14:58:17</w:t>
            </w:r>
          </w:p>
        </w:tc>
        <w:tc>
          <w:tcPr>
            <w:tcW w:w="2880" w:type="dxa"/>
          </w:tcPr>
          <w:p w14:paraId="548F6CBA" w14:textId="77777777" w:rsidR="00556EB1" w:rsidRDefault="00556EB1" w:rsidP="00CF4B69"/>
        </w:tc>
        <w:tc>
          <w:tcPr>
            <w:tcW w:w="2880" w:type="dxa"/>
          </w:tcPr>
          <w:p w14:paraId="1D4AF0C4" w14:textId="77777777" w:rsidR="00556EB1" w:rsidRDefault="00556EB1" w:rsidP="00CF4B69">
            <w:r>
              <w:t xml:space="preserve">Is this it? </w:t>
            </w:r>
          </w:p>
        </w:tc>
      </w:tr>
      <w:tr w:rsidR="00556EB1" w14:paraId="75940F02" w14:textId="77777777" w:rsidTr="00CF4B69">
        <w:tc>
          <w:tcPr>
            <w:tcW w:w="2880" w:type="dxa"/>
          </w:tcPr>
          <w:p w14:paraId="1E271C19" w14:textId="77777777" w:rsidR="00556EB1" w:rsidRDefault="00556EB1" w:rsidP="00CF4B69">
            <w:r>
              <w:lastRenderedPageBreak/>
              <w:t>01:14:59:29</w:t>
            </w:r>
          </w:p>
        </w:tc>
        <w:tc>
          <w:tcPr>
            <w:tcW w:w="2880" w:type="dxa"/>
          </w:tcPr>
          <w:p w14:paraId="5D6DA214" w14:textId="77777777" w:rsidR="00556EB1" w:rsidRDefault="00556EB1" w:rsidP="00CF4B69"/>
        </w:tc>
        <w:tc>
          <w:tcPr>
            <w:tcW w:w="2880" w:type="dxa"/>
          </w:tcPr>
          <w:p w14:paraId="51EFBF8B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No! [giggle] That's not it! </w:t>
            </w:r>
          </w:p>
        </w:tc>
      </w:tr>
      <w:tr w:rsidR="00556EB1" w14:paraId="37BC655D" w14:textId="77777777" w:rsidTr="00CF4B69">
        <w:tc>
          <w:tcPr>
            <w:tcW w:w="2880" w:type="dxa"/>
          </w:tcPr>
          <w:p w14:paraId="4C10C5EC" w14:textId="77777777" w:rsidR="00556EB1" w:rsidRDefault="00556EB1" w:rsidP="00CF4B69">
            <w:r>
              <w:t>01:15:01:06</w:t>
            </w:r>
          </w:p>
        </w:tc>
        <w:tc>
          <w:tcPr>
            <w:tcW w:w="2880" w:type="dxa"/>
          </w:tcPr>
          <w:p w14:paraId="3A85D4DD" w14:textId="77777777" w:rsidR="00556EB1" w:rsidRDefault="00556EB1" w:rsidP="00CF4B69"/>
        </w:tc>
        <w:tc>
          <w:tcPr>
            <w:tcW w:w="2880" w:type="dxa"/>
          </w:tcPr>
          <w:p w14:paraId="3B43EBDE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That's a carrot! </w:t>
            </w:r>
          </w:p>
        </w:tc>
      </w:tr>
      <w:tr w:rsidR="00556EB1" w14:paraId="478527EF" w14:textId="77777777" w:rsidTr="00CF4B69">
        <w:tc>
          <w:tcPr>
            <w:tcW w:w="2880" w:type="dxa"/>
          </w:tcPr>
          <w:p w14:paraId="51895FB9" w14:textId="77777777" w:rsidR="00556EB1" w:rsidRDefault="00556EB1" w:rsidP="00CF4B69">
            <w:r>
              <w:t>01:15:02:22</w:t>
            </w:r>
          </w:p>
        </w:tc>
        <w:tc>
          <w:tcPr>
            <w:tcW w:w="2880" w:type="dxa"/>
          </w:tcPr>
          <w:p w14:paraId="1E2A2C3A" w14:textId="77777777" w:rsidR="00556EB1" w:rsidRDefault="00556EB1" w:rsidP="00CF4B69"/>
        </w:tc>
        <w:tc>
          <w:tcPr>
            <w:tcW w:w="2880" w:type="dxa"/>
          </w:tcPr>
          <w:p w14:paraId="52EF75C0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[sniffs] Oops! </w:t>
            </w:r>
          </w:p>
        </w:tc>
      </w:tr>
      <w:tr w:rsidR="00556EB1" w14:paraId="24131D24" w14:textId="77777777" w:rsidTr="00CF4B69">
        <w:tc>
          <w:tcPr>
            <w:tcW w:w="2880" w:type="dxa"/>
          </w:tcPr>
          <w:p w14:paraId="5A59C5DA" w14:textId="77777777" w:rsidR="00556EB1" w:rsidRDefault="00556EB1" w:rsidP="00CF4B69">
            <w:r>
              <w:t>01:15:04:11</w:t>
            </w:r>
          </w:p>
        </w:tc>
        <w:tc>
          <w:tcPr>
            <w:tcW w:w="2880" w:type="dxa"/>
          </w:tcPr>
          <w:p w14:paraId="410827B8" w14:textId="77777777" w:rsidR="00556EB1" w:rsidRDefault="00556EB1" w:rsidP="00CF4B69"/>
        </w:tc>
        <w:tc>
          <w:tcPr>
            <w:tcW w:w="2880" w:type="dxa"/>
          </w:tcPr>
          <w:p w14:paraId="70E88A6B" w14:textId="77777777" w:rsidR="00556EB1" w:rsidRDefault="00556EB1" w:rsidP="00CF4B69">
            <w:r>
              <w:t xml:space="preserve">You're right! [giggle] </w:t>
            </w:r>
          </w:p>
        </w:tc>
      </w:tr>
      <w:tr w:rsidR="00556EB1" w14:paraId="309EF3C8" w14:textId="77777777" w:rsidTr="00CF4B69">
        <w:tc>
          <w:tcPr>
            <w:tcW w:w="2880" w:type="dxa"/>
          </w:tcPr>
          <w:p w14:paraId="0C51A1B5" w14:textId="77777777" w:rsidR="00556EB1" w:rsidRDefault="00556EB1" w:rsidP="00CF4B69">
            <w:r>
              <w:t>01:15:08:25</w:t>
            </w:r>
          </w:p>
        </w:tc>
        <w:tc>
          <w:tcPr>
            <w:tcW w:w="2880" w:type="dxa"/>
          </w:tcPr>
          <w:p w14:paraId="32B55600" w14:textId="77777777" w:rsidR="00556EB1" w:rsidRDefault="00556EB1" w:rsidP="00CF4B69"/>
        </w:tc>
        <w:tc>
          <w:tcPr>
            <w:tcW w:w="2880" w:type="dxa"/>
          </w:tcPr>
          <w:p w14:paraId="71B10F25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Hmmm, here ok. </w:t>
            </w:r>
          </w:p>
        </w:tc>
      </w:tr>
      <w:tr w:rsidR="00556EB1" w14:paraId="2F353A4F" w14:textId="77777777" w:rsidTr="00CF4B69">
        <w:tc>
          <w:tcPr>
            <w:tcW w:w="2880" w:type="dxa"/>
          </w:tcPr>
          <w:p w14:paraId="5CFB0484" w14:textId="77777777" w:rsidR="00556EB1" w:rsidRDefault="00556EB1" w:rsidP="00CF4B69">
            <w:r>
              <w:t>01:15:11:21</w:t>
            </w:r>
          </w:p>
        </w:tc>
        <w:tc>
          <w:tcPr>
            <w:tcW w:w="2880" w:type="dxa"/>
          </w:tcPr>
          <w:p w14:paraId="24E91306" w14:textId="77777777" w:rsidR="00556EB1" w:rsidRDefault="00556EB1" w:rsidP="00CF4B69"/>
        </w:tc>
        <w:tc>
          <w:tcPr>
            <w:tcW w:w="2880" w:type="dxa"/>
          </w:tcPr>
          <w:p w14:paraId="1C8B8335" w14:textId="77777777" w:rsidR="00556EB1" w:rsidRDefault="00556EB1" w:rsidP="00CF4B69">
            <w:r>
              <w:t xml:space="preserve">Now, this must be my book! </w:t>
            </w:r>
          </w:p>
        </w:tc>
      </w:tr>
      <w:tr w:rsidR="00556EB1" w14:paraId="74C2535A" w14:textId="77777777" w:rsidTr="00CF4B69">
        <w:tc>
          <w:tcPr>
            <w:tcW w:w="2880" w:type="dxa"/>
          </w:tcPr>
          <w:p w14:paraId="280AA910" w14:textId="77777777" w:rsidR="00556EB1" w:rsidRDefault="00556EB1" w:rsidP="00CF4B69">
            <w:r>
              <w:t>01:15:14:22</w:t>
            </w:r>
          </w:p>
        </w:tc>
        <w:tc>
          <w:tcPr>
            <w:tcW w:w="2880" w:type="dxa"/>
          </w:tcPr>
          <w:p w14:paraId="3C04A5C7" w14:textId="77777777" w:rsidR="00556EB1" w:rsidRDefault="00556EB1" w:rsidP="00CF4B69"/>
        </w:tc>
        <w:tc>
          <w:tcPr>
            <w:tcW w:w="2880" w:type="dxa"/>
          </w:tcPr>
          <w:p w14:paraId="19588A67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No! [giggle] That's an eraser! </w:t>
            </w:r>
          </w:p>
        </w:tc>
      </w:tr>
      <w:tr w:rsidR="00556EB1" w14:paraId="114F78EA" w14:textId="77777777" w:rsidTr="00CF4B69">
        <w:tc>
          <w:tcPr>
            <w:tcW w:w="2880" w:type="dxa"/>
          </w:tcPr>
          <w:p w14:paraId="5E049DE7" w14:textId="77777777" w:rsidR="00556EB1" w:rsidRDefault="00556EB1" w:rsidP="00CF4B69">
            <w:r>
              <w:t>01:15:16:27</w:t>
            </w:r>
          </w:p>
        </w:tc>
        <w:tc>
          <w:tcPr>
            <w:tcW w:w="2880" w:type="dxa"/>
          </w:tcPr>
          <w:p w14:paraId="722A8AA5" w14:textId="77777777" w:rsidR="00556EB1" w:rsidRDefault="00556EB1" w:rsidP="00CF4B69"/>
        </w:tc>
        <w:tc>
          <w:tcPr>
            <w:tcW w:w="2880" w:type="dxa"/>
          </w:tcPr>
          <w:p w14:paraId="6515D313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[sniffs] </w:t>
            </w:r>
          </w:p>
        </w:tc>
      </w:tr>
      <w:tr w:rsidR="00556EB1" w14:paraId="5B55FE51" w14:textId="77777777" w:rsidTr="00CF4B69">
        <w:tc>
          <w:tcPr>
            <w:tcW w:w="2880" w:type="dxa"/>
          </w:tcPr>
          <w:p w14:paraId="30DE69E6" w14:textId="77777777" w:rsidR="00556EB1" w:rsidRDefault="00556EB1" w:rsidP="00CF4B69">
            <w:r>
              <w:t>01:15:20:10</w:t>
            </w:r>
          </w:p>
        </w:tc>
        <w:tc>
          <w:tcPr>
            <w:tcW w:w="2880" w:type="dxa"/>
          </w:tcPr>
          <w:p w14:paraId="5F915B91" w14:textId="77777777" w:rsidR="00556EB1" w:rsidRDefault="00556EB1" w:rsidP="00CF4B69"/>
        </w:tc>
        <w:tc>
          <w:tcPr>
            <w:tcW w:w="2880" w:type="dxa"/>
          </w:tcPr>
          <w:p w14:paraId="6672C0A9" w14:textId="77777777" w:rsidR="00556EB1" w:rsidRDefault="00556EB1" w:rsidP="00CF4B69">
            <w:r>
              <w:t xml:space="preserve">[sneezes] </w:t>
            </w:r>
          </w:p>
        </w:tc>
      </w:tr>
      <w:tr w:rsidR="00556EB1" w14:paraId="10ADF0D1" w14:textId="77777777" w:rsidTr="00CF4B69">
        <w:tc>
          <w:tcPr>
            <w:tcW w:w="2880" w:type="dxa"/>
          </w:tcPr>
          <w:p w14:paraId="0D0A4AFC" w14:textId="77777777" w:rsidR="00556EB1" w:rsidRDefault="00556EB1" w:rsidP="00CF4B69">
            <w:r>
              <w:t>01:15:21:10</w:t>
            </w:r>
          </w:p>
        </w:tc>
        <w:tc>
          <w:tcPr>
            <w:tcW w:w="2880" w:type="dxa"/>
          </w:tcPr>
          <w:p w14:paraId="5EEB6C0E" w14:textId="77777777" w:rsidR="00556EB1" w:rsidRDefault="00556EB1" w:rsidP="00CF4B69"/>
        </w:tc>
        <w:tc>
          <w:tcPr>
            <w:tcW w:w="2880" w:type="dxa"/>
          </w:tcPr>
          <w:p w14:paraId="089D2C02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556EB1" w14:paraId="4FDB20EF" w14:textId="77777777" w:rsidTr="00CF4B69">
        <w:tc>
          <w:tcPr>
            <w:tcW w:w="2880" w:type="dxa"/>
          </w:tcPr>
          <w:p w14:paraId="7BFC3C37" w14:textId="77777777" w:rsidR="00556EB1" w:rsidRDefault="00556EB1" w:rsidP="00CF4B69">
            <w:r>
              <w:t>01:15:23:04</w:t>
            </w:r>
          </w:p>
        </w:tc>
        <w:tc>
          <w:tcPr>
            <w:tcW w:w="2880" w:type="dxa"/>
          </w:tcPr>
          <w:p w14:paraId="169F1653" w14:textId="77777777" w:rsidR="00556EB1" w:rsidRDefault="00556EB1" w:rsidP="00CF4B69"/>
        </w:tc>
        <w:tc>
          <w:tcPr>
            <w:tcW w:w="2880" w:type="dxa"/>
          </w:tcPr>
          <w:p w14:paraId="702829DE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Hmmm... Is this my book?! [laughs] </w:t>
            </w:r>
          </w:p>
        </w:tc>
      </w:tr>
      <w:tr w:rsidR="00556EB1" w14:paraId="039412C5" w14:textId="77777777" w:rsidTr="00CF4B69">
        <w:tc>
          <w:tcPr>
            <w:tcW w:w="2880" w:type="dxa"/>
          </w:tcPr>
          <w:p w14:paraId="248B5142" w14:textId="77777777" w:rsidR="00556EB1" w:rsidRDefault="00556EB1" w:rsidP="00CF4B69">
            <w:r>
              <w:t>01:15:26:03</w:t>
            </w:r>
          </w:p>
        </w:tc>
        <w:tc>
          <w:tcPr>
            <w:tcW w:w="2880" w:type="dxa"/>
          </w:tcPr>
          <w:p w14:paraId="0FB9220D" w14:textId="77777777" w:rsidR="00556EB1" w:rsidRDefault="00556EB1" w:rsidP="00CF4B69"/>
        </w:tc>
        <w:tc>
          <w:tcPr>
            <w:tcW w:w="2880" w:type="dxa"/>
          </w:tcPr>
          <w:p w14:paraId="4C5C14BA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Yes! </w:t>
            </w:r>
          </w:p>
        </w:tc>
      </w:tr>
      <w:tr w:rsidR="00556EB1" w14:paraId="31CB3496" w14:textId="77777777" w:rsidTr="00CF4B69">
        <w:tc>
          <w:tcPr>
            <w:tcW w:w="2880" w:type="dxa"/>
          </w:tcPr>
          <w:p w14:paraId="62A0B1F5" w14:textId="77777777" w:rsidR="00556EB1" w:rsidRDefault="00556EB1" w:rsidP="00CF4B69">
            <w:r>
              <w:t>01:15:27:09</w:t>
            </w:r>
          </w:p>
        </w:tc>
        <w:tc>
          <w:tcPr>
            <w:tcW w:w="2880" w:type="dxa"/>
          </w:tcPr>
          <w:p w14:paraId="49D7EC27" w14:textId="77777777" w:rsidR="00556EB1" w:rsidRDefault="00556EB1" w:rsidP="00CF4B69"/>
        </w:tc>
        <w:tc>
          <w:tcPr>
            <w:tcW w:w="2880" w:type="dxa"/>
          </w:tcPr>
          <w:p w14:paraId="7B8B8070" w14:textId="77777777" w:rsidR="00556EB1" w:rsidRDefault="00556EB1" w:rsidP="00CF4B69">
            <w:r>
              <w:t xml:space="preserve">[laughing] </w:t>
            </w:r>
          </w:p>
        </w:tc>
      </w:tr>
      <w:tr w:rsidR="00556EB1" w14:paraId="7BDA8FD6" w14:textId="77777777" w:rsidTr="00CF4B69">
        <w:tc>
          <w:tcPr>
            <w:tcW w:w="2880" w:type="dxa"/>
          </w:tcPr>
          <w:p w14:paraId="5BAD278C" w14:textId="77777777" w:rsidR="00556EB1" w:rsidRDefault="00556EB1" w:rsidP="00CF4B69">
            <w:r>
              <w:t>01:15:28:09</w:t>
            </w:r>
          </w:p>
        </w:tc>
        <w:tc>
          <w:tcPr>
            <w:tcW w:w="2880" w:type="dxa"/>
          </w:tcPr>
          <w:p w14:paraId="1CD30386" w14:textId="77777777" w:rsidR="00556EB1" w:rsidRDefault="00556EB1" w:rsidP="00CF4B69"/>
        </w:tc>
        <w:tc>
          <w:tcPr>
            <w:tcW w:w="2880" w:type="dxa"/>
          </w:tcPr>
          <w:p w14:paraId="663AE11A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Now we are ready for the lesson! </w:t>
            </w:r>
          </w:p>
        </w:tc>
      </w:tr>
      <w:tr w:rsidR="00556EB1" w14:paraId="5B9722A4" w14:textId="77777777" w:rsidTr="00CF4B69">
        <w:tc>
          <w:tcPr>
            <w:tcW w:w="2880" w:type="dxa"/>
          </w:tcPr>
          <w:p w14:paraId="0ACD0C71" w14:textId="77777777" w:rsidR="00556EB1" w:rsidRDefault="00556EB1" w:rsidP="00CF4B69">
            <w:r>
              <w:t>01:15:30:15</w:t>
            </w:r>
          </w:p>
        </w:tc>
        <w:tc>
          <w:tcPr>
            <w:tcW w:w="2880" w:type="dxa"/>
          </w:tcPr>
          <w:p w14:paraId="7762FCBA" w14:textId="77777777" w:rsidR="00556EB1" w:rsidRDefault="00556EB1" w:rsidP="00CF4B69"/>
        </w:tc>
        <w:tc>
          <w:tcPr>
            <w:tcW w:w="2880" w:type="dxa"/>
          </w:tcPr>
          <w:p w14:paraId="2B8655D2" w14:textId="77777777" w:rsidR="00556EB1" w:rsidRDefault="00556EB1" w:rsidP="00CF4B69">
            <w:r>
              <w:t xml:space="preserve">Today we are going to learn about... </w:t>
            </w:r>
          </w:p>
        </w:tc>
      </w:tr>
      <w:tr w:rsidR="00556EB1" w14:paraId="16BE3E77" w14:textId="77777777" w:rsidTr="00CF4B69">
        <w:tc>
          <w:tcPr>
            <w:tcW w:w="2880" w:type="dxa"/>
          </w:tcPr>
          <w:p w14:paraId="5018E71C" w14:textId="77777777" w:rsidR="00556EB1" w:rsidRDefault="00556EB1" w:rsidP="00CF4B69">
            <w:r>
              <w:t>01:15:33:19</w:t>
            </w:r>
          </w:p>
        </w:tc>
        <w:tc>
          <w:tcPr>
            <w:tcW w:w="2880" w:type="dxa"/>
          </w:tcPr>
          <w:p w14:paraId="66670ED6" w14:textId="77777777" w:rsidR="00556EB1" w:rsidRDefault="00556EB1" w:rsidP="00CF4B69"/>
        </w:tc>
        <w:tc>
          <w:tcPr>
            <w:tcW w:w="2880" w:type="dxa"/>
          </w:tcPr>
          <w:p w14:paraId="1AB116A3" w14:textId="77777777" w:rsidR="00556EB1" w:rsidRDefault="00556EB1" w:rsidP="00CF4B69">
            <w:r>
              <w:t xml:space="preserve">Nature's Ideas... Ideas... Ideas... </w:t>
            </w:r>
          </w:p>
        </w:tc>
      </w:tr>
      <w:tr w:rsidR="00556EB1" w14:paraId="70E948A7" w14:textId="77777777" w:rsidTr="00CF4B69">
        <w:tc>
          <w:tcPr>
            <w:tcW w:w="2880" w:type="dxa"/>
          </w:tcPr>
          <w:p w14:paraId="1B6F0724" w14:textId="77777777" w:rsidR="00556EB1" w:rsidRDefault="00556EB1" w:rsidP="00CF4B69">
            <w:r>
              <w:t>01:15:37:23</w:t>
            </w:r>
          </w:p>
        </w:tc>
        <w:tc>
          <w:tcPr>
            <w:tcW w:w="2880" w:type="dxa"/>
          </w:tcPr>
          <w:p w14:paraId="0D71B47E" w14:textId="77777777" w:rsidR="00556EB1" w:rsidRDefault="00556EB1" w:rsidP="00CF4B69"/>
        </w:tc>
        <w:tc>
          <w:tcPr>
            <w:tcW w:w="2880" w:type="dxa"/>
          </w:tcPr>
          <w:p w14:paraId="5E25F307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556EB1" w14:paraId="7673D7CC" w14:textId="77777777" w:rsidTr="00CF4B69">
        <w:tc>
          <w:tcPr>
            <w:tcW w:w="2880" w:type="dxa"/>
          </w:tcPr>
          <w:p w14:paraId="40952B33" w14:textId="77777777" w:rsidR="00556EB1" w:rsidRDefault="00556EB1" w:rsidP="00CF4B69">
            <w:r>
              <w:t>01:15:39:03</w:t>
            </w:r>
          </w:p>
        </w:tc>
        <w:tc>
          <w:tcPr>
            <w:tcW w:w="2880" w:type="dxa"/>
          </w:tcPr>
          <w:p w14:paraId="35A7192C" w14:textId="77777777" w:rsidR="00556EB1" w:rsidRDefault="00556EB1" w:rsidP="00CF4B69"/>
        </w:tc>
        <w:tc>
          <w:tcPr>
            <w:tcW w:w="2880" w:type="dxa"/>
          </w:tcPr>
          <w:p w14:paraId="667D780F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Nature has solved a lot of different </w:t>
            </w:r>
            <w:proofErr w:type="gramStart"/>
            <w:r>
              <w:t>kinds..</w:t>
            </w:r>
            <w:proofErr w:type="gramEnd"/>
            <w:r>
              <w:t xml:space="preserve"> </w:t>
            </w:r>
          </w:p>
        </w:tc>
      </w:tr>
      <w:tr w:rsidR="00556EB1" w14:paraId="6E4D3DC6" w14:textId="77777777" w:rsidTr="00CF4B69">
        <w:tc>
          <w:tcPr>
            <w:tcW w:w="2880" w:type="dxa"/>
          </w:tcPr>
          <w:p w14:paraId="552AB315" w14:textId="77777777" w:rsidR="00556EB1" w:rsidRDefault="00556EB1" w:rsidP="00CF4B69">
            <w:r>
              <w:t>01:15:41:17</w:t>
            </w:r>
          </w:p>
        </w:tc>
        <w:tc>
          <w:tcPr>
            <w:tcW w:w="2880" w:type="dxa"/>
          </w:tcPr>
          <w:p w14:paraId="6224FDC6" w14:textId="77777777" w:rsidR="00556EB1" w:rsidRDefault="00556EB1" w:rsidP="00CF4B69"/>
        </w:tc>
        <w:tc>
          <w:tcPr>
            <w:tcW w:w="2880" w:type="dxa"/>
          </w:tcPr>
          <w:p w14:paraId="40288A45" w14:textId="77777777" w:rsidR="00556EB1" w:rsidRDefault="00556EB1" w:rsidP="00CF4B69">
            <w:r>
              <w:t xml:space="preserve">of problems and is full of useful ideas. </w:t>
            </w:r>
          </w:p>
        </w:tc>
      </w:tr>
      <w:tr w:rsidR="00556EB1" w14:paraId="0DA31833" w14:textId="77777777" w:rsidTr="00CF4B69">
        <w:tc>
          <w:tcPr>
            <w:tcW w:w="2880" w:type="dxa"/>
          </w:tcPr>
          <w:p w14:paraId="2447C46D" w14:textId="77777777" w:rsidR="00556EB1" w:rsidRDefault="00556EB1" w:rsidP="00CF4B69">
            <w:r>
              <w:lastRenderedPageBreak/>
              <w:t>01:15:45:06</w:t>
            </w:r>
          </w:p>
        </w:tc>
        <w:tc>
          <w:tcPr>
            <w:tcW w:w="2880" w:type="dxa"/>
          </w:tcPr>
          <w:p w14:paraId="704747DC" w14:textId="77777777" w:rsidR="00556EB1" w:rsidRDefault="00556EB1" w:rsidP="00CF4B69"/>
        </w:tc>
        <w:tc>
          <w:tcPr>
            <w:tcW w:w="2880" w:type="dxa"/>
          </w:tcPr>
          <w:p w14:paraId="799CC0F3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For </w:t>
            </w:r>
            <w:proofErr w:type="gramStart"/>
            <w:r>
              <w:t>example</w:t>
            </w:r>
            <w:proofErr w:type="gramEnd"/>
            <w:r>
              <w:t>... 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556EB1" w14:paraId="2F80845C" w14:textId="77777777" w:rsidTr="00CF4B69">
        <w:tc>
          <w:tcPr>
            <w:tcW w:w="2880" w:type="dxa"/>
          </w:tcPr>
          <w:p w14:paraId="44E421FC" w14:textId="77777777" w:rsidR="00556EB1" w:rsidRDefault="00556EB1" w:rsidP="00CF4B69">
            <w:r>
              <w:t>01:15:48:13</w:t>
            </w:r>
          </w:p>
        </w:tc>
        <w:tc>
          <w:tcPr>
            <w:tcW w:w="2880" w:type="dxa"/>
          </w:tcPr>
          <w:p w14:paraId="7EF8A8FE" w14:textId="77777777" w:rsidR="00556EB1" w:rsidRDefault="00556EB1" w:rsidP="00CF4B69"/>
        </w:tc>
        <w:tc>
          <w:tcPr>
            <w:tcW w:w="2880" w:type="dxa"/>
          </w:tcPr>
          <w:p w14:paraId="2478206C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556EB1" w14:paraId="706BA145" w14:textId="77777777" w:rsidTr="00CF4B69">
        <w:tc>
          <w:tcPr>
            <w:tcW w:w="2880" w:type="dxa"/>
          </w:tcPr>
          <w:p w14:paraId="70628EF1" w14:textId="77777777" w:rsidR="00556EB1" w:rsidRDefault="00556EB1" w:rsidP="00CF4B69">
            <w:r>
              <w:t>01:15:51:05</w:t>
            </w:r>
          </w:p>
        </w:tc>
        <w:tc>
          <w:tcPr>
            <w:tcW w:w="2880" w:type="dxa"/>
          </w:tcPr>
          <w:p w14:paraId="1012A55F" w14:textId="77777777" w:rsidR="00556EB1" w:rsidRDefault="00556EB1" w:rsidP="00CF4B69"/>
        </w:tc>
        <w:tc>
          <w:tcPr>
            <w:tcW w:w="2880" w:type="dxa"/>
          </w:tcPr>
          <w:p w14:paraId="365EDDB1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Ahem... </w:t>
            </w:r>
          </w:p>
        </w:tc>
      </w:tr>
      <w:tr w:rsidR="00556EB1" w14:paraId="0617D51C" w14:textId="77777777" w:rsidTr="00CF4B69">
        <w:tc>
          <w:tcPr>
            <w:tcW w:w="2880" w:type="dxa"/>
          </w:tcPr>
          <w:p w14:paraId="6C16C954" w14:textId="77777777" w:rsidR="00556EB1" w:rsidRDefault="00556EB1" w:rsidP="00CF4B69">
            <w:r>
              <w:t>01:15:52:05</w:t>
            </w:r>
          </w:p>
        </w:tc>
        <w:tc>
          <w:tcPr>
            <w:tcW w:w="2880" w:type="dxa"/>
          </w:tcPr>
          <w:p w14:paraId="41367FB2" w14:textId="77777777" w:rsidR="00556EB1" w:rsidRDefault="00556EB1" w:rsidP="00CF4B69"/>
        </w:tc>
        <w:tc>
          <w:tcPr>
            <w:tcW w:w="2880" w:type="dxa"/>
          </w:tcPr>
          <w:p w14:paraId="62CDA3F5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Nature is full of useful ideas, like... </w:t>
            </w:r>
          </w:p>
        </w:tc>
      </w:tr>
      <w:tr w:rsidR="00556EB1" w14:paraId="675B465A" w14:textId="77777777" w:rsidTr="00CF4B69">
        <w:tc>
          <w:tcPr>
            <w:tcW w:w="2880" w:type="dxa"/>
          </w:tcPr>
          <w:p w14:paraId="5B574440" w14:textId="77777777" w:rsidR="00556EB1" w:rsidRDefault="00556EB1" w:rsidP="00CF4B69">
            <w:r>
              <w:t>01:15:55:21</w:t>
            </w:r>
          </w:p>
        </w:tc>
        <w:tc>
          <w:tcPr>
            <w:tcW w:w="2880" w:type="dxa"/>
          </w:tcPr>
          <w:p w14:paraId="3DE2241E" w14:textId="77777777" w:rsidR="00556EB1" w:rsidRDefault="00556EB1" w:rsidP="00CF4B69"/>
        </w:tc>
        <w:tc>
          <w:tcPr>
            <w:tcW w:w="2880" w:type="dxa"/>
          </w:tcPr>
          <w:p w14:paraId="279056B6" w14:textId="77777777" w:rsidR="00556EB1" w:rsidRDefault="00556EB1" w:rsidP="00CF4B69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556EB1" w14:paraId="4DF0957C" w14:textId="77777777" w:rsidTr="00CF4B69">
        <w:tc>
          <w:tcPr>
            <w:tcW w:w="2880" w:type="dxa"/>
          </w:tcPr>
          <w:p w14:paraId="33A6DA6A" w14:textId="77777777" w:rsidR="00556EB1" w:rsidRDefault="00556EB1" w:rsidP="00CF4B69">
            <w:r>
              <w:t>01:15:59:20</w:t>
            </w:r>
          </w:p>
        </w:tc>
        <w:tc>
          <w:tcPr>
            <w:tcW w:w="2880" w:type="dxa"/>
          </w:tcPr>
          <w:p w14:paraId="2315E7AE" w14:textId="77777777" w:rsidR="00556EB1" w:rsidRDefault="00556EB1" w:rsidP="00CF4B69"/>
        </w:tc>
        <w:tc>
          <w:tcPr>
            <w:tcW w:w="2880" w:type="dxa"/>
          </w:tcPr>
          <w:p w14:paraId="1A65C984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HmmMmm</w:t>
            </w:r>
            <w:proofErr w:type="spellEnd"/>
            <w:r>
              <w:t xml:space="preserve">... [giggles] </w:t>
            </w:r>
          </w:p>
        </w:tc>
      </w:tr>
      <w:tr w:rsidR="00556EB1" w14:paraId="60A5D130" w14:textId="77777777" w:rsidTr="00CF4B69">
        <w:tc>
          <w:tcPr>
            <w:tcW w:w="2880" w:type="dxa"/>
          </w:tcPr>
          <w:p w14:paraId="21A3894B" w14:textId="77777777" w:rsidR="00556EB1" w:rsidRDefault="00556EB1" w:rsidP="00CF4B69">
            <w:r>
              <w:t>01:16:03:04</w:t>
            </w:r>
          </w:p>
        </w:tc>
        <w:tc>
          <w:tcPr>
            <w:tcW w:w="2880" w:type="dxa"/>
          </w:tcPr>
          <w:p w14:paraId="19D6D485" w14:textId="77777777" w:rsidR="00556EB1" w:rsidRDefault="00556EB1" w:rsidP="00CF4B69"/>
        </w:tc>
        <w:tc>
          <w:tcPr>
            <w:tcW w:w="2880" w:type="dxa"/>
          </w:tcPr>
          <w:p w14:paraId="61A3B6B9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Nature is full of ideas, like... </w:t>
            </w:r>
          </w:p>
        </w:tc>
      </w:tr>
      <w:tr w:rsidR="00556EB1" w14:paraId="14DE96CC" w14:textId="77777777" w:rsidTr="00CF4B69">
        <w:tc>
          <w:tcPr>
            <w:tcW w:w="2880" w:type="dxa"/>
          </w:tcPr>
          <w:p w14:paraId="5457138D" w14:textId="77777777" w:rsidR="00556EB1" w:rsidRDefault="00556EB1" w:rsidP="00CF4B69">
            <w:r>
              <w:t>01:16:07:01</w:t>
            </w:r>
          </w:p>
        </w:tc>
        <w:tc>
          <w:tcPr>
            <w:tcW w:w="2880" w:type="dxa"/>
          </w:tcPr>
          <w:p w14:paraId="2B95DE64" w14:textId="77777777" w:rsidR="00556EB1" w:rsidRDefault="00556EB1" w:rsidP="00CF4B69"/>
        </w:tc>
        <w:tc>
          <w:tcPr>
            <w:tcW w:w="2880" w:type="dxa"/>
          </w:tcPr>
          <w:p w14:paraId="2F8177D3" w14:textId="77777777" w:rsidR="00556EB1" w:rsidRDefault="00556EB1" w:rsidP="00CF4B69">
            <w:r>
              <w:t>[</w:t>
            </w:r>
            <w:proofErr w:type="spellStart"/>
            <w:r>
              <w:t>velcro</w:t>
            </w:r>
            <w:proofErr w:type="spellEnd"/>
            <w:r>
              <w:t xml:space="preserve"> sound] </w:t>
            </w:r>
          </w:p>
        </w:tc>
      </w:tr>
      <w:tr w:rsidR="00556EB1" w14:paraId="587A543D" w14:textId="77777777" w:rsidTr="00CF4B69">
        <w:tc>
          <w:tcPr>
            <w:tcW w:w="2880" w:type="dxa"/>
          </w:tcPr>
          <w:p w14:paraId="3A4BCBFA" w14:textId="77777777" w:rsidR="00556EB1" w:rsidRDefault="00556EB1" w:rsidP="00CF4B69">
            <w:r>
              <w:t>01:16:08:15</w:t>
            </w:r>
          </w:p>
        </w:tc>
        <w:tc>
          <w:tcPr>
            <w:tcW w:w="2880" w:type="dxa"/>
          </w:tcPr>
          <w:p w14:paraId="08DD14AF" w14:textId="77777777" w:rsidR="00556EB1" w:rsidRDefault="00556EB1" w:rsidP="00CF4B69"/>
        </w:tc>
        <w:tc>
          <w:tcPr>
            <w:tcW w:w="2880" w:type="dxa"/>
          </w:tcPr>
          <w:p w14:paraId="246F2F67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Elinor... </w:t>
            </w:r>
          </w:p>
        </w:tc>
      </w:tr>
      <w:tr w:rsidR="00556EB1" w14:paraId="2B5E2A1A" w14:textId="77777777" w:rsidTr="00CF4B69">
        <w:tc>
          <w:tcPr>
            <w:tcW w:w="2880" w:type="dxa"/>
          </w:tcPr>
          <w:p w14:paraId="67FE8F7C" w14:textId="77777777" w:rsidR="00556EB1" w:rsidRDefault="00556EB1" w:rsidP="00CF4B69">
            <w:r>
              <w:t>01:16:09:22</w:t>
            </w:r>
          </w:p>
        </w:tc>
        <w:tc>
          <w:tcPr>
            <w:tcW w:w="2880" w:type="dxa"/>
          </w:tcPr>
          <w:p w14:paraId="2BD37465" w14:textId="77777777" w:rsidR="00556EB1" w:rsidRDefault="00556EB1" w:rsidP="00CF4B69"/>
        </w:tc>
        <w:tc>
          <w:tcPr>
            <w:tcW w:w="2880" w:type="dxa"/>
          </w:tcPr>
          <w:p w14:paraId="6A251331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Mz</w:t>
            </w:r>
            <w:proofErr w:type="spellEnd"/>
            <w:r>
              <w:t xml:space="preserve">. Mole!! This strap is </w:t>
            </w:r>
            <w:proofErr w:type="spellStart"/>
            <w:r>
              <w:t>sooo</w:t>
            </w:r>
            <w:proofErr w:type="spellEnd"/>
            <w:r>
              <w:t xml:space="preserve"> cool! </w:t>
            </w:r>
          </w:p>
        </w:tc>
      </w:tr>
      <w:tr w:rsidR="00556EB1" w14:paraId="32F46D91" w14:textId="77777777" w:rsidTr="00CF4B69">
        <w:tc>
          <w:tcPr>
            <w:tcW w:w="2880" w:type="dxa"/>
          </w:tcPr>
          <w:p w14:paraId="5681DF1E" w14:textId="77777777" w:rsidR="00556EB1" w:rsidRDefault="00556EB1" w:rsidP="00CF4B69">
            <w:r>
              <w:t>01:16:13:25</w:t>
            </w:r>
          </w:p>
        </w:tc>
        <w:tc>
          <w:tcPr>
            <w:tcW w:w="2880" w:type="dxa"/>
          </w:tcPr>
          <w:p w14:paraId="4F595A2A" w14:textId="77777777" w:rsidR="00556EB1" w:rsidRDefault="00556EB1" w:rsidP="00CF4B69"/>
        </w:tc>
        <w:tc>
          <w:tcPr>
            <w:tcW w:w="2880" w:type="dxa"/>
          </w:tcPr>
          <w:p w14:paraId="31E4D60D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You can open it and close it... </w:t>
            </w:r>
          </w:p>
        </w:tc>
      </w:tr>
      <w:tr w:rsidR="00556EB1" w14:paraId="3293CA76" w14:textId="77777777" w:rsidTr="00CF4B69">
        <w:tc>
          <w:tcPr>
            <w:tcW w:w="2880" w:type="dxa"/>
          </w:tcPr>
          <w:p w14:paraId="661C1A08" w14:textId="77777777" w:rsidR="00556EB1" w:rsidRDefault="00556EB1" w:rsidP="00CF4B69">
            <w:r>
              <w:t>01:16:15:22</w:t>
            </w:r>
          </w:p>
        </w:tc>
        <w:tc>
          <w:tcPr>
            <w:tcW w:w="2880" w:type="dxa"/>
          </w:tcPr>
          <w:p w14:paraId="5F1F9440" w14:textId="77777777" w:rsidR="00556EB1" w:rsidRDefault="00556EB1" w:rsidP="00CF4B69"/>
        </w:tc>
        <w:tc>
          <w:tcPr>
            <w:tcW w:w="2880" w:type="dxa"/>
          </w:tcPr>
          <w:p w14:paraId="598731F1" w14:textId="77777777" w:rsidR="00556EB1" w:rsidRDefault="00556EB1" w:rsidP="00CF4B69">
            <w:r>
              <w:t xml:space="preserve">and open it and close it. </w:t>
            </w:r>
          </w:p>
        </w:tc>
      </w:tr>
      <w:tr w:rsidR="00556EB1" w14:paraId="1665C4F9" w14:textId="77777777" w:rsidTr="00CF4B69">
        <w:tc>
          <w:tcPr>
            <w:tcW w:w="2880" w:type="dxa"/>
          </w:tcPr>
          <w:p w14:paraId="6ACAD786" w14:textId="77777777" w:rsidR="00556EB1" w:rsidRDefault="00556EB1" w:rsidP="00CF4B69">
            <w:r>
              <w:t>01:16:17:27</w:t>
            </w:r>
          </w:p>
        </w:tc>
        <w:tc>
          <w:tcPr>
            <w:tcW w:w="2880" w:type="dxa"/>
          </w:tcPr>
          <w:p w14:paraId="02BB148A" w14:textId="77777777" w:rsidR="00556EB1" w:rsidRDefault="00556EB1" w:rsidP="00CF4B69"/>
        </w:tc>
        <w:tc>
          <w:tcPr>
            <w:tcW w:w="2880" w:type="dxa"/>
          </w:tcPr>
          <w:p w14:paraId="5E0F9220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Most of it is soft and fuzzy, </w:t>
            </w:r>
          </w:p>
        </w:tc>
      </w:tr>
      <w:tr w:rsidR="00556EB1" w14:paraId="08271101" w14:textId="77777777" w:rsidTr="00CF4B69">
        <w:tc>
          <w:tcPr>
            <w:tcW w:w="2880" w:type="dxa"/>
          </w:tcPr>
          <w:p w14:paraId="59424BCA" w14:textId="77777777" w:rsidR="00556EB1" w:rsidRDefault="00556EB1" w:rsidP="00CF4B69">
            <w:r>
              <w:t>01:16:20:18</w:t>
            </w:r>
          </w:p>
        </w:tc>
        <w:tc>
          <w:tcPr>
            <w:tcW w:w="2880" w:type="dxa"/>
          </w:tcPr>
          <w:p w14:paraId="5F625B39" w14:textId="77777777" w:rsidR="00556EB1" w:rsidRDefault="00556EB1" w:rsidP="00CF4B69"/>
        </w:tc>
        <w:tc>
          <w:tcPr>
            <w:tcW w:w="2880" w:type="dxa"/>
          </w:tcPr>
          <w:p w14:paraId="5B52878D" w14:textId="77777777" w:rsidR="00556EB1" w:rsidRDefault="00556EB1" w:rsidP="00CF4B69">
            <w:r>
              <w:t xml:space="preserve">except for this scratchy patch... </w:t>
            </w:r>
          </w:p>
        </w:tc>
      </w:tr>
      <w:tr w:rsidR="00556EB1" w14:paraId="0D5B85A3" w14:textId="77777777" w:rsidTr="00CF4B69">
        <w:tc>
          <w:tcPr>
            <w:tcW w:w="2880" w:type="dxa"/>
          </w:tcPr>
          <w:p w14:paraId="5DC4129A" w14:textId="77777777" w:rsidR="00556EB1" w:rsidRDefault="00556EB1" w:rsidP="00CF4B69">
            <w:r>
              <w:t>01:16:22:15</w:t>
            </w:r>
          </w:p>
        </w:tc>
        <w:tc>
          <w:tcPr>
            <w:tcW w:w="2880" w:type="dxa"/>
          </w:tcPr>
          <w:p w14:paraId="460A8379" w14:textId="77777777" w:rsidR="00556EB1" w:rsidRDefault="00556EB1" w:rsidP="00CF4B69"/>
        </w:tc>
        <w:tc>
          <w:tcPr>
            <w:tcW w:w="2880" w:type="dxa"/>
          </w:tcPr>
          <w:p w14:paraId="1C629785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which sticks to the fuzzy part of the strap. </w:t>
            </w:r>
          </w:p>
        </w:tc>
      </w:tr>
      <w:tr w:rsidR="00556EB1" w14:paraId="6C3E22F8" w14:textId="77777777" w:rsidTr="00CF4B69">
        <w:tc>
          <w:tcPr>
            <w:tcW w:w="2880" w:type="dxa"/>
          </w:tcPr>
          <w:p w14:paraId="0B227A29" w14:textId="77777777" w:rsidR="00556EB1" w:rsidRDefault="00556EB1" w:rsidP="00CF4B69">
            <w:r>
              <w:t>01:16:25:01</w:t>
            </w:r>
          </w:p>
        </w:tc>
        <w:tc>
          <w:tcPr>
            <w:tcW w:w="2880" w:type="dxa"/>
          </w:tcPr>
          <w:p w14:paraId="44B5365C" w14:textId="77777777" w:rsidR="00556EB1" w:rsidRDefault="00556EB1" w:rsidP="00CF4B69"/>
        </w:tc>
        <w:tc>
          <w:tcPr>
            <w:tcW w:w="2880" w:type="dxa"/>
          </w:tcPr>
          <w:p w14:paraId="76F33B7D" w14:textId="77777777" w:rsidR="00556EB1" w:rsidRDefault="00556EB1" w:rsidP="00CF4B69">
            <w:r>
              <w:t xml:space="preserve">The two parts stick together like tape, </w:t>
            </w:r>
          </w:p>
        </w:tc>
      </w:tr>
      <w:tr w:rsidR="00556EB1" w14:paraId="29D72E55" w14:textId="77777777" w:rsidTr="00CF4B69">
        <w:tc>
          <w:tcPr>
            <w:tcW w:w="2880" w:type="dxa"/>
          </w:tcPr>
          <w:p w14:paraId="26D067FA" w14:textId="77777777" w:rsidR="00556EB1" w:rsidRDefault="00556EB1" w:rsidP="00CF4B69">
            <w:r>
              <w:t>01:16:27:11</w:t>
            </w:r>
          </w:p>
        </w:tc>
        <w:tc>
          <w:tcPr>
            <w:tcW w:w="2880" w:type="dxa"/>
          </w:tcPr>
          <w:p w14:paraId="24319A3E" w14:textId="77777777" w:rsidR="00556EB1" w:rsidRDefault="00556EB1" w:rsidP="00CF4B69"/>
        </w:tc>
        <w:tc>
          <w:tcPr>
            <w:tcW w:w="2880" w:type="dxa"/>
          </w:tcPr>
          <w:p w14:paraId="1DF70DC0" w14:textId="77777777" w:rsidR="00556EB1" w:rsidRDefault="00556EB1" w:rsidP="00CF4B69">
            <w:r>
              <w:t xml:space="preserve">but they aren't sticky! </w:t>
            </w:r>
          </w:p>
        </w:tc>
      </w:tr>
      <w:tr w:rsidR="00556EB1" w14:paraId="59CDE6DC" w14:textId="77777777" w:rsidTr="00CF4B69">
        <w:tc>
          <w:tcPr>
            <w:tcW w:w="2880" w:type="dxa"/>
          </w:tcPr>
          <w:p w14:paraId="3F193378" w14:textId="77777777" w:rsidR="00556EB1" w:rsidRDefault="00556EB1" w:rsidP="00CF4B69">
            <w:r>
              <w:t>01:16:29:02</w:t>
            </w:r>
          </w:p>
        </w:tc>
        <w:tc>
          <w:tcPr>
            <w:tcW w:w="2880" w:type="dxa"/>
          </w:tcPr>
          <w:p w14:paraId="44D84C19" w14:textId="77777777" w:rsidR="00556EB1" w:rsidRDefault="00556EB1" w:rsidP="00CF4B69"/>
        </w:tc>
        <w:tc>
          <w:tcPr>
            <w:tcW w:w="2880" w:type="dxa"/>
          </w:tcPr>
          <w:p w14:paraId="38EC3C31" w14:textId="77777777" w:rsidR="00556EB1" w:rsidRDefault="00556EB1" w:rsidP="00CF4B69">
            <w:r>
              <w:rPr>
                <w:b/>
              </w:rPr>
              <w:t xml:space="preserve">KIDS: </w:t>
            </w:r>
            <w:proofErr w:type="spellStart"/>
            <w:r>
              <w:t>Oooohhh</w:t>
            </w:r>
            <w:proofErr w:type="spellEnd"/>
            <w:r>
              <w:t xml:space="preserve">... </w:t>
            </w:r>
          </w:p>
        </w:tc>
      </w:tr>
      <w:tr w:rsidR="00556EB1" w14:paraId="5A0D9D6A" w14:textId="77777777" w:rsidTr="00CF4B69">
        <w:tc>
          <w:tcPr>
            <w:tcW w:w="2880" w:type="dxa"/>
          </w:tcPr>
          <w:p w14:paraId="4B1E7591" w14:textId="77777777" w:rsidR="00556EB1" w:rsidRDefault="00556EB1" w:rsidP="00CF4B69">
            <w:r>
              <w:lastRenderedPageBreak/>
              <w:t>01:16:31:02</w:t>
            </w:r>
          </w:p>
        </w:tc>
        <w:tc>
          <w:tcPr>
            <w:tcW w:w="2880" w:type="dxa"/>
          </w:tcPr>
          <w:p w14:paraId="6A9107E0" w14:textId="77777777" w:rsidR="00556EB1" w:rsidRDefault="00556EB1" w:rsidP="00CF4B69"/>
        </w:tc>
        <w:tc>
          <w:tcPr>
            <w:tcW w:w="2880" w:type="dxa"/>
          </w:tcPr>
          <w:p w14:paraId="58E81229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That is so interesting! </w:t>
            </w:r>
          </w:p>
        </w:tc>
      </w:tr>
      <w:tr w:rsidR="00556EB1" w14:paraId="524CC606" w14:textId="77777777" w:rsidTr="00CF4B69">
        <w:tc>
          <w:tcPr>
            <w:tcW w:w="2880" w:type="dxa"/>
          </w:tcPr>
          <w:p w14:paraId="575CC246" w14:textId="77777777" w:rsidR="00556EB1" w:rsidRDefault="00556EB1" w:rsidP="00CF4B69">
            <w:r>
              <w:t>01:16:33:20</w:t>
            </w:r>
          </w:p>
        </w:tc>
        <w:tc>
          <w:tcPr>
            <w:tcW w:w="2880" w:type="dxa"/>
          </w:tcPr>
          <w:p w14:paraId="1C95DE4F" w14:textId="77777777" w:rsidR="00556EB1" w:rsidRDefault="00556EB1" w:rsidP="00CF4B69"/>
        </w:tc>
        <w:tc>
          <w:tcPr>
            <w:tcW w:w="2880" w:type="dxa"/>
          </w:tcPr>
          <w:p w14:paraId="3C7E3F3C" w14:textId="77777777" w:rsidR="00556EB1" w:rsidRDefault="00556EB1" w:rsidP="00CF4B69">
            <w:r>
              <w:t xml:space="preserve">And look! </w:t>
            </w:r>
          </w:p>
        </w:tc>
      </w:tr>
      <w:tr w:rsidR="00556EB1" w14:paraId="0D7022DD" w14:textId="77777777" w:rsidTr="00CF4B69">
        <w:tc>
          <w:tcPr>
            <w:tcW w:w="2880" w:type="dxa"/>
          </w:tcPr>
          <w:p w14:paraId="6655BD3A" w14:textId="77777777" w:rsidR="00556EB1" w:rsidRDefault="00556EB1" w:rsidP="00CF4B69">
            <w:r>
              <w:t>01:16:34:25</w:t>
            </w:r>
          </w:p>
        </w:tc>
        <w:tc>
          <w:tcPr>
            <w:tcW w:w="2880" w:type="dxa"/>
          </w:tcPr>
          <w:p w14:paraId="02494D3D" w14:textId="77777777" w:rsidR="00556EB1" w:rsidRDefault="00556EB1" w:rsidP="00CF4B69"/>
        </w:tc>
        <w:tc>
          <w:tcPr>
            <w:tcW w:w="2880" w:type="dxa"/>
          </w:tcPr>
          <w:p w14:paraId="5124D79A" w14:textId="77777777" w:rsidR="00556EB1" w:rsidRDefault="00556EB1" w:rsidP="00CF4B69">
            <w:r>
              <w:t xml:space="preserve">There's a patch like that on all sorts of things! </w:t>
            </w:r>
          </w:p>
        </w:tc>
      </w:tr>
      <w:tr w:rsidR="00556EB1" w14:paraId="791D4C87" w14:textId="77777777" w:rsidTr="00CF4B69">
        <w:tc>
          <w:tcPr>
            <w:tcW w:w="2880" w:type="dxa"/>
          </w:tcPr>
          <w:p w14:paraId="21F642B1" w14:textId="77777777" w:rsidR="00556EB1" w:rsidRDefault="00556EB1" w:rsidP="00CF4B69">
            <w:r>
              <w:t>01:16:36:25</w:t>
            </w:r>
          </w:p>
        </w:tc>
        <w:tc>
          <w:tcPr>
            <w:tcW w:w="2880" w:type="dxa"/>
          </w:tcPr>
          <w:p w14:paraId="7F6941EF" w14:textId="77777777" w:rsidR="00556EB1" w:rsidRDefault="00556EB1" w:rsidP="00CF4B69"/>
        </w:tc>
        <w:tc>
          <w:tcPr>
            <w:tcW w:w="2880" w:type="dxa"/>
          </w:tcPr>
          <w:p w14:paraId="04137287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Whoa! </w:t>
            </w:r>
            <w:proofErr w:type="spellStart"/>
            <w:r>
              <w:t>Whoooa</w:t>
            </w:r>
            <w:proofErr w:type="spellEnd"/>
            <w:r>
              <w:t xml:space="preserve">, </w:t>
            </w:r>
            <w:proofErr w:type="spellStart"/>
            <w:r>
              <w:t>whoooooa</w:t>
            </w:r>
            <w:proofErr w:type="spellEnd"/>
            <w:r>
              <w:t xml:space="preserve">! </w:t>
            </w:r>
          </w:p>
        </w:tc>
      </w:tr>
      <w:tr w:rsidR="00556EB1" w14:paraId="53102EE4" w14:textId="77777777" w:rsidTr="00CF4B69">
        <w:tc>
          <w:tcPr>
            <w:tcW w:w="2880" w:type="dxa"/>
          </w:tcPr>
          <w:p w14:paraId="740DCCAD" w14:textId="77777777" w:rsidR="00556EB1" w:rsidRDefault="00556EB1" w:rsidP="00CF4B69">
            <w:r>
              <w:t>01:16:38:13</w:t>
            </w:r>
          </w:p>
        </w:tc>
        <w:tc>
          <w:tcPr>
            <w:tcW w:w="2880" w:type="dxa"/>
          </w:tcPr>
          <w:p w14:paraId="50720FF1" w14:textId="77777777" w:rsidR="00556EB1" w:rsidRDefault="00556EB1" w:rsidP="00CF4B69"/>
        </w:tc>
        <w:tc>
          <w:tcPr>
            <w:tcW w:w="2880" w:type="dxa"/>
          </w:tcPr>
          <w:p w14:paraId="42DA7D92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It keeps Ashley's boots closed. </w:t>
            </w:r>
          </w:p>
        </w:tc>
      </w:tr>
      <w:tr w:rsidR="00556EB1" w14:paraId="41ECCBB5" w14:textId="77777777" w:rsidTr="00CF4B69">
        <w:tc>
          <w:tcPr>
            <w:tcW w:w="2880" w:type="dxa"/>
          </w:tcPr>
          <w:p w14:paraId="2EE3CD67" w14:textId="77777777" w:rsidR="00556EB1" w:rsidRDefault="00556EB1" w:rsidP="00CF4B69">
            <w:r>
              <w:t>01:16:41:23</w:t>
            </w:r>
          </w:p>
        </w:tc>
        <w:tc>
          <w:tcPr>
            <w:tcW w:w="2880" w:type="dxa"/>
          </w:tcPr>
          <w:p w14:paraId="744BA375" w14:textId="77777777" w:rsidR="00556EB1" w:rsidRDefault="00556EB1" w:rsidP="00CF4B69"/>
        </w:tc>
        <w:tc>
          <w:tcPr>
            <w:tcW w:w="2880" w:type="dxa"/>
          </w:tcPr>
          <w:p w14:paraId="14CAC4CE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It keeps Mehdi's backpack closed. </w:t>
            </w:r>
          </w:p>
        </w:tc>
      </w:tr>
      <w:tr w:rsidR="00556EB1" w14:paraId="05A8F895" w14:textId="77777777" w:rsidTr="00CF4B69">
        <w:tc>
          <w:tcPr>
            <w:tcW w:w="2880" w:type="dxa"/>
          </w:tcPr>
          <w:p w14:paraId="344FB36D" w14:textId="77777777" w:rsidR="00556EB1" w:rsidRDefault="00556EB1" w:rsidP="00CF4B69">
            <w:r>
              <w:t>01:16:45:09</w:t>
            </w:r>
          </w:p>
        </w:tc>
        <w:tc>
          <w:tcPr>
            <w:tcW w:w="2880" w:type="dxa"/>
          </w:tcPr>
          <w:p w14:paraId="70A319D0" w14:textId="77777777" w:rsidR="00556EB1" w:rsidRDefault="00556EB1" w:rsidP="00CF4B69"/>
        </w:tc>
        <w:tc>
          <w:tcPr>
            <w:tcW w:w="2880" w:type="dxa"/>
          </w:tcPr>
          <w:p w14:paraId="3C2229C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And it's on Javier's coat! </w:t>
            </w:r>
          </w:p>
        </w:tc>
      </w:tr>
      <w:tr w:rsidR="00556EB1" w14:paraId="27379E2F" w14:textId="77777777" w:rsidTr="00CF4B69">
        <w:tc>
          <w:tcPr>
            <w:tcW w:w="2880" w:type="dxa"/>
          </w:tcPr>
          <w:p w14:paraId="3E551E55" w14:textId="77777777" w:rsidR="00556EB1" w:rsidRDefault="00556EB1" w:rsidP="00CF4B69">
            <w:r>
              <w:t>01:16:48:21</w:t>
            </w:r>
          </w:p>
        </w:tc>
        <w:tc>
          <w:tcPr>
            <w:tcW w:w="2880" w:type="dxa"/>
          </w:tcPr>
          <w:p w14:paraId="6279712D" w14:textId="77777777" w:rsidR="00556EB1" w:rsidRDefault="00556EB1" w:rsidP="00CF4B69"/>
        </w:tc>
        <w:tc>
          <w:tcPr>
            <w:tcW w:w="2880" w:type="dxa"/>
          </w:tcPr>
          <w:p w14:paraId="67F7C46E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You're right, it's on everything! </w:t>
            </w:r>
          </w:p>
        </w:tc>
      </w:tr>
      <w:tr w:rsidR="00556EB1" w14:paraId="60221E6D" w14:textId="77777777" w:rsidTr="00CF4B69">
        <w:tc>
          <w:tcPr>
            <w:tcW w:w="2880" w:type="dxa"/>
          </w:tcPr>
          <w:p w14:paraId="1BBC2BF8" w14:textId="77777777" w:rsidR="00556EB1" w:rsidRDefault="00556EB1" w:rsidP="00CF4B69">
            <w:r>
              <w:t>01:16:54:05</w:t>
            </w:r>
          </w:p>
        </w:tc>
        <w:tc>
          <w:tcPr>
            <w:tcW w:w="2880" w:type="dxa"/>
          </w:tcPr>
          <w:p w14:paraId="1CEF9A18" w14:textId="77777777" w:rsidR="00556EB1" w:rsidRDefault="00556EB1" w:rsidP="00CF4B69"/>
        </w:tc>
        <w:tc>
          <w:tcPr>
            <w:tcW w:w="2880" w:type="dxa"/>
          </w:tcPr>
          <w:p w14:paraId="2EF74BC2" w14:textId="77777777" w:rsidR="00556EB1" w:rsidRDefault="00556EB1" w:rsidP="00CF4B69">
            <w:r>
              <w:rPr>
                <w:b/>
              </w:rPr>
              <w:t xml:space="preserve">ARI: </w:t>
            </w:r>
            <w:proofErr w:type="spellStart"/>
            <w:r>
              <w:t>Oof</w:t>
            </w:r>
            <w:proofErr w:type="spellEnd"/>
            <w:r>
              <w:t xml:space="preserve">! [laughter] </w:t>
            </w:r>
          </w:p>
        </w:tc>
      </w:tr>
      <w:tr w:rsidR="00556EB1" w14:paraId="12368F5D" w14:textId="77777777" w:rsidTr="00CF4B69">
        <w:tc>
          <w:tcPr>
            <w:tcW w:w="2880" w:type="dxa"/>
          </w:tcPr>
          <w:p w14:paraId="17F62A58" w14:textId="77777777" w:rsidR="00556EB1" w:rsidRDefault="00556EB1" w:rsidP="00CF4B69">
            <w:r>
              <w:t>01:16:55:05</w:t>
            </w:r>
          </w:p>
        </w:tc>
        <w:tc>
          <w:tcPr>
            <w:tcW w:w="2880" w:type="dxa"/>
          </w:tcPr>
          <w:p w14:paraId="59C33747" w14:textId="77777777" w:rsidR="00556EB1" w:rsidRDefault="00556EB1" w:rsidP="00CF4B69"/>
        </w:tc>
        <w:tc>
          <w:tcPr>
            <w:tcW w:w="2880" w:type="dxa"/>
          </w:tcPr>
          <w:p w14:paraId="312C794F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But I never thought about it before. </w:t>
            </w:r>
          </w:p>
        </w:tc>
      </w:tr>
      <w:tr w:rsidR="00556EB1" w14:paraId="37D2F524" w14:textId="77777777" w:rsidTr="00CF4B69">
        <w:tc>
          <w:tcPr>
            <w:tcW w:w="2880" w:type="dxa"/>
          </w:tcPr>
          <w:p w14:paraId="52269716" w14:textId="77777777" w:rsidR="00556EB1" w:rsidRDefault="00556EB1" w:rsidP="00CF4B69">
            <w:r>
              <w:t>01:16:57:07</w:t>
            </w:r>
          </w:p>
        </w:tc>
        <w:tc>
          <w:tcPr>
            <w:tcW w:w="2880" w:type="dxa"/>
          </w:tcPr>
          <w:p w14:paraId="2D7EF897" w14:textId="77777777" w:rsidR="00556EB1" w:rsidRDefault="00556EB1" w:rsidP="00CF4B69"/>
        </w:tc>
        <w:tc>
          <w:tcPr>
            <w:tcW w:w="2880" w:type="dxa"/>
          </w:tcPr>
          <w:p w14:paraId="7B138B46" w14:textId="77777777" w:rsidR="00556EB1" w:rsidRDefault="00556EB1" w:rsidP="00CF4B69">
            <w:r>
              <w:t xml:space="preserve">I wonder how it </w:t>
            </w:r>
            <w:proofErr w:type="gramStart"/>
            <w:r>
              <w:t>works?</w:t>
            </w:r>
            <w:proofErr w:type="gramEnd"/>
            <w:r>
              <w:t xml:space="preserve"> </w:t>
            </w:r>
          </w:p>
        </w:tc>
      </w:tr>
      <w:tr w:rsidR="00556EB1" w14:paraId="18F1EC44" w14:textId="77777777" w:rsidTr="00CF4B69">
        <w:tc>
          <w:tcPr>
            <w:tcW w:w="2880" w:type="dxa"/>
          </w:tcPr>
          <w:p w14:paraId="33133188" w14:textId="77777777" w:rsidR="00556EB1" w:rsidRDefault="00556EB1" w:rsidP="00CF4B69">
            <w:r>
              <w:t>01:16:59:27</w:t>
            </w:r>
          </w:p>
        </w:tc>
        <w:tc>
          <w:tcPr>
            <w:tcW w:w="2880" w:type="dxa"/>
          </w:tcPr>
          <w:p w14:paraId="026004E1" w14:textId="77777777" w:rsidR="00556EB1" w:rsidRDefault="00556EB1" w:rsidP="00CF4B69"/>
        </w:tc>
        <w:tc>
          <w:tcPr>
            <w:tcW w:w="2880" w:type="dxa"/>
          </w:tcPr>
          <w:p w14:paraId="38A7D061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Well Elinor... </w:t>
            </w:r>
          </w:p>
        </w:tc>
      </w:tr>
      <w:tr w:rsidR="00556EB1" w14:paraId="3C806DB2" w14:textId="77777777" w:rsidTr="00CF4B69">
        <w:tc>
          <w:tcPr>
            <w:tcW w:w="2880" w:type="dxa"/>
          </w:tcPr>
          <w:p w14:paraId="14019AB6" w14:textId="77777777" w:rsidR="00556EB1" w:rsidRDefault="00556EB1" w:rsidP="00CF4B69">
            <w:r>
              <w:t>01:17:01:11</w:t>
            </w:r>
          </w:p>
        </w:tc>
        <w:tc>
          <w:tcPr>
            <w:tcW w:w="2880" w:type="dxa"/>
          </w:tcPr>
          <w:p w14:paraId="1C98FFD3" w14:textId="77777777" w:rsidR="00556EB1" w:rsidRDefault="00556EB1" w:rsidP="00CF4B69"/>
        </w:tc>
        <w:tc>
          <w:tcPr>
            <w:tcW w:w="2880" w:type="dxa"/>
          </w:tcPr>
          <w:p w14:paraId="349B14F9" w14:textId="77777777" w:rsidR="00556EB1" w:rsidRDefault="00556EB1" w:rsidP="00CF4B69">
            <w:r>
              <w:rPr>
                <w:b/>
              </w:rPr>
              <w:t xml:space="preserve">WATCH ALARM: </w:t>
            </w:r>
            <w:r>
              <w:t xml:space="preserve">Time for recess!  Time for recess! </w:t>
            </w:r>
          </w:p>
        </w:tc>
      </w:tr>
      <w:tr w:rsidR="00556EB1" w14:paraId="0C0833CC" w14:textId="77777777" w:rsidTr="00CF4B69">
        <w:tc>
          <w:tcPr>
            <w:tcW w:w="2880" w:type="dxa"/>
          </w:tcPr>
          <w:p w14:paraId="25FD2C51" w14:textId="77777777" w:rsidR="00556EB1" w:rsidRDefault="00556EB1" w:rsidP="00CF4B69">
            <w:r>
              <w:t>01:17:04:21</w:t>
            </w:r>
          </w:p>
        </w:tc>
        <w:tc>
          <w:tcPr>
            <w:tcW w:w="2880" w:type="dxa"/>
          </w:tcPr>
          <w:p w14:paraId="7C99F36B" w14:textId="77777777" w:rsidR="00556EB1" w:rsidRDefault="00556EB1" w:rsidP="00CF4B69"/>
        </w:tc>
        <w:tc>
          <w:tcPr>
            <w:tcW w:w="2880" w:type="dxa"/>
          </w:tcPr>
          <w:p w14:paraId="391C4177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Ah, yes. </w:t>
            </w:r>
          </w:p>
        </w:tc>
      </w:tr>
      <w:tr w:rsidR="00556EB1" w14:paraId="216513D7" w14:textId="77777777" w:rsidTr="00CF4B69">
        <w:tc>
          <w:tcPr>
            <w:tcW w:w="2880" w:type="dxa"/>
          </w:tcPr>
          <w:p w14:paraId="31B7CA1D" w14:textId="77777777" w:rsidR="00556EB1" w:rsidRDefault="00556EB1" w:rsidP="00CF4B69">
            <w:r>
              <w:t>01:17:05:25</w:t>
            </w:r>
          </w:p>
        </w:tc>
        <w:tc>
          <w:tcPr>
            <w:tcW w:w="2880" w:type="dxa"/>
          </w:tcPr>
          <w:p w14:paraId="72D18C6E" w14:textId="77777777" w:rsidR="00556EB1" w:rsidRDefault="00556EB1" w:rsidP="00CF4B69"/>
        </w:tc>
        <w:tc>
          <w:tcPr>
            <w:tcW w:w="2880" w:type="dxa"/>
          </w:tcPr>
          <w:p w14:paraId="6C054641" w14:textId="77777777" w:rsidR="00556EB1" w:rsidRDefault="00556EB1" w:rsidP="00CF4B69">
            <w:r>
              <w:t xml:space="preserve">Thank you, Ari's watch! </w:t>
            </w:r>
          </w:p>
        </w:tc>
      </w:tr>
      <w:tr w:rsidR="00556EB1" w14:paraId="4D6D4573" w14:textId="77777777" w:rsidTr="00CF4B69">
        <w:tc>
          <w:tcPr>
            <w:tcW w:w="2880" w:type="dxa"/>
          </w:tcPr>
          <w:p w14:paraId="3DB6EC0F" w14:textId="77777777" w:rsidR="00556EB1" w:rsidRDefault="00556EB1" w:rsidP="00CF4B69">
            <w:r>
              <w:t>01:17:07:23</w:t>
            </w:r>
          </w:p>
        </w:tc>
        <w:tc>
          <w:tcPr>
            <w:tcW w:w="2880" w:type="dxa"/>
          </w:tcPr>
          <w:p w14:paraId="2D8AC3D5" w14:textId="77777777" w:rsidR="00556EB1" w:rsidRDefault="00556EB1" w:rsidP="00CF4B69"/>
        </w:tc>
        <w:tc>
          <w:tcPr>
            <w:tcW w:w="2880" w:type="dxa"/>
          </w:tcPr>
          <w:p w14:paraId="3F8787B0" w14:textId="77777777" w:rsidR="00556EB1" w:rsidRDefault="00556EB1" w:rsidP="00CF4B69">
            <w:r>
              <w:t xml:space="preserve">It's time for recess! </w:t>
            </w:r>
          </w:p>
        </w:tc>
      </w:tr>
      <w:tr w:rsidR="00556EB1" w14:paraId="2D42D83A" w14:textId="77777777" w:rsidTr="00CF4B69">
        <w:tc>
          <w:tcPr>
            <w:tcW w:w="2880" w:type="dxa"/>
          </w:tcPr>
          <w:p w14:paraId="740E36CC" w14:textId="77777777" w:rsidR="00556EB1" w:rsidRDefault="00556EB1" w:rsidP="00CF4B69">
            <w:r>
              <w:t>01:17:09:14</w:t>
            </w:r>
          </w:p>
        </w:tc>
        <w:tc>
          <w:tcPr>
            <w:tcW w:w="2880" w:type="dxa"/>
          </w:tcPr>
          <w:p w14:paraId="60593122" w14:textId="77777777" w:rsidR="00556EB1" w:rsidRDefault="00556EB1" w:rsidP="00CF4B69"/>
        </w:tc>
        <w:tc>
          <w:tcPr>
            <w:tcW w:w="2880" w:type="dxa"/>
          </w:tcPr>
          <w:p w14:paraId="58BEDD76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[cheer] Yeah, recess! </w:t>
            </w:r>
          </w:p>
        </w:tc>
      </w:tr>
      <w:tr w:rsidR="00556EB1" w14:paraId="400A8792" w14:textId="77777777" w:rsidTr="00CF4B69">
        <w:tc>
          <w:tcPr>
            <w:tcW w:w="2880" w:type="dxa"/>
          </w:tcPr>
          <w:p w14:paraId="786DF32C" w14:textId="77777777" w:rsidR="00556EB1" w:rsidRDefault="00556EB1" w:rsidP="00CF4B69">
            <w:r>
              <w:t>01:17:12:23</w:t>
            </w:r>
          </w:p>
        </w:tc>
        <w:tc>
          <w:tcPr>
            <w:tcW w:w="2880" w:type="dxa"/>
          </w:tcPr>
          <w:p w14:paraId="2D16D17A" w14:textId="77777777" w:rsidR="00556EB1" w:rsidRDefault="00556EB1" w:rsidP="00CF4B69"/>
        </w:tc>
        <w:tc>
          <w:tcPr>
            <w:tcW w:w="2880" w:type="dxa"/>
          </w:tcPr>
          <w:p w14:paraId="5F6EFDC6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Hmm.... How does this work? </w:t>
            </w:r>
          </w:p>
        </w:tc>
      </w:tr>
      <w:tr w:rsidR="00556EB1" w14:paraId="608077AA" w14:textId="77777777" w:rsidTr="00CF4B69">
        <w:tc>
          <w:tcPr>
            <w:tcW w:w="2880" w:type="dxa"/>
          </w:tcPr>
          <w:p w14:paraId="6EFFC26E" w14:textId="77777777" w:rsidR="00556EB1" w:rsidRDefault="00556EB1" w:rsidP="00CF4B69">
            <w:r>
              <w:lastRenderedPageBreak/>
              <w:t>01:17:16:17</w:t>
            </w:r>
          </w:p>
        </w:tc>
        <w:tc>
          <w:tcPr>
            <w:tcW w:w="2880" w:type="dxa"/>
          </w:tcPr>
          <w:p w14:paraId="64D2E05B" w14:textId="77777777" w:rsidR="00556EB1" w:rsidRDefault="00556EB1" w:rsidP="00CF4B69"/>
        </w:tc>
        <w:tc>
          <w:tcPr>
            <w:tcW w:w="2880" w:type="dxa"/>
          </w:tcPr>
          <w:p w14:paraId="08F60091" w14:textId="77777777" w:rsidR="00556EB1" w:rsidRDefault="00556EB1" w:rsidP="00CF4B69">
            <w:r>
              <w:t xml:space="preserve">How does this scratchy patch stick to the fuzzy side... </w:t>
            </w:r>
          </w:p>
        </w:tc>
      </w:tr>
      <w:tr w:rsidR="00556EB1" w14:paraId="5FAAC566" w14:textId="77777777" w:rsidTr="00CF4B69">
        <w:tc>
          <w:tcPr>
            <w:tcW w:w="2880" w:type="dxa"/>
          </w:tcPr>
          <w:p w14:paraId="3B7BAF6B" w14:textId="77777777" w:rsidR="00556EB1" w:rsidRDefault="00556EB1" w:rsidP="00CF4B69">
            <w:r>
              <w:t>01:17:20:07</w:t>
            </w:r>
          </w:p>
        </w:tc>
        <w:tc>
          <w:tcPr>
            <w:tcW w:w="2880" w:type="dxa"/>
          </w:tcPr>
          <w:p w14:paraId="13055C9D" w14:textId="77777777" w:rsidR="00556EB1" w:rsidRDefault="00556EB1" w:rsidP="00CF4B69"/>
        </w:tc>
        <w:tc>
          <w:tcPr>
            <w:tcW w:w="2880" w:type="dxa"/>
          </w:tcPr>
          <w:p w14:paraId="4FBEA41D" w14:textId="77777777" w:rsidR="00556EB1" w:rsidRDefault="00556EB1" w:rsidP="00CF4B69">
            <w:r>
              <w:t xml:space="preserve">without being sticky? </w:t>
            </w:r>
          </w:p>
        </w:tc>
      </w:tr>
      <w:tr w:rsidR="00556EB1" w14:paraId="1665F347" w14:textId="77777777" w:rsidTr="00CF4B69">
        <w:tc>
          <w:tcPr>
            <w:tcW w:w="2880" w:type="dxa"/>
          </w:tcPr>
          <w:p w14:paraId="3563C43B" w14:textId="77777777" w:rsidR="00556EB1" w:rsidRDefault="00556EB1" w:rsidP="00CF4B69">
            <w:r>
              <w:t>01:17:22:26</w:t>
            </w:r>
          </w:p>
        </w:tc>
        <w:tc>
          <w:tcPr>
            <w:tcW w:w="2880" w:type="dxa"/>
          </w:tcPr>
          <w:p w14:paraId="4F6BCDAB" w14:textId="77777777" w:rsidR="00556EB1" w:rsidRDefault="00556EB1" w:rsidP="00CF4B69"/>
        </w:tc>
        <w:tc>
          <w:tcPr>
            <w:tcW w:w="2880" w:type="dxa"/>
          </w:tcPr>
          <w:p w14:paraId="75BE08D6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Dun </w:t>
            </w:r>
            <w:proofErr w:type="spellStart"/>
            <w:r>
              <w:t>dun</w:t>
            </w:r>
            <w:proofErr w:type="spellEnd"/>
            <w:r>
              <w:t xml:space="preserve"> </w:t>
            </w:r>
            <w:proofErr w:type="spellStart"/>
            <w:r>
              <w:t>dun</w:t>
            </w:r>
            <w:proofErr w:type="spellEnd"/>
            <w:r>
              <w:t xml:space="preserve">, sounds like a mystery. </w:t>
            </w:r>
          </w:p>
        </w:tc>
      </w:tr>
      <w:tr w:rsidR="00556EB1" w14:paraId="11137BD6" w14:textId="77777777" w:rsidTr="00CF4B69">
        <w:tc>
          <w:tcPr>
            <w:tcW w:w="2880" w:type="dxa"/>
          </w:tcPr>
          <w:p w14:paraId="6032B63E" w14:textId="77777777" w:rsidR="00556EB1" w:rsidRDefault="00556EB1" w:rsidP="00CF4B69">
            <w:r>
              <w:t>01:17:25:12</w:t>
            </w:r>
          </w:p>
        </w:tc>
        <w:tc>
          <w:tcPr>
            <w:tcW w:w="2880" w:type="dxa"/>
          </w:tcPr>
          <w:p w14:paraId="1486655B" w14:textId="77777777" w:rsidR="00556EB1" w:rsidRDefault="00556EB1" w:rsidP="00CF4B69"/>
        </w:tc>
        <w:tc>
          <w:tcPr>
            <w:tcW w:w="2880" w:type="dxa"/>
          </w:tcPr>
          <w:p w14:paraId="02EB1F11" w14:textId="77777777" w:rsidR="00556EB1" w:rsidRDefault="00556EB1" w:rsidP="00CF4B69">
            <w:r>
              <w:t xml:space="preserve">I'll see if we have any books about it! </w:t>
            </w:r>
          </w:p>
        </w:tc>
      </w:tr>
      <w:tr w:rsidR="00556EB1" w14:paraId="1E7797E5" w14:textId="77777777" w:rsidTr="00CF4B69">
        <w:tc>
          <w:tcPr>
            <w:tcW w:w="2880" w:type="dxa"/>
          </w:tcPr>
          <w:p w14:paraId="33827E1D" w14:textId="77777777" w:rsidR="00556EB1" w:rsidRDefault="00556EB1" w:rsidP="00CF4B69">
            <w:r>
              <w:t>01:17:32:02</w:t>
            </w:r>
          </w:p>
        </w:tc>
        <w:tc>
          <w:tcPr>
            <w:tcW w:w="2880" w:type="dxa"/>
          </w:tcPr>
          <w:p w14:paraId="302CDFF3" w14:textId="77777777" w:rsidR="00556EB1" w:rsidRDefault="00556EB1" w:rsidP="00CF4B69"/>
        </w:tc>
        <w:tc>
          <w:tcPr>
            <w:tcW w:w="2880" w:type="dxa"/>
          </w:tcPr>
          <w:p w14:paraId="449836B5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What about going to recess? </w:t>
            </w:r>
          </w:p>
        </w:tc>
      </w:tr>
      <w:tr w:rsidR="00556EB1" w14:paraId="377B7724" w14:textId="77777777" w:rsidTr="00CF4B69">
        <w:tc>
          <w:tcPr>
            <w:tcW w:w="2880" w:type="dxa"/>
          </w:tcPr>
          <w:p w14:paraId="6D0AF35F" w14:textId="77777777" w:rsidR="00556EB1" w:rsidRDefault="00556EB1" w:rsidP="00CF4B69">
            <w:r>
              <w:t>01:17:36:03</w:t>
            </w:r>
          </w:p>
        </w:tc>
        <w:tc>
          <w:tcPr>
            <w:tcW w:w="2880" w:type="dxa"/>
          </w:tcPr>
          <w:p w14:paraId="582772C7" w14:textId="77777777" w:rsidR="00556EB1" w:rsidRDefault="00556EB1" w:rsidP="00CF4B69"/>
        </w:tc>
        <w:tc>
          <w:tcPr>
            <w:tcW w:w="2880" w:type="dxa"/>
          </w:tcPr>
          <w:p w14:paraId="7C6B3274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And look, the patch also sticks to other things! </w:t>
            </w:r>
          </w:p>
        </w:tc>
      </w:tr>
      <w:tr w:rsidR="00556EB1" w14:paraId="44DB351E" w14:textId="77777777" w:rsidTr="00CF4B69">
        <w:tc>
          <w:tcPr>
            <w:tcW w:w="2880" w:type="dxa"/>
          </w:tcPr>
          <w:p w14:paraId="1696623E" w14:textId="77777777" w:rsidR="00556EB1" w:rsidRDefault="00556EB1" w:rsidP="00CF4B69">
            <w:r>
              <w:t>01:17:40:06</w:t>
            </w:r>
          </w:p>
        </w:tc>
        <w:tc>
          <w:tcPr>
            <w:tcW w:w="2880" w:type="dxa"/>
          </w:tcPr>
          <w:p w14:paraId="2243A6E9" w14:textId="77777777" w:rsidR="00556EB1" w:rsidRDefault="00556EB1" w:rsidP="00CF4B69"/>
        </w:tc>
        <w:tc>
          <w:tcPr>
            <w:tcW w:w="2880" w:type="dxa"/>
          </w:tcPr>
          <w:p w14:paraId="18670FF0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556EB1" w14:paraId="150E3F0F" w14:textId="77777777" w:rsidTr="00CF4B69">
        <w:tc>
          <w:tcPr>
            <w:tcW w:w="2880" w:type="dxa"/>
          </w:tcPr>
          <w:p w14:paraId="28918BF4" w14:textId="77777777" w:rsidR="00556EB1" w:rsidRDefault="00556EB1" w:rsidP="00CF4B69">
            <w:r>
              <w:t>01:17:43:09</w:t>
            </w:r>
          </w:p>
        </w:tc>
        <w:tc>
          <w:tcPr>
            <w:tcW w:w="2880" w:type="dxa"/>
          </w:tcPr>
          <w:p w14:paraId="72B2D120" w14:textId="77777777" w:rsidR="00556EB1" w:rsidRDefault="00556EB1" w:rsidP="00CF4B69"/>
        </w:tc>
        <w:tc>
          <w:tcPr>
            <w:tcW w:w="2880" w:type="dxa"/>
          </w:tcPr>
          <w:p w14:paraId="510DAF6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[sigh] But it doesn't stick to everything. </w:t>
            </w:r>
          </w:p>
        </w:tc>
      </w:tr>
      <w:tr w:rsidR="00556EB1" w14:paraId="532FAA6D" w14:textId="77777777" w:rsidTr="00CF4B69">
        <w:tc>
          <w:tcPr>
            <w:tcW w:w="2880" w:type="dxa"/>
          </w:tcPr>
          <w:p w14:paraId="5E95F0F9" w14:textId="77777777" w:rsidR="00556EB1" w:rsidRDefault="00556EB1" w:rsidP="00CF4B69">
            <w:r>
              <w:t>01:17:46:27</w:t>
            </w:r>
          </w:p>
        </w:tc>
        <w:tc>
          <w:tcPr>
            <w:tcW w:w="2880" w:type="dxa"/>
          </w:tcPr>
          <w:p w14:paraId="394A6815" w14:textId="77777777" w:rsidR="00556EB1" w:rsidRDefault="00556EB1" w:rsidP="00CF4B69"/>
        </w:tc>
        <w:tc>
          <w:tcPr>
            <w:tcW w:w="2880" w:type="dxa"/>
          </w:tcPr>
          <w:p w14:paraId="7687CF7B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Huh... that is interesting. </w:t>
            </w:r>
          </w:p>
        </w:tc>
      </w:tr>
      <w:tr w:rsidR="00556EB1" w14:paraId="2126064B" w14:textId="77777777" w:rsidTr="00CF4B69">
        <w:tc>
          <w:tcPr>
            <w:tcW w:w="2880" w:type="dxa"/>
          </w:tcPr>
          <w:p w14:paraId="66AA0477" w14:textId="77777777" w:rsidR="00556EB1" w:rsidRDefault="00556EB1" w:rsidP="00CF4B69">
            <w:r>
              <w:t>01:17:49:19</w:t>
            </w:r>
          </w:p>
        </w:tc>
        <w:tc>
          <w:tcPr>
            <w:tcW w:w="2880" w:type="dxa"/>
          </w:tcPr>
          <w:p w14:paraId="237A4683" w14:textId="77777777" w:rsidR="00556EB1" w:rsidRDefault="00556EB1" w:rsidP="00CF4B69"/>
        </w:tc>
        <w:tc>
          <w:tcPr>
            <w:tcW w:w="2880" w:type="dxa"/>
          </w:tcPr>
          <w:p w14:paraId="24EFDE0B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Well, I found some fun books, </w:t>
            </w:r>
          </w:p>
        </w:tc>
      </w:tr>
      <w:tr w:rsidR="00556EB1" w14:paraId="58F01E0F" w14:textId="77777777" w:rsidTr="00CF4B69">
        <w:tc>
          <w:tcPr>
            <w:tcW w:w="2880" w:type="dxa"/>
          </w:tcPr>
          <w:p w14:paraId="4ACC2ADC" w14:textId="77777777" w:rsidR="00556EB1" w:rsidRDefault="00556EB1" w:rsidP="00CF4B69">
            <w:r>
              <w:t>01:17:51:17</w:t>
            </w:r>
          </w:p>
        </w:tc>
        <w:tc>
          <w:tcPr>
            <w:tcW w:w="2880" w:type="dxa"/>
          </w:tcPr>
          <w:p w14:paraId="15951BEE" w14:textId="77777777" w:rsidR="00556EB1" w:rsidRDefault="00556EB1" w:rsidP="00CF4B69"/>
        </w:tc>
        <w:tc>
          <w:tcPr>
            <w:tcW w:w="2880" w:type="dxa"/>
          </w:tcPr>
          <w:p w14:paraId="145D436B" w14:textId="77777777" w:rsidR="00556EB1" w:rsidRDefault="00556EB1" w:rsidP="00CF4B69">
            <w:r>
              <w:t xml:space="preserve">but none about mysterious scratchy patches... </w:t>
            </w:r>
          </w:p>
        </w:tc>
      </w:tr>
      <w:tr w:rsidR="00556EB1" w14:paraId="7795371F" w14:textId="77777777" w:rsidTr="00CF4B69">
        <w:tc>
          <w:tcPr>
            <w:tcW w:w="2880" w:type="dxa"/>
          </w:tcPr>
          <w:p w14:paraId="0EBE1C83" w14:textId="77777777" w:rsidR="00556EB1" w:rsidRDefault="00556EB1" w:rsidP="00CF4B69">
            <w:r>
              <w:t>01:17:54:24</w:t>
            </w:r>
          </w:p>
        </w:tc>
        <w:tc>
          <w:tcPr>
            <w:tcW w:w="2880" w:type="dxa"/>
          </w:tcPr>
          <w:p w14:paraId="2E58991E" w14:textId="77777777" w:rsidR="00556EB1" w:rsidRDefault="00556EB1" w:rsidP="00CF4B69"/>
        </w:tc>
        <w:tc>
          <w:tcPr>
            <w:tcW w:w="2880" w:type="dxa"/>
          </w:tcPr>
          <w:p w14:paraId="17F6F156" w14:textId="77777777" w:rsidR="00556EB1" w:rsidRDefault="00556EB1" w:rsidP="00CF4B69">
            <w:r>
              <w:t xml:space="preserve">that stick to things. </w:t>
            </w:r>
          </w:p>
        </w:tc>
      </w:tr>
      <w:tr w:rsidR="00556EB1" w14:paraId="7875CE60" w14:textId="77777777" w:rsidTr="00CF4B69">
        <w:tc>
          <w:tcPr>
            <w:tcW w:w="2880" w:type="dxa"/>
          </w:tcPr>
          <w:p w14:paraId="32709A05" w14:textId="77777777" w:rsidR="00556EB1" w:rsidRDefault="00556EB1" w:rsidP="00CF4B69">
            <w:r>
              <w:t>01:17:56:11</w:t>
            </w:r>
          </w:p>
        </w:tc>
        <w:tc>
          <w:tcPr>
            <w:tcW w:w="2880" w:type="dxa"/>
          </w:tcPr>
          <w:p w14:paraId="24D1921A" w14:textId="77777777" w:rsidR="00556EB1" w:rsidRDefault="00556EB1" w:rsidP="00CF4B69"/>
        </w:tc>
        <w:tc>
          <w:tcPr>
            <w:tcW w:w="2880" w:type="dxa"/>
          </w:tcPr>
          <w:p w14:paraId="16DEB295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...or don't stick to things! </w:t>
            </w:r>
          </w:p>
        </w:tc>
      </w:tr>
      <w:tr w:rsidR="00556EB1" w14:paraId="298F8CB8" w14:textId="77777777" w:rsidTr="00CF4B69">
        <w:tc>
          <w:tcPr>
            <w:tcW w:w="2880" w:type="dxa"/>
          </w:tcPr>
          <w:p w14:paraId="5A7B2751" w14:textId="77777777" w:rsidR="00556EB1" w:rsidRDefault="00556EB1" w:rsidP="00CF4B69">
            <w:r>
              <w:t>01:17:58:29</w:t>
            </w:r>
          </w:p>
        </w:tc>
        <w:tc>
          <w:tcPr>
            <w:tcW w:w="2880" w:type="dxa"/>
          </w:tcPr>
          <w:p w14:paraId="41A044BD" w14:textId="77777777" w:rsidR="00556EB1" w:rsidRDefault="00556EB1" w:rsidP="00CF4B69"/>
        </w:tc>
        <w:tc>
          <w:tcPr>
            <w:tcW w:w="2880" w:type="dxa"/>
          </w:tcPr>
          <w:p w14:paraId="3C79D93B" w14:textId="77777777" w:rsidR="00556EB1" w:rsidRDefault="00556EB1" w:rsidP="00CF4B69">
            <w:r>
              <w:t xml:space="preserve">That's the mystery! </w:t>
            </w:r>
          </w:p>
        </w:tc>
      </w:tr>
      <w:tr w:rsidR="00556EB1" w14:paraId="034F8894" w14:textId="77777777" w:rsidTr="00CF4B69">
        <w:tc>
          <w:tcPr>
            <w:tcW w:w="2880" w:type="dxa"/>
          </w:tcPr>
          <w:p w14:paraId="031631FC" w14:textId="77777777" w:rsidR="00556EB1" w:rsidRDefault="00556EB1" w:rsidP="00CF4B69">
            <w:r>
              <w:t>01:18:00:22</w:t>
            </w:r>
          </w:p>
        </w:tc>
        <w:tc>
          <w:tcPr>
            <w:tcW w:w="2880" w:type="dxa"/>
          </w:tcPr>
          <w:p w14:paraId="05883A70" w14:textId="77777777" w:rsidR="00556EB1" w:rsidRDefault="00556EB1" w:rsidP="00CF4B69"/>
        </w:tc>
        <w:tc>
          <w:tcPr>
            <w:tcW w:w="2880" w:type="dxa"/>
          </w:tcPr>
          <w:p w14:paraId="56367C68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Hmm, I have an idea... </w:t>
            </w:r>
          </w:p>
        </w:tc>
      </w:tr>
      <w:tr w:rsidR="00556EB1" w14:paraId="26687EA5" w14:textId="77777777" w:rsidTr="00CF4B69">
        <w:tc>
          <w:tcPr>
            <w:tcW w:w="2880" w:type="dxa"/>
          </w:tcPr>
          <w:p w14:paraId="1D37420D" w14:textId="77777777" w:rsidR="00556EB1" w:rsidRDefault="00556EB1" w:rsidP="00CF4B69">
            <w:r>
              <w:t>01:18:03:10</w:t>
            </w:r>
          </w:p>
        </w:tc>
        <w:tc>
          <w:tcPr>
            <w:tcW w:w="2880" w:type="dxa"/>
          </w:tcPr>
          <w:p w14:paraId="6BEDAD9C" w14:textId="77777777" w:rsidR="00556EB1" w:rsidRDefault="00556EB1" w:rsidP="00CF4B69"/>
        </w:tc>
        <w:tc>
          <w:tcPr>
            <w:tcW w:w="2880" w:type="dxa"/>
          </w:tcPr>
          <w:p w14:paraId="182A360E" w14:textId="77777777" w:rsidR="00556EB1" w:rsidRDefault="00556EB1" w:rsidP="00CF4B69">
            <w:r>
              <w:t xml:space="preserve">Let's try sticking the patch to a lot of things, </w:t>
            </w:r>
          </w:p>
        </w:tc>
      </w:tr>
      <w:tr w:rsidR="00556EB1" w14:paraId="08D4B528" w14:textId="77777777" w:rsidTr="00CF4B69">
        <w:tc>
          <w:tcPr>
            <w:tcW w:w="2880" w:type="dxa"/>
          </w:tcPr>
          <w:p w14:paraId="11CF4554" w14:textId="77777777" w:rsidR="00556EB1" w:rsidRDefault="00556EB1" w:rsidP="00CF4B69">
            <w:r>
              <w:t>01:18:07:03</w:t>
            </w:r>
          </w:p>
        </w:tc>
        <w:tc>
          <w:tcPr>
            <w:tcW w:w="2880" w:type="dxa"/>
          </w:tcPr>
          <w:p w14:paraId="57A362A2" w14:textId="77777777" w:rsidR="00556EB1" w:rsidRDefault="00556EB1" w:rsidP="00CF4B69"/>
        </w:tc>
        <w:tc>
          <w:tcPr>
            <w:tcW w:w="2880" w:type="dxa"/>
          </w:tcPr>
          <w:p w14:paraId="320BC6C1" w14:textId="77777777" w:rsidR="00556EB1" w:rsidRDefault="00556EB1" w:rsidP="00CF4B69">
            <w:r>
              <w:t xml:space="preserve">and see what it does and doesn't stick to. </w:t>
            </w:r>
          </w:p>
        </w:tc>
      </w:tr>
      <w:tr w:rsidR="00556EB1" w14:paraId="2CEFDACE" w14:textId="77777777" w:rsidTr="00CF4B69">
        <w:tc>
          <w:tcPr>
            <w:tcW w:w="2880" w:type="dxa"/>
          </w:tcPr>
          <w:p w14:paraId="6336673E" w14:textId="77777777" w:rsidR="00556EB1" w:rsidRDefault="00556EB1" w:rsidP="00CF4B69">
            <w:r>
              <w:lastRenderedPageBreak/>
              <w:t>01:18:10:12</w:t>
            </w:r>
          </w:p>
        </w:tc>
        <w:tc>
          <w:tcPr>
            <w:tcW w:w="2880" w:type="dxa"/>
          </w:tcPr>
          <w:p w14:paraId="392399B4" w14:textId="77777777" w:rsidR="00556EB1" w:rsidRDefault="00556EB1" w:rsidP="00CF4B69"/>
        </w:tc>
        <w:tc>
          <w:tcPr>
            <w:tcW w:w="2880" w:type="dxa"/>
          </w:tcPr>
          <w:p w14:paraId="25CC629D" w14:textId="77777777" w:rsidR="00556EB1" w:rsidRDefault="00556EB1" w:rsidP="00CF4B69">
            <w:r>
              <w:t xml:space="preserve">Maybe that will tell us how it works. </w:t>
            </w:r>
          </w:p>
        </w:tc>
      </w:tr>
      <w:tr w:rsidR="00556EB1" w14:paraId="15482DA5" w14:textId="77777777" w:rsidTr="00CF4B69">
        <w:tc>
          <w:tcPr>
            <w:tcW w:w="2880" w:type="dxa"/>
          </w:tcPr>
          <w:p w14:paraId="08A9EC67" w14:textId="77777777" w:rsidR="00556EB1" w:rsidRDefault="00556EB1" w:rsidP="00CF4B69">
            <w:r>
              <w:t>01:18:13:05</w:t>
            </w:r>
          </w:p>
        </w:tc>
        <w:tc>
          <w:tcPr>
            <w:tcW w:w="2880" w:type="dxa"/>
          </w:tcPr>
          <w:p w14:paraId="79DEDD8B" w14:textId="77777777" w:rsidR="00556EB1" w:rsidRDefault="00556EB1" w:rsidP="00CF4B69"/>
        </w:tc>
        <w:tc>
          <w:tcPr>
            <w:tcW w:w="2880" w:type="dxa"/>
          </w:tcPr>
          <w:p w14:paraId="75E60B30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I'll write it down! </w:t>
            </w:r>
          </w:p>
        </w:tc>
      </w:tr>
      <w:tr w:rsidR="00556EB1" w14:paraId="4C80AA08" w14:textId="77777777" w:rsidTr="00CF4B69">
        <w:tc>
          <w:tcPr>
            <w:tcW w:w="2880" w:type="dxa"/>
          </w:tcPr>
          <w:p w14:paraId="0D0BDA80" w14:textId="77777777" w:rsidR="00556EB1" w:rsidRDefault="00556EB1" w:rsidP="00CF4B69">
            <w:r>
              <w:t>01:18:15:13</w:t>
            </w:r>
          </w:p>
        </w:tc>
        <w:tc>
          <w:tcPr>
            <w:tcW w:w="2880" w:type="dxa"/>
          </w:tcPr>
          <w:p w14:paraId="1ACA25E3" w14:textId="77777777" w:rsidR="00556EB1" w:rsidRDefault="00556EB1" w:rsidP="00CF4B69"/>
        </w:tc>
        <w:tc>
          <w:tcPr>
            <w:tcW w:w="2880" w:type="dxa"/>
          </w:tcPr>
          <w:p w14:paraId="581C3095" w14:textId="77777777" w:rsidR="00556EB1" w:rsidRDefault="00556EB1" w:rsidP="00CF4B69">
            <w:r>
              <w:t xml:space="preserve">Sticks to, doesn't stick to. </w:t>
            </w:r>
          </w:p>
        </w:tc>
      </w:tr>
      <w:tr w:rsidR="00556EB1" w14:paraId="7B114050" w14:textId="77777777" w:rsidTr="00CF4B69">
        <w:tc>
          <w:tcPr>
            <w:tcW w:w="2880" w:type="dxa"/>
          </w:tcPr>
          <w:p w14:paraId="7F07CFF1" w14:textId="77777777" w:rsidR="00556EB1" w:rsidRDefault="00556EB1" w:rsidP="00CF4B69">
            <w:r>
              <w:t>01:18:19:03</w:t>
            </w:r>
          </w:p>
        </w:tc>
        <w:tc>
          <w:tcPr>
            <w:tcW w:w="2880" w:type="dxa"/>
          </w:tcPr>
          <w:p w14:paraId="69C144FD" w14:textId="77777777" w:rsidR="00556EB1" w:rsidRDefault="00556EB1" w:rsidP="00CF4B69"/>
        </w:tc>
        <w:tc>
          <w:tcPr>
            <w:tcW w:w="2880" w:type="dxa"/>
          </w:tcPr>
          <w:p w14:paraId="3680823D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Ready! </w:t>
            </w:r>
          </w:p>
        </w:tc>
      </w:tr>
      <w:tr w:rsidR="00556EB1" w14:paraId="54EED28C" w14:textId="77777777" w:rsidTr="00CF4B69">
        <w:tc>
          <w:tcPr>
            <w:tcW w:w="2880" w:type="dxa"/>
          </w:tcPr>
          <w:p w14:paraId="5FDD3B51" w14:textId="77777777" w:rsidR="00556EB1" w:rsidRDefault="00556EB1" w:rsidP="00CF4B69">
            <w:r>
              <w:t>01:18:20:20</w:t>
            </w:r>
          </w:p>
        </w:tc>
        <w:tc>
          <w:tcPr>
            <w:tcW w:w="2880" w:type="dxa"/>
          </w:tcPr>
          <w:p w14:paraId="45396ED0" w14:textId="77777777" w:rsidR="00556EB1" w:rsidRDefault="00556EB1" w:rsidP="00CF4B69"/>
        </w:tc>
        <w:tc>
          <w:tcPr>
            <w:tcW w:w="2880" w:type="dxa"/>
          </w:tcPr>
          <w:p w14:paraId="475CF9FA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Okay, let's see... </w:t>
            </w:r>
          </w:p>
        </w:tc>
      </w:tr>
      <w:tr w:rsidR="00556EB1" w14:paraId="5E7B6023" w14:textId="77777777" w:rsidTr="00CF4B69">
        <w:tc>
          <w:tcPr>
            <w:tcW w:w="2880" w:type="dxa"/>
          </w:tcPr>
          <w:p w14:paraId="69101FD2" w14:textId="77777777" w:rsidR="00556EB1" w:rsidRDefault="00556EB1" w:rsidP="00CF4B69">
            <w:r>
              <w:t>01:18:22:19</w:t>
            </w:r>
          </w:p>
        </w:tc>
        <w:tc>
          <w:tcPr>
            <w:tcW w:w="2880" w:type="dxa"/>
          </w:tcPr>
          <w:p w14:paraId="2AA1A8C3" w14:textId="77777777" w:rsidR="00556EB1" w:rsidRDefault="00556EB1" w:rsidP="00CF4B69"/>
        </w:tc>
        <w:tc>
          <w:tcPr>
            <w:tcW w:w="2880" w:type="dxa"/>
          </w:tcPr>
          <w:p w14:paraId="16D402C8" w14:textId="77777777" w:rsidR="00556EB1" w:rsidRDefault="00556EB1" w:rsidP="00CF4B69">
            <w:r>
              <w:t xml:space="preserve">We know it stick to Ari's sweater. </w:t>
            </w:r>
          </w:p>
        </w:tc>
      </w:tr>
      <w:tr w:rsidR="00556EB1" w14:paraId="5C2710EF" w14:textId="77777777" w:rsidTr="00CF4B69">
        <w:tc>
          <w:tcPr>
            <w:tcW w:w="2880" w:type="dxa"/>
          </w:tcPr>
          <w:p w14:paraId="3E24025F" w14:textId="77777777" w:rsidR="00556EB1" w:rsidRDefault="00556EB1" w:rsidP="00CF4B69">
            <w:r>
              <w:t>01:18:27:20</w:t>
            </w:r>
          </w:p>
        </w:tc>
        <w:tc>
          <w:tcPr>
            <w:tcW w:w="2880" w:type="dxa"/>
          </w:tcPr>
          <w:p w14:paraId="067BC052" w14:textId="77777777" w:rsidR="00556EB1" w:rsidRDefault="00556EB1" w:rsidP="00CF4B69"/>
        </w:tc>
        <w:tc>
          <w:tcPr>
            <w:tcW w:w="2880" w:type="dxa"/>
          </w:tcPr>
          <w:p w14:paraId="548DBA0B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And we know it doesn't stick to the chair. </w:t>
            </w:r>
          </w:p>
        </w:tc>
      </w:tr>
      <w:tr w:rsidR="00556EB1" w14:paraId="7A9CDFFA" w14:textId="77777777" w:rsidTr="00CF4B69">
        <w:tc>
          <w:tcPr>
            <w:tcW w:w="2880" w:type="dxa"/>
          </w:tcPr>
          <w:p w14:paraId="61C191F7" w14:textId="77777777" w:rsidR="00556EB1" w:rsidRDefault="00556EB1" w:rsidP="00CF4B69">
            <w:r>
              <w:t>01:18:32:07</w:t>
            </w:r>
          </w:p>
        </w:tc>
        <w:tc>
          <w:tcPr>
            <w:tcW w:w="2880" w:type="dxa"/>
          </w:tcPr>
          <w:p w14:paraId="5A099535" w14:textId="77777777" w:rsidR="00556EB1" w:rsidRDefault="00556EB1" w:rsidP="00CF4B69"/>
        </w:tc>
        <w:tc>
          <w:tcPr>
            <w:tcW w:w="2880" w:type="dxa"/>
          </w:tcPr>
          <w:p w14:paraId="3CAE0259" w14:textId="77777777" w:rsidR="00556EB1" w:rsidRDefault="00556EB1" w:rsidP="00CF4B69">
            <w:r>
              <w:rPr>
                <w:b/>
              </w:rPr>
              <w:t xml:space="preserve">ALL: </w:t>
            </w:r>
            <w:r>
              <w:t xml:space="preserve">Hmmm... </w:t>
            </w:r>
          </w:p>
        </w:tc>
      </w:tr>
      <w:tr w:rsidR="00556EB1" w14:paraId="2F447A2A" w14:textId="77777777" w:rsidTr="00CF4B69">
        <w:tc>
          <w:tcPr>
            <w:tcW w:w="2880" w:type="dxa"/>
          </w:tcPr>
          <w:p w14:paraId="6F497D3E" w14:textId="77777777" w:rsidR="00556EB1" w:rsidRDefault="00556EB1" w:rsidP="00CF4B69">
            <w:r>
              <w:t>01:18:34:07</w:t>
            </w:r>
          </w:p>
        </w:tc>
        <w:tc>
          <w:tcPr>
            <w:tcW w:w="2880" w:type="dxa"/>
          </w:tcPr>
          <w:p w14:paraId="7156A470" w14:textId="77777777" w:rsidR="00556EB1" w:rsidRDefault="00556EB1" w:rsidP="00CF4B69"/>
        </w:tc>
        <w:tc>
          <w:tcPr>
            <w:tcW w:w="2880" w:type="dxa"/>
          </w:tcPr>
          <w:p w14:paraId="23EF52B4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How about the rug? </w:t>
            </w:r>
          </w:p>
        </w:tc>
      </w:tr>
      <w:tr w:rsidR="00556EB1" w14:paraId="01749020" w14:textId="77777777" w:rsidTr="00CF4B69">
        <w:tc>
          <w:tcPr>
            <w:tcW w:w="2880" w:type="dxa"/>
          </w:tcPr>
          <w:p w14:paraId="710F6EA1" w14:textId="77777777" w:rsidR="00556EB1" w:rsidRDefault="00556EB1" w:rsidP="00CF4B69">
            <w:r>
              <w:t>01:18:36:17</w:t>
            </w:r>
          </w:p>
        </w:tc>
        <w:tc>
          <w:tcPr>
            <w:tcW w:w="2880" w:type="dxa"/>
          </w:tcPr>
          <w:p w14:paraId="7813FA5D" w14:textId="77777777" w:rsidR="00556EB1" w:rsidRDefault="00556EB1" w:rsidP="00CF4B69"/>
        </w:tc>
        <w:tc>
          <w:tcPr>
            <w:tcW w:w="2880" w:type="dxa"/>
          </w:tcPr>
          <w:p w14:paraId="3178C6EF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Rug: yes, it sticks! </w:t>
            </w:r>
          </w:p>
        </w:tc>
      </w:tr>
      <w:tr w:rsidR="00556EB1" w14:paraId="224EFB61" w14:textId="77777777" w:rsidTr="00CF4B69">
        <w:tc>
          <w:tcPr>
            <w:tcW w:w="2880" w:type="dxa"/>
          </w:tcPr>
          <w:p w14:paraId="6FC9D22C" w14:textId="77777777" w:rsidR="00556EB1" w:rsidRDefault="00556EB1" w:rsidP="00CF4B69">
            <w:r>
              <w:t>01:18:41:29</w:t>
            </w:r>
          </w:p>
        </w:tc>
        <w:tc>
          <w:tcPr>
            <w:tcW w:w="2880" w:type="dxa"/>
          </w:tcPr>
          <w:p w14:paraId="2C90C4D1" w14:textId="77777777" w:rsidR="00556EB1" w:rsidRDefault="00556EB1" w:rsidP="00CF4B69"/>
        </w:tc>
        <w:tc>
          <w:tcPr>
            <w:tcW w:w="2880" w:type="dxa"/>
          </w:tcPr>
          <w:p w14:paraId="48DB5B6B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Chalkboard... no! </w:t>
            </w:r>
          </w:p>
        </w:tc>
      </w:tr>
      <w:tr w:rsidR="00556EB1" w14:paraId="5ED464E2" w14:textId="77777777" w:rsidTr="00CF4B69">
        <w:tc>
          <w:tcPr>
            <w:tcW w:w="2880" w:type="dxa"/>
          </w:tcPr>
          <w:p w14:paraId="4B0E741B" w14:textId="77777777" w:rsidR="00556EB1" w:rsidRDefault="00556EB1" w:rsidP="00CF4B69">
            <w:r>
              <w:t>01:18:45:12</w:t>
            </w:r>
          </w:p>
        </w:tc>
        <w:tc>
          <w:tcPr>
            <w:tcW w:w="2880" w:type="dxa"/>
          </w:tcPr>
          <w:p w14:paraId="04890EAC" w14:textId="77777777" w:rsidR="00556EB1" w:rsidRDefault="00556EB1" w:rsidP="00CF4B69"/>
        </w:tc>
        <w:tc>
          <w:tcPr>
            <w:tcW w:w="2880" w:type="dxa"/>
          </w:tcPr>
          <w:p w14:paraId="19048E50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Olive's trunk... </w:t>
            </w:r>
          </w:p>
        </w:tc>
      </w:tr>
      <w:tr w:rsidR="00556EB1" w14:paraId="76B823CD" w14:textId="77777777" w:rsidTr="00CF4B69">
        <w:tc>
          <w:tcPr>
            <w:tcW w:w="2880" w:type="dxa"/>
          </w:tcPr>
          <w:p w14:paraId="152F196E" w14:textId="77777777" w:rsidR="00556EB1" w:rsidRDefault="00556EB1" w:rsidP="00CF4B69">
            <w:r>
              <w:t>01:18:46:24</w:t>
            </w:r>
          </w:p>
        </w:tc>
        <w:tc>
          <w:tcPr>
            <w:tcW w:w="2880" w:type="dxa"/>
          </w:tcPr>
          <w:p w14:paraId="4AEF56F2" w14:textId="77777777" w:rsidR="00556EB1" w:rsidRDefault="00556EB1" w:rsidP="00CF4B69"/>
        </w:tc>
        <w:tc>
          <w:tcPr>
            <w:tcW w:w="2880" w:type="dxa"/>
          </w:tcPr>
          <w:p w14:paraId="5AE74E6A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[giggle] no! </w:t>
            </w:r>
          </w:p>
        </w:tc>
      </w:tr>
      <w:tr w:rsidR="00556EB1" w14:paraId="62478739" w14:textId="77777777" w:rsidTr="00CF4B69">
        <w:tc>
          <w:tcPr>
            <w:tcW w:w="2880" w:type="dxa"/>
          </w:tcPr>
          <w:p w14:paraId="114273E0" w14:textId="77777777" w:rsidR="00556EB1" w:rsidRDefault="00556EB1" w:rsidP="00CF4B69">
            <w:r>
              <w:t>01:18:48:02</w:t>
            </w:r>
          </w:p>
        </w:tc>
        <w:tc>
          <w:tcPr>
            <w:tcW w:w="2880" w:type="dxa"/>
          </w:tcPr>
          <w:p w14:paraId="3D640A5A" w14:textId="77777777" w:rsidR="00556EB1" w:rsidRDefault="00556EB1" w:rsidP="00CF4B69"/>
        </w:tc>
        <w:tc>
          <w:tcPr>
            <w:tcW w:w="2880" w:type="dxa"/>
          </w:tcPr>
          <w:p w14:paraId="41EDFE74" w14:textId="77777777" w:rsidR="00556EB1" w:rsidRDefault="00556EB1" w:rsidP="00CF4B69">
            <w:r>
              <w:rPr>
                <w:b/>
              </w:rPr>
              <w:t xml:space="preserve">OLIVE: </w:t>
            </w:r>
            <w:proofErr w:type="gramStart"/>
            <w:r>
              <w:t>So</w:t>
            </w:r>
            <w:proofErr w:type="gramEnd"/>
            <w:r>
              <w:t xml:space="preserve"> the patch sticks to Ari's sweater and the rug, </w:t>
            </w:r>
          </w:p>
        </w:tc>
      </w:tr>
      <w:tr w:rsidR="00556EB1" w14:paraId="36DF2D51" w14:textId="77777777" w:rsidTr="00CF4B69">
        <w:tc>
          <w:tcPr>
            <w:tcW w:w="2880" w:type="dxa"/>
          </w:tcPr>
          <w:p w14:paraId="6D1B82CD" w14:textId="77777777" w:rsidR="00556EB1" w:rsidRDefault="00556EB1" w:rsidP="00CF4B69">
            <w:r>
              <w:t>01:18:51:29</w:t>
            </w:r>
          </w:p>
        </w:tc>
        <w:tc>
          <w:tcPr>
            <w:tcW w:w="2880" w:type="dxa"/>
          </w:tcPr>
          <w:p w14:paraId="5375DE4B" w14:textId="77777777" w:rsidR="00556EB1" w:rsidRDefault="00556EB1" w:rsidP="00CF4B69"/>
        </w:tc>
        <w:tc>
          <w:tcPr>
            <w:tcW w:w="2880" w:type="dxa"/>
          </w:tcPr>
          <w:p w14:paraId="6BDDCBC5" w14:textId="77777777" w:rsidR="00556EB1" w:rsidRDefault="00556EB1" w:rsidP="00CF4B69">
            <w:r>
              <w:t xml:space="preserve">and... nothing else? </w:t>
            </w:r>
          </w:p>
        </w:tc>
      </w:tr>
      <w:tr w:rsidR="00556EB1" w14:paraId="20580471" w14:textId="77777777" w:rsidTr="00CF4B69">
        <w:tc>
          <w:tcPr>
            <w:tcW w:w="2880" w:type="dxa"/>
          </w:tcPr>
          <w:p w14:paraId="2ADA53DE" w14:textId="77777777" w:rsidR="00556EB1" w:rsidRDefault="00556EB1" w:rsidP="00CF4B69">
            <w:r>
              <w:t>01:18:53:28</w:t>
            </w:r>
          </w:p>
        </w:tc>
        <w:tc>
          <w:tcPr>
            <w:tcW w:w="2880" w:type="dxa"/>
          </w:tcPr>
          <w:p w14:paraId="14D04484" w14:textId="77777777" w:rsidR="00556EB1" w:rsidRDefault="00556EB1" w:rsidP="00CF4B69"/>
        </w:tc>
        <w:tc>
          <w:tcPr>
            <w:tcW w:w="2880" w:type="dxa"/>
          </w:tcPr>
          <w:p w14:paraId="14E13FC4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556EB1" w14:paraId="62885F2F" w14:textId="77777777" w:rsidTr="00CF4B69">
        <w:tc>
          <w:tcPr>
            <w:tcW w:w="2880" w:type="dxa"/>
          </w:tcPr>
          <w:p w14:paraId="6BAF2C67" w14:textId="77777777" w:rsidR="00556EB1" w:rsidRDefault="00556EB1" w:rsidP="00CF4B69">
            <w:r>
              <w:t>01:18:56:08</w:t>
            </w:r>
          </w:p>
        </w:tc>
        <w:tc>
          <w:tcPr>
            <w:tcW w:w="2880" w:type="dxa"/>
          </w:tcPr>
          <w:p w14:paraId="3A4764F4" w14:textId="77777777" w:rsidR="00556EB1" w:rsidRDefault="00556EB1" w:rsidP="00CF4B69"/>
        </w:tc>
        <w:tc>
          <w:tcPr>
            <w:tcW w:w="2880" w:type="dxa"/>
          </w:tcPr>
          <w:p w14:paraId="5FF8B017" w14:textId="77777777" w:rsidR="00556EB1" w:rsidRDefault="00556EB1" w:rsidP="00CF4B69">
            <w:r>
              <w:rPr>
                <w:b/>
              </w:rPr>
              <w:t xml:space="preserve">ARI: </w:t>
            </w:r>
            <w:proofErr w:type="spellStart"/>
            <w:r>
              <w:t>Le's</w:t>
            </w:r>
            <w:proofErr w:type="spellEnd"/>
            <w:r>
              <w:t xml:space="preserve"> try some things outside? </w:t>
            </w:r>
          </w:p>
        </w:tc>
      </w:tr>
      <w:tr w:rsidR="00556EB1" w14:paraId="486E72D7" w14:textId="77777777" w:rsidTr="00CF4B69">
        <w:tc>
          <w:tcPr>
            <w:tcW w:w="2880" w:type="dxa"/>
          </w:tcPr>
          <w:p w14:paraId="24B87F71" w14:textId="77777777" w:rsidR="00556EB1" w:rsidRDefault="00556EB1" w:rsidP="00CF4B69">
            <w:r>
              <w:t>01:18:58:21</w:t>
            </w:r>
          </w:p>
        </w:tc>
        <w:tc>
          <w:tcPr>
            <w:tcW w:w="2880" w:type="dxa"/>
          </w:tcPr>
          <w:p w14:paraId="54FDE512" w14:textId="77777777" w:rsidR="00556EB1" w:rsidRDefault="00556EB1" w:rsidP="00CF4B69"/>
        </w:tc>
        <w:tc>
          <w:tcPr>
            <w:tcW w:w="2880" w:type="dxa"/>
          </w:tcPr>
          <w:p w14:paraId="2B49C745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Yeah, good idea! </w:t>
            </w:r>
          </w:p>
        </w:tc>
      </w:tr>
      <w:tr w:rsidR="00556EB1" w14:paraId="455C0375" w14:textId="77777777" w:rsidTr="00CF4B69">
        <w:tc>
          <w:tcPr>
            <w:tcW w:w="2880" w:type="dxa"/>
          </w:tcPr>
          <w:p w14:paraId="5038749A" w14:textId="77777777" w:rsidR="00556EB1" w:rsidRDefault="00556EB1" w:rsidP="00CF4B69">
            <w:r>
              <w:t>01:19:02:18</w:t>
            </w:r>
          </w:p>
        </w:tc>
        <w:tc>
          <w:tcPr>
            <w:tcW w:w="2880" w:type="dxa"/>
          </w:tcPr>
          <w:p w14:paraId="20DE1143" w14:textId="77777777" w:rsidR="00556EB1" w:rsidRDefault="00556EB1" w:rsidP="00CF4B69"/>
        </w:tc>
        <w:tc>
          <w:tcPr>
            <w:tcW w:w="2880" w:type="dxa"/>
          </w:tcPr>
          <w:p w14:paraId="0248FE9A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We're going outside! </w:t>
            </w:r>
          </w:p>
        </w:tc>
      </w:tr>
      <w:tr w:rsidR="00556EB1" w14:paraId="1A45B01A" w14:textId="77777777" w:rsidTr="00CF4B69">
        <w:tc>
          <w:tcPr>
            <w:tcW w:w="2880" w:type="dxa"/>
          </w:tcPr>
          <w:p w14:paraId="75FD6B1B" w14:textId="77777777" w:rsidR="00556EB1" w:rsidRDefault="00556EB1" w:rsidP="00CF4B69">
            <w:r>
              <w:t>01:19:04:07</w:t>
            </w:r>
          </w:p>
        </w:tc>
        <w:tc>
          <w:tcPr>
            <w:tcW w:w="2880" w:type="dxa"/>
          </w:tcPr>
          <w:p w14:paraId="1602E638" w14:textId="77777777" w:rsidR="00556EB1" w:rsidRDefault="00556EB1" w:rsidP="00CF4B69"/>
        </w:tc>
        <w:tc>
          <w:tcPr>
            <w:tcW w:w="2880" w:type="dxa"/>
          </w:tcPr>
          <w:p w14:paraId="0846AC1E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[cheer] Recess! Yay! </w:t>
            </w:r>
          </w:p>
        </w:tc>
      </w:tr>
      <w:tr w:rsidR="00556EB1" w14:paraId="30D3A490" w14:textId="77777777" w:rsidTr="00CF4B69">
        <w:tc>
          <w:tcPr>
            <w:tcW w:w="2880" w:type="dxa"/>
          </w:tcPr>
          <w:p w14:paraId="7E818792" w14:textId="77777777" w:rsidR="00556EB1" w:rsidRDefault="00556EB1" w:rsidP="00CF4B69">
            <w:r>
              <w:t>01:19:07:09</w:t>
            </w:r>
          </w:p>
        </w:tc>
        <w:tc>
          <w:tcPr>
            <w:tcW w:w="2880" w:type="dxa"/>
          </w:tcPr>
          <w:p w14:paraId="4A3AD9BC" w14:textId="77777777" w:rsidR="00556EB1" w:rsidRDefault="00556EB1" w:rsidP="00CF4B69"/>
        </w:tc>
        <w:tc>
          <w:tcPr>
            <w:tcW w:w="2880" w:type="dxa"/>
          </w:tcPr>
          <w:p w14:paraId="4EBFD823" w14:textId="77777777" w:rsidR="00556EB1" w:rsidRDefault="00556EB1" w:rsidP="00CF4B69">
            <w:r>
              <w:t xml:space="preserve">[ººº] </w:t>
            </w:r>
          </w:p>
        </w:tc>
      </w:tr>
      <w:tr w:rsidR="00556EB1" w14:paraId="2EB71427" w14:textId="77777777" w:rsidTr="00CF4B69">
        <w:tc>
          <w:tcPr>
            <w:tcW w:w="2880" w:type="dxa"/>
          </w:tcPr>
          <w:p w14:paraId="425CE6BA" w14:textId="77777777" w:rsidR="00556EB1" w:rsidRDefault="00556EB1" w:rsidP="00CF4B69">
            <w:r>
              <w:lastRenderedPageBreak/>
              <w:t>01:19:12:20</w:t>
            </w:r>
          </w:p>
        </w:tc>
        <w:tc>
          <w:tcPr>
            <w:tcW w:w="2880" w:type="dxa"/>
          </w:tcPr>
          <w:p w14:paraId="010C532D" w14:textId="77777777" w:rsidR="00556EB1" w:rsidRDefault="00556EB1" w:rsidP="00CF4B69"/>
        </w:tc>
        <w:tc>
          <w:tcPr>
            <w:tcW w:w="2880" w:type="dxa"/>
          </w:tcPr>
          <w:p w14:paraId="50DFA48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Ooh, let's try that tree! </w:t>
            </w:r>
          </w:p>
        </w:tc>
      </w:tr>
      <w:tr w:rsidR="00556EB1" w14:paraId="79EE18C5" w14:textId="77777777" w:rsidTr="00CF4B69">
        <w:tc>
          <w:tcPr>
            <w:tcW w:w="2880" w:type="dxa"/>
          </w:tcPr>
          <w:p w14:paraId="408CE3F3" w14:textId="77777777" w:rsidR="00556EB1" w:rsidRDefault="00556EB1" w:rsidP="00CF4B69">
            <w:r>
              <w:t>01:19:15:05</w:t>
            </w:r>
          </w:p>
        </w:tc>
        <w:tc>
          <w:tcPr>
            <w:tcW w:w="2880" w:type="dxa"/>
          </w:tcPr>
          <w:p w14:paraId="7811BB90" w14:textId="77777777" w:rsidR="00556EB1" w:rsidRDefault="00556EB1" w:rsidP="00CF4B69"/>
        </w:tc>
        <w:tc>
          <w:tcPr>
            <w:tcW w:w="2880" w:type="dxa"/>
          </w:tcPr>
          <w:p w14:paraId="5B557ECB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  <w:tr w:rsidR="00556EB1" w14:paraId="2B3602E3" w14:textId="77777777" w:rsidTr="00CF4B69">
        <w:tc>
          <w:tcPr>
            <w:tcW w:w="2880" w:type="dxa"/>
          </w:tcPr>
          <w:p w14:paraId="3E393467" w14:textId="77777777" w:rsidR="00556EB1" w:rsidRDefault="00556EB1" w:rsidP="00CF4B69">
            <w:r>
              <w:t>01:19:18:12</w:t>
            </w:r>
          </w:p>
        </w:tc>
        <w:tc>
          <w:tcPr>
            <w:tcW w:w="2880" w:type="dxa"/>
          </w:tcPr>
          <w:p w14:paraId="339C308E" w14:textId="77777777" w:rsidR="00556EB1" w:rsidRDefault="00556EB1" w:rsidP="00CF4B69"/>
        </w:tc>
        <w:tc>
          <w:tcPr>
            <w:tcW w:w="2880" w:type="dxa"/>
          </w:tcPr>
          <w:p w14:paraId="09FF88F6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Tree... no. </w:t>
            </w:r>
          </w:p>
        </w:tc>
      </w:tr>
      <w:tr w:rsidR="00556EB1" w14:paraId="5DB41A7C" w14:textId="77777777" w:rsidTr="00CF4B69">
        <w:tc>
          <w:tcPr>
            <w:tcW w:w="2880" w:type="dxa"/>
          </w:tcPr>
          <w:p w14:paraId="521976CF" w14:textId="77777777" w:rsidR="00556EB1" w:rsidRDefault="00556EB1" w:rsidP="00CF4B69">
            <w:r>
              <w:t>01:19:21:14</w:t>
            </w:r>
          </w:p>
        </w:tc>
        <w:tc>
          <w:tcPr>
            <w:tcW w:w="2880" w:type="dxa"/>
          </w:tcPr>
          <w:p w14:paraId="35EFD3D1" w14:textId="77777777" w:rsidR="00556EB1" w:rsidRDefault="00556EB1" w:rsidP="00CF4B69"/>
        </w:tc>
        <w:tc>
          <w:tcPr>
            <w:tcW w:w="2880" w:type="dxa"/>
          </w:tcPr>
          <w:p w14:paraId="4C9DD2FD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Hmmm.... </w:t>
            </w:r>
          </w:p>
        </w:tc>
      </w:tr>
      <w:tr w:rsidR="00556EB1" w14:paraId="10AACD2E" w14:textId="77777777" w:rsidTr="00CF4B69">
        <w:tc>
          <w:tcPr>
            <w:tcW w:w="2880" w:type="dxa"/>
          </w:tcPr>
          <w:p w14:paraId="6168FA6F" w14:textId="77777777" w:rsidR="00556EB1" w:rsidRDefault="00556EB1" w:rsidP="00CF4B69">
            <w:r>
              <w:t>01:19:23:05</w:t>
            </w:r>
          </w:p>
        </w:tc>
        <w:tc>
          <w:tcPr>
            <w:tcW w:w="2880" w:type="dxa"/>
          </w:tcPr>
          <w:p w14:paraId="135C6A0A" w14:textId="77777777" w:rsidR="00556EB1" w:rsidRDefault="00556EB1" w:rsidP="00CF4B69"/>
        </w:tc>
        <w:tc>
          <w:tcPr>
            <w:tcW w:w="2880" w:type="dxa"/>
          </w:tcPr>
          <w:p w14:paraId="5B5CC2D2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We need more observations! </w:t>
            </w:r>
          </w:p>
        </w:tc>
      </w:tr>
      <w:tr w:rsidR="00556EB1" w14:paraId="7D5203F4" w14:textId="77777777" w:rsidTr="00CF4B69">
        <w:tc>
          <w:tcPr>
            <w:tcW w:w="2880" w:type="dxa"/>
          </w:tcPr>
          <w:p w14:paraId="038E1DDB" w14:textId="77777777" w:rsidR="00556EB1" w:rsidRDefault="00556EB1" w:rsidP="00CF4B69">
            <w:r>
              <w:t>01:19:26:14</w:t>
            </w:r>
          </w:p>
        </w:tc>
        <w:tc>
          <w:tcPr>
            <w:tcW w:w="2880" w:type="dxa"/>
          </w:tcPr>
          <w:p w14:paraId="7E1BFA40" w14:textId="77777777" w:rsidR="00556EB1" w:rsidRDefault="00556EB1" w:rsidP="00CF4B69"/>
        </w:tc>
        <w:tc>
          <w:tcPr>
            <w:tcW w:w="2880" w:type="dxa"/>
          </w:tcPr>
          <w:p w14:paraId="125C6316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Let's go! </w:t>
            </w:r>
          </w:p>
        </w:tc>
      </w:tr>
      <w:tr w:rsidR="00556EB1" w14:paraId="3B0D10DF" w14:textId="77777777" w:rsidTr="00CF4B69">
        <w:tc>
          <w:tcPr>
            <w:tcW w:w="2880" w:type="dxa"/>
          </w:tcPr>
          <w:p w14:paraId="4E6E93FD" w14:textId="77777777" w:rsidR="00556EB1" w:rsidRDefault="00556EB1" w:rsidP="00CF4B69">
            <w:r>
              <w:t>01:19:28:12</w:t>
            </w:r>
          </w:p>
        </w:tc>
        <w:tc>
          <w:tcPr>
            <w:tcW w:w="2880" w:type="dxa"/>
          </w:tcPr>
          <w:p w14:paraId="03301D91" w14:textId="77777777" w:rsidR="00556EB1" w:rsidRDefault="00556EB1" w:rsidP="00CF4B69"/>
        </w:tc>
        <w:tc>
          <w:tcPr>
            <w:tcW w:w="2880" w:type="dxa"/>
          </w:tcPr>
          <w:p w14:paraId="67EAF02E" w14:textId="77777777" w:rsidR="00556EB1" w:rsidRDefault="00556EB1" w:rsidP="00CF4B69">
            <w:r>
              <w:rPr>
                <w:b/>
              </w:rPr>
              <w:t xml:space="preserve">ALL: </w:t>
            </w:r>
            <w:r>
              <w:t xml:space="preserve">[singing] º We want to solve the mystery, º </w:t>
            </w:r>
          </w:p>
        </w:tc>
      </w:tr>
      <w:tr w:rsidR="00556EB1" w14:paraId="2A4907CE" w14:textId="77777777" w:rsidTr="00CF4B69">
        <w:tc>
          <w:tcPr>
            <w:tcW w:w="2880" w:type="dxa"/>
          </w:tcPr>
          <w:p w14:paraId="7F4D04AA" w14:textId="77777777" w:rsidR="00556EB1" w:rsidRDefault="00556EB1" w:rsidP="00CF4B69">
            <w:r>
              <w:t>01:19:34:23</w:t>
            </w:r>
          </w:p>
        </w:tc>
        <w:tc>
          <w:tcPr>
            <w:tcW w:w="2880" w:type="dxa"/>
          </w:tcPr>
          <w:p w14:paraId="48B8DCCD" w14:textId="77777777" w:rsidR="00556EB1" w:rsidRDefault="00556EB1" w:rsidP="00CF4B69"/>
        </w:tc>
        <w:tc>
          <w:tcPr>
            <w:tcW w:w="2880" w:type="dxa"/>
          </w:tcPr>
          <w:p w14:paraId="76FB85CD" w14:textId="77777777" w:rsidR="00556EB1" w:rsidRDefault="00556EB1" w:rsidP="00CF4B69">
            <w:r>
              <w:t xml:space="preserve">º of how this sticks so stickily. º </w:t>
            </w:r>
          </w:p>
        </w:tc>
      </w:tr>
      <w:tr w:rsidR="00556EB1" w14:paraId="2DDD681E" w14:textId="77777777" w:rsidTr="00CF4B69">
        <w:tc>
          <w:tcPr>
            <w:tcW w:w="2880" w:type="dxa"/>
          </w:tcPr>
          <w:p w14:paraId="4EBD26E7" w14:textId="77777777" w:rsidR="00556EB1" w:rsidRDefault="00556EB1" w:rsidP="00CF4B69">
            <w:r>
              <w:t>01:19:41:05</w:t>
            </w:r>
          </w:p>
        </w:tc>
        <w:tc>
          <w:tcPr>
            <w:tcW w:w="2880" w:type="dxa"/>
          </w:tcPr>
          <w:p w14:paraId="498A472E" w14:textId="77777777" w:rsidR="00556EB1" w:rsidRDefault="00556EB1" w:rsidP="00CF4B69"/>
        </w:tc>
        <w:tc>
          <w:tcPr>
            <w:tcW w:w="2880" w:type="dxa"/>
          </w:tcPr>
          <w:p w14:paraId="58D992B1" w14:textId="77777777" w:rsidR="00556EB1" w:rsidRDefault="00556EB1" w:rsidP="00CF4B69">
            <w:r>
              <w:t xml:space="preserve">º We're going to try it </w:t>
            </w:r>
            <w:proofErr w:type="gramStart"/>
            <w:r>
              <w:t>here..</w:t>
            </w:r>
            <w:proofErr w:type="gramEnd"/>
            <w:r>
              <w:t xml:space="preserve"> º </w:t>
            </w:r>
          </w:p>
        </w:tc>
      </w:tr>
      <w:tr w:rsidR="00556EB1" w14:paraId="2B55BB21" w14:textId="77777777" w:rsidTr="00CF4B69">
        <w:tc>
          <w:tcPr>
            <w:tcW w:w="2880" w:type="dxa"/>
          </w:tcPr>
          <w:p w14:paraId="21F01C3E" w14:textId="77777777" w:rsidR="00556EB1" w:rsidRDefault="00556EB1" w:rsidP="00CF4B69">
            <w:r>
              <w:t>01:19:44:01</w:t>
            </w:r>
          </w:p>
        </w:tc>
        <w:tc>
          <w:tcPr>
            <w:tcW w:w="2880" w:type="dxa"/>
          </w:tcPr>
          <w:p w14:paraId="13784C18" w14:textId="77777777" w:rsidR="00556EB1" w:rsidRDefault="00556EB1" w:rsidP="00CF4B69"/>
        </w:tc>
        <w:tc>
          <w:tcPr>
            <w:tcW w:w="2880" w:type="dxa"/>
          </w:tcPr>
          <w:p w14:paraId="090BF8D5" w14:textId="77777777" w:rsidR="00556EB1" w:rsidRDefault="00556EB1" w:rsidP="00CF4B69">
            <w:r>
              <w:t xml:space="preserve">º And </w:t>
            </w:r>
            <w:proofErr w:type="gramStart"/>
            <w:r>
              <w:t>there..</w:t>
            </w:r>
            <w:proofErr w:type="gramEnd"/>
            <w:r>
              <w:t xml:space="preserve"> º </w:t>
            </w:r>
          </w:p>
        </w:tc>
      </w:tr>
      <w:tr w:rsidR="00556EB1" w14:paraId="4890A886" w14:textId="77777777" w:rsidTr="00CF4B69">
        <w:tc>
          <w:tcPr>
            <w:tcW w:w="2880" w:type="dxa"/>
          </w:tcPr>
          <w:p w14:paraId="12F899DD" w14:textId="77777777" w:rsidR="00556EB1" w:rsidRDefault="00556EB1" w:rsidP="00CF4B69">
            <w:r>
              <w:t>01:19:45:27</w:t>
            </w:r>
          </w:p>
        </w:tc>
        <w:tc>
          <w:tcPr>
            <w:tcW w:w="2880" w:type="dxa"/>
          </w:tcPr>
          <w:p w14:paraId="66336197" w14:textId="77777777" w:rsidR="00556EB1" w:rsidRDefault="00556EB1" w:rsidP="00CF4B69"/>
        </w:tc>
        <w:tc>
          <w:tcPr>
            <w:tcW w:w="2880" w:type="dxa"/>
          </w:tcPr>
          <w:p w14:paraId="5C33C16F" w14:textId="77777777" w:rsidR="00556EB1" w:rsidRDefault="00556EB1" w:rsidP="00CF4B69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everywhere! º </w:t>
            </w:r>
          </w:p>
        </w:tc>
      </w:tr>
      <w:tr w:rsidR="00556EB1" w14:paraId="05137674" w14:textId="77777777" w:rsidTr="00CF4B69">
        <w:tc>
          <w:tcPr>
            <w:tcW w:w="2880" w:type="dxa"/>
          </w:tcPr>
          <w:p w14:paraId="709DF76A" w14:textId="77777777" w:rsidR="00556EB1" w:rsidRDefault="00556EB1" w:rsidP="00CF4B69">
            <w:r>
              <w:t>01:19:49:07</w:t>
            </w:r>
          </w:p>
        </w:tc>
        <w:tc>
          <w:tcPr>
            <w:tcW w:w="2880" w:type="dxa"/>
          </w:tcPr>
          <w:p w14:paraId="77299C6F" w14:textId="77777777" w:rsidR="00556EB1" w:rsidRDefault="00556EB1" w:rsidP="00CF4B69"/>
        </w:tc>
        <w:tc>
          <w:tcPr>
            <w:tcW w:w="2880" w:type="dxa"/>
          </w:tcPr>
          <w:p w14:paraId="12634324" w14:textId="77777777" w:rsidR="00556EB1" w:rsidRDefault="00556EB1" w:rsidP="00CF4B69">
            <w:r>
              <w:t xml:space="preserve">º When I have a question I don't know, º </w:t>
            </w:r>
          </w:p>
        </w:tc>
      </w:tr>
      <w:tr w:rsidR="00556EB1" w14:paraId="01A1E994" w14:textId="77777777" w:rsidTr="00CF4B69">
        <w:tc>
          <w:tcPr>
            <w:tcW w:w="2880" w:type="dxa"/>
          </w:tcPr>
          <w:p w14:paraId="56B3E05C" w14:textId="77777777" w:rsidR="00556EB1" w:rsidRDefault="00556EB1" w:rsidP="00CF4B69">
            <w:r>
              <w:t>01:19:52:16</w:t>
            </w:r>
          </w:p>
        </w:tc>
        <w:tc>
          <w:tcPr>
            <w:tcW w:w="2880" w:type="dxa"/>
          </w:tcPr>
          <w:p w14:paraId="4DB3074E" w14:textId="77777777" w:rsidR="00556EB1" w:rsidRDefault="00556EB1" w:rsidP="00CF4B69"/>
        </w:tc>
        <w:tc>
          <w:tcPr>
            <w:tcW w:w="2880" w:type="dxa"/>
          </w:tcPr>
          <w:p w14:paraId="682C2C07" w14:textId="77777777" w:rsidR="00556EB1" w:rsidRDefault="00556EB1" w:rsidP="00CF4B69">
            <w:r>
              <w:t xml:space="preserve">[birds chirping tune] </w:t>
            </w:r>
          </w:p>
        </w:tc>
      </w:tr>
      <w:tr w:rsidR="00556EB1" w14:paraId="42DC1E58" w14:textId="77777777" w:rsidTr="00CF4B69">
        <w:tc>
          <w:tcPr>
            <w:tcW w:w="2880" w:type="dxa"/>
          </w:tcPr>
          <w:p w14:paraId="3B8A8EDC" w14:textId="77777777" w:rsidR="00556EB1" w:rsidRDefault="00556EB1" w:rsidP="00CF4B69">
            <w:r>
              <w:t>01:19:55:11</w:t>
            </w:r>
          </w:p>
        </w:tc>
        <w:tc>
          <w:tcPr>
            <w:tcW w:w="2880" w:type="dxa"/>
          </w:tcPr>
          <w:p w14:paraId="4D975B53" w14:textId="77777777" w:rsidR="00556EB1" w:rsidRDefault="00556EB1" w:rsidP="00CF4B69"/>
        </w:tc>
        <w:tc>
          <w:tcPr>
            <w:tcW w:w="2880" w:type="dxa"/>
          </w:tcPr>
          <w:p w14:paraId="42975672" w14:textId="77777777" w:rsidR="00556EB1" w:rsidRDefault="00556EB1" w:rsidP="00CF4B69">
            <w:r>
              <w:t xml:space="preserve">º I look for answers high and low º </w:t>
            </w:r>
          </w:p>
        </w:tc>
      </w:tr>
      <w:tr w:rsidR="00556EB1" w14:paraId="05E2FD57" w14:textId="77777777" w:rsidTr="00CF4B69">
        <w:tc>
          <w:tcPr>
            <w:tcW w:w="2880" w:type="dxa"/>
          </w:tcPr>
          <w:p w14:paraId="1184E206" w14:textId="77777777" w:rsidR="00556EB1" w:rsidRDefault="00556EB1" w:rsidP="00CF4B69">
            <w:r>
              <w:t>01:20:01:15</w:t>
            </w:r>
          </w:p>
        </w:tc>
        <w:tc>
          <w:tcPr>
            <w:tcW w:w="2880" w:type="dxa"/>
          </w:tcPr>
          <w:p w14:paraId="31DFC1AB" w14:textId="77777777" w:rsidR="00556EB1" w:rsidRDefault="00556EB1" w:rsidP="00CF4B69"/>
        </w:tc>
        <w:tc>
          <w:tcPr>
            <w:tcW w:w="2880" w:type="dxa"/>
          </w:tcPr>
          <w:p w14:paraId="70158D84" w14:textId="77777777" w:rsidR="00556EB1" w:rsidRDefault="00556EB1" w:rsidP="00CF4B69">
            <w:r>
              <w:t xml:space="preserve">º We're going to try the </w:t>
            </w:r>
            <w:proofErr w:type="gramStart"/>
            <w:r>
              <w:t>rocks..</w:t>
            </w:r>
            <w:proofErr w:type="gramEnd"/>
            <w:r>
              <w:t xml:space="preserve"> º </w:t>
            </w:r>
          </w:p>
        </w:tc>
      </w:tr>
      <w:tr w:rsidR="00556EB1" w14:paraId="6B1A3046" w14:textId="77777777" w:rsidTr="00CF4B69">
        <w:tc>
          <w:tcPr>
            <w:tcW w:w="2880" w:type="dxa"/>
          </w:tcPr>
          <w:p w14:paraId="701D93CC" w14:textId="77777777" w:rsidR="00556EB1" w:rsidRDefault="00556EB1" w:rsidP="00CF4B69">
            <w:r>
              <w:t>01:20:04:19</w:t>
            </w:r>
          </w:p>
        </w:tc>
        <w:tc>
          <w:tcPr>
            <w:tcW w:w="2880" w:type="dxa"/>
          </w:tcPr>
          <w:p w14:paraId="39BBE4DB" w14:textId="77777777" w:rsidR="00556EB1" w:rsidRDefault="00556EB1" w:rsidP="00CF4B69"/>
        </w:tc>
        <w:tc>
          <w:tcPr>
            <w:tcW w:w="2880" w:type="dxa"/>
          </w:tcPr>
          <w:p w14:paraId="78478730" w14:textId="77777777" w:rsidR="00556EB1" w:rsidRDefault="00556EB1" w:rsidP="00CF4B69">
            <w:r>
              <w:t xml:space="preserve">º This log... º </w:t>
            </w:r>
          </w:p>
        </w:tc>
      </w:tr>
      <w:tr w:rsidR="00556EB1" w14:paraId="14DA0701" w14:textId="77777777" w:rsidTr="00CF4B69">
        <w:tc>
          <w:tcPr>
            <w:tcW w:w="2880" w:type="dxa"/>
          </w:tcPr>
          <w:p w14:paraId="66BAE6BD" w14:textId="77777777" w:rsidR="00556EB1" w:rsidRDefault="00556EB1" w:rsidP="00CF4B69">
            <w:r>
              <w:t>01:20:06:12</w:t>
            </w:r>
          </w:p>
        </w:tc>
        <w:tc>
          <w:tcPr>
            <w:tcW w:w="2880" w:type="dxa"/>
          </w:tcPr>
          <w:p w14:paraId="2B32BD7F" w14:textId="77777777" w:rsidR="00556EB1" w:rsidRDefault="00556EB1" w:rsidP="00CF4B69"/>
        </w:tc>
        <w:tc>
          <w:tcPr>
            <w:tcW w:w="2880" w:type="dxa"/>
          </w:tcPr>
          <w:p w14:paraId="549C8CFF" w14:textId="77777777" w:rsidR="00556EB1" w:rsidRDefault="00556EB1" w:rsidP="00CF4B69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even this frog! º </w:t>
            </w:r>
          </w:p>
        </w:tc>
      </w:tr>
      <w:tr w:rsidR="00556EB1" w14:paraId="3B0D44ED" w14:textId="77777777" w:rsidTr="00CF4B69">
        <w:tc>
          <w:tcPr>
            <w:tcW w:w="2880" w:type="dxa"/>
          </w:tcPr>
          <w:p w14:paraId="0B4B6837" w14:textId="77777777" w:rsidR="00556EB1" w:rsidRDefault="00556EB1" w:rsidP="00CF4B69">
            <w:r>
              <w:t>01:20:09:24</w:t>
            </w:r>
          </w:p>
        </w:tc>
        <w:tc>
          <w:tcPr>
            <w:tcW w:w="2880" w:type="dxa"/>
          </w:tcPr>
          <w:p w14:paraId="66E9B7F5" w14:textId="77777777" w:rsidR="00556EB1" w:rsidRDefault="00556EB1" w:rsidP="00CF4B69"/>
        </w:tc>
        <w:tc>
          <w:tcPr>
            <w:tcW w:w="2880" w:type="dxa"/>
          </w:tcPr>
          <w:p w14:paraId="2F4311C3" w14:textId="77777777" w:rsidR="00556EB1" w:rsidRDefault="00556EB1" w:rsidP="00CF4B69">
            <w:r>
              <w:t xml:space="preserve">º </w:t>
            </w:r>
            <w:proofErr w:type="gramStart"/>
            <w:r>
              <w:t>Into</w:t>
            </w:r>
            <w:proofErr w:type="gramEnd"/>
            <w:r>
              <w:t xml:space="preserve"> the woods and under the trees, º </w:t>
            </w:r>
          </w:p>
        </w:tc>
      </w:tr>
      <w:tr w:rsidR="00556EB1" w14:paraId="177F3196" w14:textId="77777777" w:rsidTr="00CF4B69">
        <w:tc>
          <w:tcPr>
            <w:tcW w:w="2880" w:type="dxa"/>
          </w:tcPr>
          <w:p w14:paraId="0719FED5" w14:textId="77777777" w:rsidR="00556EB1" w:rsidRDefault="00556EB1" w:rsidP="00CF4B69">
            <w:r>
              <w:t>01:20:12:16</w:t>
            </w:r>
          </w:p>
        </w:tc>
        <w:tc>
          <w:tcPr>
            <w:tcW w:w="2880" w:type="dxa"/>
          </w:tcPr>
          <w:p w14:paraId="0B51F6D7" w14:textId="77777777" w:rsidR="00556EB1" w:rsidRDefault="00556EB1" w:rsidP="00CF4B69"/>
        </w:tc>
        <w:tc>
          <w:tcPr>
            <w:tcW w:w="2880" w:type="dxa"/>
          </w:tcPr>
          <w:p w14:paraId="62775831" w14:textId="77777777" w:rsidR="00556EB1" w:rsidRDefault="00556EB1" w:rsidP="00CF4B69">
            <w:r>
              <w:t xml:space="preserve">º We follow our curiosity!! º </w:t>
            </w:r>
          </w:p>
        </w:tc>
      </w:tr>
      <w:tr w:rsidR="00556EB1" w14:paraId="1DFF76B4" w14:textId="77777777" w:rsidTr="00CF4B69">
        <w:tc>
          <w:tcPr>
            <w:tcW w:w="2880" w:type="dxa"/>
          </w:tcPr>
          <w:p w14:paraId="059DFC8C" w14:textId="77777777" w:rsidR="00556EB1" w:rsidRDefault="00556EB1" w:rsidP="00CF4B69">
            <w:r>
              <w:lastRenderedPageBreak/>
              <w:t>01:20:19:23</w:t>
            </w:r>
          </w:p>
        </w:tc>
        <w:tc>
          <w:tcPr>
            <w:tcW w:w="2880" w:type="dxa"/>
          </w:tcPr>
          <w:p w14:paraId="18EE2B0D" w14:textId="77777777" w:rsidR="00556EB1" w:rsidRDefault="00556EB1" w:rsidP="00CF4B69"/>
        </w:tc>
        <w:tc>
          <w:tcPr>
            <w:tcW w:w="2880" w:type="dxa"/>
          </w:tcPr>
          <w:p w14:paraId="03F6614D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Ok, the scratchy patch sticks to sweaters and rugs, </w:t>
            </w:r>
          </w:p>
        </w:tc>
      </w:tr>
      <w:tr w:rsidR="00556EB1" w14:paraId="6CA45B01" w14:textId="77777777" w:rsidTr="00CF4B69">
        <w:tc>
          <w:tcPr>
            <w:tcW w:w="2880" w:type="dxa"/>
          </w:tcPr>
          <w:p w14:paraId="6C79A5EA" w14:textId="77777777" w:rsidR="00556EB1" w:rsidRDefault="00556EB1" w:rsidP="00CF4B69">
            <w:r>
              <w:t>01:20:23:10</w:t>
            </w:r>
          </w:p>
        </w:tc>
        <w:tc>
          <w:tcPr>
            <w:tcW w:w="2880" w:type="dxa"/>
          </w:tcPr>
          <w:p w14:paraId="11DEE9A3" w14:textId="77777777" w:rsidR="00556EB1" w:rsidRDefault="00556EB1" w:rsidP="00CF4B69"/>
        </w:tc>
        <w:tc>
          <w:tcPr>
            <w:tcW w:w="2880" w:type="dxa"/>
          </w:tcPr>
          <w:p w14:paraId="2FB5CDC9" w14:textId="77777777" w:rsidR="00556EB1" w:rsidRDefault="00556EB1" w:rsidP="00CF4B69">
            <w:r>
              <w:t xml:space="preserve">but not anything else. </w:t>
            </w:r>
          </w:p>
        </w:tc>
      </w:tr>
      <w:tr w:rsidR="00556EB1" w14:paraId="4E8D7986" w14:textId="77777777" w:rsidTr="00CF4B69">
        <w:tc>
          <w:tcPr>
            <w:tcW w:w="2880" w:type="dxa"/>
          </w:tcPr>
          <w:p w14:paraId="78441E09" w14:textId="77777777" w:rsidR="00556EB1" w:rsidRDefault="00556EB1" w:rsidP="00CF4B69">
            <w:r>
              <w:t>01:20:25:20</w:t>
            </w:r>
          </w:p>
        </w:tc>
        <w:tc>
          <w:tcPr>
            <w:tcW w:w="2880" w:type="dxa"/>
          </w:tcPr>
          <w:p w14:paraId="68413607" w14:textId="77777777" w:rsidR="00556EB1" w:rsidRDefault="00556EB1" w:rsidP="00CF4B69"/>
        </w:tc>
        <w:tc>
          <w:tcPr>
            <w:tcW w:w="2880" w:type="dxa"/>
          </w:tcPr>
          <w:p w14:paraId="28C2A700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Hmm, I don't see how it works. </w:t>
            </w:r>
          </w:p>
        </w:tc>
      </w:tr>
      <w:tr w:rsidR="00556EB1" w14:paraId="77D13A81" w14:textId="77777777" w:rsidTr="00CF4B69">
        <w:tc>
          <w:tcPr>
            <w:tcW w:w="2880" w:type="dxa"/>
          </w:tcPr>
          <w:p w14:paraId="247BF14F" w14:textId="77777777" w:rsidR="00556EB1" w:rsidRDefault="00556EB1" w:rsidP="00CF4B69">
            <w:r>
              <w:t>01:20:28:05</w:t>
            </w:r>
          </w:p>
        </w:tc>
        <w:tc>
          <w:tcPr>
            <w:tcW w:w="2880" w:type="dxa"/>
          </w:tcPr>
          <w:p w14:paraId="41E51F31" w14:textId="77777777" w:rsidR="00556EB1" w:rsidRDefault="00556EB1" w:rsidP="00CF4B69"/>
        </w:tc>
        <w:tc>
          <w:tcPr>
            <w:tcW w:w="2880" w:type="dxa"/>
          </w:tcPr>
          <w:p w14:paraId="0DEA7D2F" w14:textId="77777777" w:rsidR="00556EB1" w:rsidRDefault="00556EB1" w:rsidP="00CF4B69">
            <w:r>
              <w:t xml:space="preserve">Do you guys? </w:t>
            </w:r>
          </w:p>
        </w:tc>
      </w:tr>
      <w:tr w:rsidR="00556EB1" w14:paraId="045A9610" w14:textId="77777777" w:rsidTr="00CF4B69">
        <w:tc>
          <w:tcPr>
            <w:tcW w:w="2880" w:type="dxa"/>
          </w:tcPr>
          <w:p w14:paraId="30BE5D2D" w14:textId="77777777" w:rsidR="00556EB1" w:rsidRDefault="00556EB1" w:rsidP="00CF4B69">
            <w:r>
              <w:t>01:20:29:07</w:t>
            </w:r>
          </w:p>
        </w:tc>
        <w:tc>
          <w:tcPr>
            <w:tcW w:w="2880" w:type="dxa"/>
          </w:tcPr>
          <w:p w14:paraId="120959FF" w14:textId="77777777" w:rsidR="00556EB1" w:rsidRDefault="00556EB1" w:rsidP="00CF4B69"/>
        </w:tc>
        <w:tc>
          <w:tcPr>
            <w:tcW w:w="2880" w:type="dxa"/>
          </w:tcPr>
          <w:p w14:paraId="0BCE4C87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Uh-uh </w:t>
            </w:r>
          </w:p>
        </w:tc>
      </w:tr>
      <w:tr w:rsidR="00556EB1" w14:paraId="23DC771B" w14:textId="77777777" w:rsidTr="00CF4B69">
        <w:tc>
          <w:tcPr>
            <w:tcW w:w="2880" w:type="dxa"/>
          </w:tcPr>
          <w:p w14:paraId="223B8E13" w14:textId="77777777" w:rsidR="00556EB1" w:rsidRDefault="00556EB1" w:rsidP="00CF4B69">
            <w:r>
              <w:t>01:20:30:07</w:t>
            </w:r>
          </w:p>
        </w:tc>
        <w:tc>
          <w:tcPr>
            <w:tcW w:w="2880" w:type="dxa"/>
          </w:tcPr>
          <w:p w14:paraId="61C63376" w14:textId="77777777" w:rsidR="00556EB1" w:rsidRDefault="00556EB1" w:rsidP="00CF4B69"/>
        </w:tc>
        <w:tc>
          <w:tcPr>
            <w:tcW w:w="2880" w:type="dxa"/>
          </w:tcPr>
          <w:p w14:paraId="0BB1176D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Nope. It's such a sticky mystery! </w:t>
            </w:r>
          </w:p>
        </w:tc>
      </w:tr>
      <w:tr w:rsidR="00556EB1" w14:paraId="7AFB56EE" w14:textId="77777777" w:rsidTr="00CF4B69">
        <w:tc>
          <w:tcPr>
            <w:tcW w:w="2880" w:type="dxa"/>
          </w:tcPr>
          <w:p w14:paraId="5BD21DB9" w14:textId="77777777" w:rsidR="00556EB1" w:rsidRDefault="00556EB1" w:rsidP="00CF4B69">
            <w:r>
              <w:t>01:20:33:18</w:t>
            </w:r>
          </w:p>
        </w:tc>
        <w:tc>
          <w:tcPr>
            <w:tcW w:w="2880" w:type="dxa"/>
          </w:tcPr>
          <w:p w14:paraId="26CB3706" w14:textId="77777777" w:rsidR="00556EB1" w:rsidRDefault="00556EB1" w:rsidP="00CF4B69"/>
        </w:tc>
        <w:tc>
          <w:tcPr>
            <w:tcW w:w="2880" w:type="dxa"/>
          </w:tcPr>
          <w:p w14:paraId="5D0A9B79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Ack! What's this? </w:t>
            </w:r>
            <w:proofErr w:type="spellStart"/>
            <w:r>
              <w:t>Yaaa</w:t>
            </w:r>
            <w:proofErr w:type="spellEnd"/>
            <w:r>
              <w:t xml:space="preserve">.... </w:t>
            </w:r>
          </w:p>
        </w:tc>
      </w:tr>
      <w:tr w:rsidR="00556EB1" w14:paraId="33DCBD2C" w14:textId="77777777" w:rsidTr="00CF4B69">
        <w:tc>
          <w:tcPr>
            <w:tcW w:w="2880" w:type="dxa"/>
          </w:tcPr>
          <w:p w14:paraId="1742F0D5" w14:textId="77777777" w:rsidR="00556EB1" w:rsidRDefault="00556EB1" w:rsidP="00CF4B69">
            <w:r>
              <w:t>01:20:36:22</w:t>
            </w:r>
          </w:p>
        </w:tc>
        <w:tc>
          <w:tcPr>
            <w:tcW w:w="2880" w:type="dxa"/>
          </w:tcPr>
          <w:p w14:paraId="7E1DE554" w14:textId="77777777" w:rsidR="00556EB1" w:rsidRDefault="00556EB1" w:rsidP="00CF4B69"/>
        </w:tc>
        <w:tc>
          <w:tcPr>
            <w:tcW w:w="2880" w:type="dxa"/>
          </w:tcPr>
          <w:p w14:paraId="5BF3D26E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These seeds won't come off! </w:t>
            </w:r>
          </w:p>
        </w:tc>
      </w:tr>
      <w:tr w:rsidR="00556EB1" w14:paraId="7A2808B4" w14:textId="77777777" w:rsidTr="00CF4B69">
        <w:tc>
          <w:tcPr>
            <w:tcW w:w="2880" w:type="dxa"/>
          </w:tcPr>
          <w:p w14:paraId="36521A73" w14:textId="77777777" w:rsidR="00556EB1" w:rsidRDefault="00556EB1" w:rsidP="00CF4B69">
            <w:r>
              <w:t>01:20:38:14</w:t>
            </w:r>
          </w:p>
        </w:tc>
        <w:tc>
          <w:tcPr>
            <w:tcW w:w="2880" w:type="dxa"/>
          </w:tcPr>
          <w:p w14:paraId="06CD82FA" w14:textId="77777777" w:rsidR="00556EB1" w:rsidRDefault="00556EB1" w:rsidP="00CF4B69"/>
        </w:tc>
        <w:tc>
          <w:tcPr>
            <w:tcW w:w="2880" w:type="dxa"/>
          </w:tcPr>
          <w:p w14:paraId="15265217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Oh... </w:t>
            </w:r>
            <w:r>
              <w:rPr>
                <w:b/>
              </w:rPr>
              <w:t xml:space="preserve">OLIVE: </w:t>
            </w:r>
            <w:r>
              <w:t xml:space="preserve">[laughs] </w:t>
            </w:r>
          </w:p>
        </w:tc>
      </w:tr>
      <w:tr w:rsidR="00556EB1" w14:paraId="3EB4D0C0" w14:textId="77777777" w:rsidTr="00CF4B69">
        <w:tc>
          <w:tcPr>
            <w:tcW w:w="2880" w:type="dxa"/>
          </w:tcPr>
          <w:p w14:paraId="6CE2E51D" w14:textId="77777777" w:rsidR="00556EB1" w:rsidRDefault="00556EB1" w:rsidP="00CF4B69">
            <w:r>
              <w:t>01:20:39:27</w:t>
            </w:r>
          </w:p>
        </w:tc>
        <w:tc>
          <w:tcPr>
            <w:tcW w:w="2880" w:type="dxa"/>
          </w:tcPr>
          <w:p w14:paraId="577C6FF6" w14:textId="77777777" w:rsidR="00556EB1" w:rsidRDefault="00556EB1" w:rsidP="00CF4B69"/>
        </w:tc>
        <w:tc>
          <w:tcPr>
            <w:tcW w:w="2880" w:type="dxa"/>
          </w:tcPr>
          <w:p w14:paraId="5BE015E5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[panting] </w:t>
            </w:r>
          </w:p>
        </w:tc>
      </w:tr>
      <w:tr w:rsidR="00556EB1" w14:paraId="769B1979" w14:textId="77777777" w:rsidTr="00CF4B69">
        <w:tc>
          <w:tcPr>
            <w:tcW w:w="2880" w:type="dxa"/>
          </w:tcPr>
          <w:p w14:paraId="39B9386E" w14:textId="77777777" w:rsidR="00556EB1" w:rsidRDefault="00556EB1" w:rsidP="00CF4B69">
            <w:r>
              <w:t>01:20:45:11</w:t>
            </w:r>
          </w:p>
        </w:tc>
        <w:tc>
          <w:tcPr>
            <w:tcW w:w="2880" w:type="dxa"/>
          </w:tcPr>
          <w:p w14:paraId="11B6B645" w14:textId="77777777" w:rsidR="00556EB1" w:rsidRDefault="00556EB1" w:rsidP="00CF4B69"/>
        </w:tc>
        <w:tc>
          <w:tcPr>
            <w:tcW w:w="2880" w:type="dxa"/>
          </w:tcPr>
          <w:p w14:paraId="297B3488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Oooohhh</w:t>
            </w:r>
            <w:proofErr w:type="spellEnd"/>
            <w:r>
              <w:t xml:space="preserve">... </w:t>
            </w:r>
          </w:p>
        </w:tc>
      </w:tr>
      <w:tr w:rsidR="00556EB1" w14:paraId="3DD0CC9C" w14:textId="77777777" w:rsidTr="00CF4B69">
        <w:tc>
          <w:tcPr>
            <w:tcW w:w="2880" w:type="dxa"/>
          </w:tcPr>
          <w:p w14:paraId="372D2F84" w14:textId="77777777" w:rsidR="00556EB1" w:rsidRDefault="00556EB1" w:rsidP="00CF4B69">
            <w:r>
              <w:t>01:20:46:18</w:t>
            </w:r>
          </w:p>
        </w:tc>
        <w:tc>
          <w:tcPr>
            <w:tcW w:w="2880" w:type="dxa"/>
          </w:tcPr>
          <w:p w14:paraId="5B84BED5" w14:textId="77777777" w:rsidR="00556EB1" w:rsidRDefault="00556EB1" w:rsidP="00CF4B69"/>
        </w:tc>
        <w:tc>
          <w:tcPr>
            <w:tcW w:w="2880" w:type="dxa"/>
          </w:tcPr>
          <w:p w14:paraId="0E99D017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Phew! Thanks! </w:t>
            </w:r>
          </w:p>
        </w:tc>
      </w:tr>
      <w:tr w:rsidR="00556EB1" w14:paraId="0D0134C5" w14:textId="77777777" w:rsidTr="00CF4B69">
        <w:tc>
          <w:tcPr>
            <w:tcW w:w="2880" w:type="dxa"/>
          </w:tcPr>
          <w:p w14:paraId="0E4656BD" w14:textId="77777777" w:rsidR="00556EB1" w:rsidRDefault="00556EB1" w:rsidP="00CF4B69">
            <w:r>
              <w:t>01:20:48:20</w:t>
            </w:r>
          </w:p>
        </w:tc>
        <w:tc>
          <w:tcPr>
            <w:tcW w:w="2880" w:type="dxa"/>
          </w:tcPr>
          <w:p w14:paraId="3B7A50E0" w14:textId="77777777" w:rsidR="00556EB1" w:rsidRDefault="00556EB1" w:rsidP="00CF4B69"/>
        </w:tc>
        <w:tc>
          <w:tcPr>
            <w:tcW w:w="2880" w:type="dxa"/>
          </w:tcPr>
          <w:p w14:paraId="5E7D6E66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556EB1" w14:paraId="5816D0EC" w14:textId="77777777" w:rsidTr="00CF4B69">
        <w:tc>
          <w:tcPr>
            <w:tcW w:w="2880" w:type="dxa"/>
          </w:tcPr>
          <w:p w14:paraId="02522AC2" w14:textId="77777777" w:rsidR="00556EB1" w:rsidRDefault="00556EB1" w:rsidP="00CF4B69">
            <w:r>
              <w:t>01:20:50:26</w:t>
            </w:r>
          </w:p>
        </w:tc>
        <w:tc>
          <w:tcPr>
            <w:tcW w:w="2880" w:type="dxa"/>
          </w:tcPr>
          <w:p w14:paraId="253F0901" w14:textId="77777777" w:rsidR="00556EB1" w:rsidRDefault="00556EB1" w:rsidP="00CF4B69"/>
        </w:tc>
        <w:tc>
          <w:tcPr>
            <w:tcW w:w="2880" w:type="dxa"/>
          </w:tcPr>
          <w:p w14:paraId="7E492B80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Look, this seed sticks to Ari's sweater... </w:t>
            </w:r>
          </w:p>
        </w:tc>
      </w:tr>
      <w:tr w:rsidR="00556EB1" w14:paraId="4BD837AA" w14:textId="77777777" w:rsidTr="00CF4B69">
        <w:tc>
          <w:tcPr>
            <w:tcW w:w="2880" w:type="dxa"/>
          </w:tcPr>
          <w:p w14:paraId="7E59DEA6" w14:textId="77777777" w:rsidR="00556EB1" w:rsidRDefault="00556EB1" w:rsidP="00CF4B69">
            <w:r>
              <w:t>01:20:54:00</w:t>
            </w:r>
          </w:p>
        </w:tc>
        <w:tc>
          <w:tcPr>
            <w:tcW w:w="2880" w:type="dxa"/>
          </w:tcPr>
          <w:p w14:paraId="58BF7C3E" w14:textId="77777777" w:rsidR="00556EB1" w:rsidRDefault="00556EB1" w:rsidP="00CF4B69"/>
        </w:tc>
        <w:tc>
          <w:tcPr>
            <w:tcW w:w="2880" w:type="dxa"/>
          </w:tcPr>
          <w:p w14:paraId="450E2CC4" w14:textId="77777777" w:rsidR="00556EB1" w:rsidRDefault="00556EB1" w:rsidP="00CF4B69">
            <w:r>
              <w:t xml:space="preserve">just like the scratchy patch! </w:t>
            </w:r>
          </w:p>
        </w:tc>
      </w:tr>
      <w:tr w:rsidR="00556EB1" w14:paraId="200C7B98" w14:textId="77777777" w:rsidTr="00CF4B69">
        <w:tc>
          <w:tcPr>
            <w:tcW w:w="2880" w:type="dxa"/>
          </w:tcPr>
          <w:p w14:paraId="40DC5424" w14:textId="77777777" w:rsidR="00556EB1" w:rsidRDefault="00556EB1" w:rsidP="00CF4B69">
            <w:r>
              <w:t>01:20:55:16</w:t>
            </w:r>
          </w:p>
        </w:tc>
        <w:tc>
          <w:tcPr>
            <w:tcW w:w="2880" w:type="dxa"/>
          </w:tcPr>
          <w:p w14:paraId="5F94CBAF" w14:textId="77777777" w:rsidR="00556EB1" w:rsidRDefault="00556EB1" w:rsidP="00CF4B69"/>
        </w:tc>
        <w:tc>
          <w:tcPr>
            <w:tcW w:w="2880" w:type="dxa"/>
          </w:tcPr>
          <w:p w14:paraId="6A56D3E9" w14:textId="77777777" w:rsidR="00556EB1" w:rsidRDefault="00556EB1" w:rsidP="00CF4B69">
            <w:r>
              <w:t xml:space="preserve">It even makes the same sound! </w:t>
            </w:r>
          </w:p>
        </w:tc>
      </w:tr>
      <w:tr w:rsidR="00556EB1" w14:paraId="284BD345" w14:textId="77777777" w:rsidTr="00CF4B69">
        <w:tc>
          <w:tcPr>
            <w:tcW w:w="2880" w:type="dxa"/>
          </w:tcPr>
          <w:p w14:paraId="19EE49EB" w14:textId="77777777" w:rsidR="00556EB1" w:rsidRDefault="00556EB1" w:rsidP="00CF4B69">
            <w:r>
              <w:t>01:20:58:03</w:t>
            </w:r>
          </w:p>
        </w:tc>
        <w:tc>
          <w:tcPr>
            <w:tcW w:w="2880" w:type="dxa"/>
          </w:tcPr>
          <w:p w14:paraId="65966BB9" w14:textId="77777777" w:rsidR="00556EB1" w:rsidRDefault="00556EB1" w:rsidP="00CF4B69"/>
        </w:tc>
        <w:tc>
          <w:tcPr>
            <w:tcW w:w="2880" w:type="dxa"/>
          </w:tcPr>
          <w:p w14:paraId="56AF909E" w14:textId="77777777" w:rsidR="00556EB1" w:rsidRDefault="00556EB1" w:rsidP="00CF4B69">
            <w:r>
              <w:t xml:space="preserve">I wonder... </w:t>
            </w:r>
          </w:p>
        </w:tc>
      </w:tr>
      <w:tr w:rsidR="00556EB1" w14:paraId="68ABFBF1" w14:textId="77777777" w:rsidTr="00CF4B69">
        <w:tc>
          <w:tcPr>
            <w:tcW w:w="2880" w:type="dxa"/>
          </w:tcPr>
          <w:p w14:paraId="7FF4B7AF" w14:textId="77777777" w:rsidR="00556EB1" w:rsidRDefault="00556EB1" w:rsidP="00CF4B69">
            <w:r>
              <w:t>01:21:00:05</w:t>
            </w:r>
          </w:p>
        </w:tc>
        <w:tc>
          <w:tcPr>
            <w:tcW w:w="2880" w:type="dxa"/>
          </w:tcPr>
          <w:p w14:paraId="6A37A890" w14:textId="77777777" w:rsidR="00556EB1" w:rsidRDefault="00556EB1" w:rsidP="00CF4B69"/>
        </w:tc>
        <w:tc>
          <w:tcPr>
            <w:tcW w:w="2880" w:type="dxa"/>
          </w:tcPr>
          <w:p w14:paraId="744A7D0B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Whoa... </w:t>
            </w:r>
          </w:p>
        </w:tc>
      </w:tr>
      <w:tr w:rsidR="00556EB1" w14:paraId="75EAA6E8" w14:textId="77777777" w:rsidTr="00CF4B69">
        <w:tc>
          <w:tcPr>
            <w:tcW w:w="2880" w:type="dxa"/>
          </w:tcPr>
          <w:p w14:paraId="28ED2A96" w14:textId="77777777" w:rsidR="00556EB1" w:rsidRDefault="00556EB1" w:rsidP="00CF4B69">
            <w:r>
              <w:t>01:21:01:05</w:t>
            </w:r>
          </w:p>
        </w:tc>
        <w:tc>
          <w:tcPr>
            <w:tcW w:w="2880" w:type="dxa"/>
          </w:tcPr>
          <w:p w14:paraId="2D8794C2" w14:textId="77777777" w:rsidR="00556EB1" w:rsidRDefault="00556EB1" w:rsidP="00CF4B69"/>
        </w:tc>
        <w:tc>
          <w:tcPr>
            <w:tcW w:w="2880" w:type="dxa"/>
          </w:tcPr>
          <w:p w14:paraId="4562AF44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The seed also sticks to the fuzzy part of the strap! </w:t>
            </w:r>
          </w:p>
        </w:tc>
      </w:tr>
      <w:tr w:rsidR="00556EB1" w14:paraId="73F16D31" w14:textId="77777777" w:rsidTr="00CF4B69">
        <w:tc>
          <w:tcPr>
            <w:tcW w:w="2880" w:type="dxa"/>
          </w:tcPr>
          <w:p w14:paraId="4611FF01" w14:textId="77777777" w:rsidR="00556EB1" w:rsidRDefault="00556EB1" w:rsidP="00CF4B69">
            <w:r>
              <w:lastRenderedPageBreak/>
              <w:t>01:21:04:19</w:t>
            </w:r>
          </w:p>
        </w:tc>
        <w:tc>
          <w:tcPr>
            <w:tcW w:w="2880" w:type="dxa"/>
          </w:tcPr>
          <w:p w14:paraId="3B70926B" w14:textId="77777777" w:rsidR="00556EB1" w:rsidRDefault="00556EB1" w:rsidP="00CF4B69"/>
        </w:tc>
        <w:tc>
          <w:tcPr>
            <w:tcW w:w="2880" w:type="dxa"/>
          </w:tcPr>
          <w:p w14:paraId="68ADF088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What is this little seed? </w:t>
            </w:r>
          </w:p>
        </w:tc>
      </w:tr>
      <w:tr w:rsidR="00556EB1" w14:paraId="064915BB" w14:textId="77777777" w:rsidTr="00CF4B69">
        <w:tc>
          <w:tcPr>
            <w:tcW w:w="2880" w:type="dxa"/>
          </w:tcPr>
          <w:p w14:paraId="0FF6DE33" w14:textId="77777777" w:rsidR="00556EB1" w:rsidRDefault="00556EB1" w:rsidP="00CF4B69">
            <w:r>
              <w:t>01:21:07:19</w:t>
            </w:r>
          </w:p>
        </w:tc>
        <w:tc>
          <w:tcPr>
            <w:tcW w:w="2880" w:type="dxa"/>
          </w:tcPr>
          <w:p w14:paraId="0CB70580" w14:textId="77777777" w:rsidR="00556EB1" w:rsidRDefault="00556EB1" w:rsidP="00CF4B69"/>
        </w:tc>
        <w:tc>
          <w:tcPr>
            <w:tcW w:w="2880" w:type="dxa"/>
          </w:tcPr>
          <w:p w14:paraId="645AB11A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Look at all those little hooks. </w:t>
            </w:r>
          </w:p>
        </w:tc>
      </w:tr>
      <w:tr w:rsidR="00556EB1" w14:paraId="6EB2B5C9" w14:textId="77777777" w:rsidTr="00CF4B69">
        <w:tc>
          <w:tcPr>
            <w:tcW w:w="2880" w:type="dxa"/>
          </w:tcPr>
          <w:p w14:paraId="3CD34DE6" w14:textId="77777777" w:rsidR="00556EB1" w:rsidRDefault="00556EB1" w:rsidP="00CF4B69">
            <w:r>
              <w:t>01:21:09:19</w:t>
            </w:r>
          </w:p>
        </w:tc>
        <w:tc>
          <w:tcPr>
            <w:tcW w:w="2880" w:type="dxa"/>
          </w:tcPr>
          <w:p w14:paraId="1160356B" w14:textId="77777777" w:rsidR="00556EB1" w:rsidRDefault="00556EB1" w:rsidP="00CF4B69"/>
        </w:tc>
        <w:tc>
          <w:tcPr>
            <w:tcW w:w="2880" w:type="dxa"/>
          </w:tcPr>
          <w:p w14:paraId="32EDFA9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Is that what makes the seed stick to the sweater? </w:t>
            </w:r>
          </w:p>
        </w:tc>
      </w:tr>
      <w:tr w:rsidR="00556EB1" w14:paraId="1E7330DD" w14:textId="77777777" w:rsidTr="00CF4B69">
        <w:tc>
          <w:tcPr>
            <w:tcW w:w="2880" w:type="dxa"/>
          </w:tcPr>
          <w:p w14:paraId="58F4DECC" w14:textId="77777777" w:rsidR="00556EB1" w:rsidRDefault="00556EB1" w:rsidP="00CF4B69">
            <w:r>
              <w:t>01:21:15:27</w:t>
            </w:r>
          </w:p>
        </w:tc>
        <w:tc>
          <w:tcPr>
            <w:tcW w:w="2880" w:type="dxa"/>
          </w:tcPr>
          <w:p w14:paraId="45141ED6" w14:textId="77777777" w:rsidR="00556EB1" w:rsidRDefault="00556EB1" w:rsidP="00CF4B69"/>
        </w:tc>
        <w:tc>
          <w:tcPr>
            <w:tcW w:w="2880" w:type="dxa"/>
          </w:tcPr>
          <w:p w14:paraId="2FEFD2B5" w14:textId="77777777" w:rsidR="00556EB1" w:rsidRDefault="00556EB1" w:rsidP="00CF4B69">
            <w:r>
              <w:t xml:space="preserve">It looks like the little hooks... </w:t>
            </w:r>
          </w:p>
        </w:tc>
      </w:tr>
      <w:tr w:rsidR="00556EB1" w14:paraId="628E538A" w14:textId="77777777" w:rsidTr="00CF4B69">
        <w:tc>
          <w:tcPr>
            <w:tcW w:w="2880" w:type="dxa"/>
          </w:tcPr>
          <w:p w14:paraId="44265039" w14:textId="77777777" w:rsidR="00556EB1" w:rsidRDefault="00556EB1" w:rsidP="00CF4B69">
            <w:r>
              <w:t>01:21:17:25</w:t>
            </w:r>
          </w:p>
        </w:tc>
        <w:tc>
          <w:tcPr>
            <w:tcW w:w="2880" w:type="dxa"/>
          </w:tcPr>
          <w:p w14:paraId="0CE06E8E" w14:textId="77777777" w:rsidR="00556EB1" w:rsidRDefault="00556EB1" w:rsidP="00CF4B69"/>
        </w:tc>
        <w:tc>
          <w:tcPr>
            <w:tcW w:w="2880" w:type="dxa"/>
          </w:tcPr>
          <w:p w14:paraId="18FDFAE1" w14:textId="77777777" w:rsidR="00556EB1" w:rsidRDefault="00556EB1" w:rsidP="00CF4B69">
            <w:r>
              <w:t xml:space="preserve">grab the fuzziness of the sweater. </w:t>
            </w:r>
          </w:p>
        </w:tc>
      </w:tr>
      <w:tr w:rsidR="00556EB1" w14:paraId="72B01D8F" w14:textId="77777777" w:rsidTr="00CF4B69">
        <w:tc>
          <w:tcPr>
            <w:tcW w:w="2880" w:type="dxa"/>
          </w:tcPr>
          <w:p w14:paraId="0927D21E" w14:textId="77777777" w:rsidR="00556EB1" w:rsidRDefault="00556EB1" w:rsidP="00CF4B69">
            <w:r>
              <w:t>01:21:21:06</w:t>
            </w:r>
          </w:p>
        </w:tc>
        <w:tc>
          <w:tcPr>
            <w:tcW w:w="2880" w:type="dxa"/>
          </w:tcPr>
          <w:p w14:paraId="57B47B79" w14:textId="77777777" w:rsidR="00556EB1" w:rsidRDefault="00556EB1" w:rsidP="00CF4B69"/>
        </w:tc>
        <w:tc>
          <w:tcPr>
            <w:tcW w:w="2880" w:type="dxa"/>
          </w:tcPr>
          <w:p w14:paraId="41F1C219" w14:textId="77777777" w:rsidR="00556EB1" w:rsidRDefault="00556EB1" w:rsidP="00CF4B69">
            <w:r>
              <w:rPr>
                <w:b/>
              </w:rPr>
              <w:t xml:space="preserve">ARIL: </w:t>
            </w:r>
            <w:r>
              <w:t xml:space="preserve">Hmmm... </w:t>
            </w:r>
          </w:p>
        </w:tc>
      </w:tr>
      <w:tr w:rsidR="00556EB1" w14:paraId="3A682BC5" w14:textId="77777777" w:rsidTr="00CF4B69">
        <w:tc>
          <w:tcPr>
            <w:tcW w:w="2880" w:type="dxa"/>
          </w:tcPr>
          <w:p w14:paraId="696AE70A" w14:textId="77777777" w:rsidR="00556EB1" w:rsidRDefault="00556EB1" w:rsidP="00CF4B69">
            <w:r>
              <w:t>01:21:23:00</w:t>
            </w:r>
          </w:p>
        </w:tc>
        <w:tc>
          <w:tcPr>
            <w:tcW w:w="2880" w:type="dxa"/>
          </w:tcPr>
          <w:p w14:paraId="452E60A5" w14:textId="77777777" w:rsidR="00556EB1" w:rsidRDefault="00556EB1" w:rsidP="00CF4B69"/>
        </w:tc>
        <w:tc>
          <w:tcPr>
            <w:tcW w:w="2880" w:type="dxa"/>
          </w:tcPr>
          <w:p w14:paraId="1F3E7701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The patch on the strap also has little hooks! </w:t>
            </w:r>
          </w:p>
        </w:tc>
      </w:tr>
      <w:tr w:rsidR="00556EB1" w14:paraId="4A514223" w14:textId="77777777" w:rsidTr="00CF4B69">
        <w:tc>
          <w:tcPr>
            <w:tcW w:w="2880" w:type="dxa"/>
          </w:tcPr>
          <w:p w14:paraId="4963E634" w14:textId="77777777" w:rsidR="00556EB1" w:rsidRDefault="00556EB1" w:rsidP="00CF4B69">
            <w:r>
              <w:t>01:21:25:26</w:t>
            </w:r>
          </w:p>
        </w:tc>
        <w:tc>
          <w:tcPr>
            <w:tcW w:w="2880" w:type="dxa"/>
          </w:tcPr>
          <w:p w14:paraId="1883373A" w14:textId="77777777" w:rsidR="00556EB1" w:rsidRDefault="00556EB1" w:rsidP="00CF4B69"/>
        </w:tc>
        <w:tc>
          <w:tcPr>
            <w:tcW w:w="2880" w:type="dxa"/>
          </w:tcPr>
          <w:p w14:paraId="7CEA79D8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They're even tinier. </w:t>
            </w:r>
          </w:p>
        </w:tc>
      </w:tr>
      <w:tr w:rsidR="00556EB1" w14:paraId="652B45FA" w14:textId="77777777" w:rsidTr="00CF4B69">
        <w:tc>
          <w:tcPr>
            <w:tcW w:w="2880" w:type="dxa"/>
          </w:tcPr>
          <w:p w14:paraId="2A631D7F" w14:textId="77777777" w:rsidR="00556EB1" w:rsidRDefault="00556EB1" w:rsidP="00CF4B69">
            <w:r>
              <w:t>01:21:27:13</w:t>
            </w:r>
          </w:p>
        </w:tc>
        <w:tc>
          <w:tcPr>
            <w:tcW w:w="2880" w:type="dxa"/>
          </w:tcPr>
          <w:p w14:paraId="376F5061" w14:textId="77777777" w:rsidR="00556EB1" w:rsidRDefault="00556EB1" w:rsidP="00CF4B69"/>
        </w:tc>
        <w:tc>
          <w:tcPr>
            <w:tcW w:w="2880" w:type="dxa"/>
          </w:tcPr>
          <w:p w14:paraId="446B5867" w14:textId="77777777" w:rsidR="00556EB1" w:rsidRDefault="00556EB1" w:rsidP="00CF4B69">
            <w:r>
              <w:t xml:space="preserve">I hadn't seen them before! </w:t>
            </w:r>
          </w:p>
        </w:tc>
      </w:tr>
      <w:tr w:rsidR="00556EB1" w14:paraId="3ABB23D4" w14:textId="77777777" w:rsidTr="00CF4B69">
        <w:tc>
          <w:tcPr>
            <w:tcW w:w="2880" w:type="dxa"/>
          </w:tcPr>
          <w:p w14:paraId="48286A80" w14:textId="77777777" w:rsidR="00556EB1" w:rsidRDefault="00556EB1" w:rsidP="00CF4B69">
            <w:r>
              <w:t>01:21:29:10</w:t>
            </w:r>
          </w:p>
        </w:tc>
        <w:tc>
          <w:tcPr>
            <w:tcW w:w="2880" w:type="dxa"/>
          </w:tcPr>
          <w:p w14:paraId="518A92CE" w14:textId="77777777" w:rsidR="00556EB1" w:rsidRDefault="00556EB1" w:rsidP="00CF4B69"/>
        </w:tc>
        <w:tc>
          <w:tcPr>
            <w:tcW w:w="2880" w:type="dxa"/>
          </w:tcPr>
          <w:p w14:paraId="4C2ECEAA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556EB1" w14:paraId="3A1D0C45" w14:textId="77777777" w:rsidTr="00CF4B69">
        <w:tc>
          <w:tcPr>
            <w:tcW w:w="2880" w:type="dxa"/>
          </w:tcPr>
          <w:p w14:paraId="385A4E36" w14:textId="77777777" w:rsidR="00556EB1" w:rsidRDefault="00556EB1" w:rsidP="00CF4B69">
            <w:r>
              <w:t>01:21:30:10</w:t>
            </w:r>
          </w:p>
        </w:tc>
        <w:tc>
          <w:tcPr>
            <w:tcW w:w="2880" w:type="dxa"/>
          </w:tcPr>
          <w:p w14:paraId="7B77516B" w14:textId="77777777" w:rsidR="00556EB1" w:rsidRDefault="00556EB1" w:rsidP="00CF4B69"/>
        </w:tc>
        <w:tc>
          <w:tcPr>
            <w:tcW w:w="2880" w:type="dxa"/>
          </w:tcPr>
          <w:p w14:paraId="2B7B73FA" w14:textId="77777777" w:rsidR="00556EB1" w:rsidRDefault="00556EB1" w:rsidP="00CF4B69">
            <w:r>
              <w:t xml:space="preserve">Let's take a closer look at the strap again. </w:t>
            </w:r>
          </w:p>
        </w:tc>
      </w:tr>
      <w:tr w:rsidR="00556EB1" w14:paraId="78B9BE94" w14:textId="77777777" w:rsidTr="00CF4B69">
        <w:tc>
          <w:tcPr>
            <w:tcW w:w="2880" w:type="dxa"/>
          </w:tcPr>
          <w:p w14:paraId="076C93BA" w14:textId="77777777" w:rsidR="00556EB1" w:rsidRDefault="00556EB1" w:rsidP="00CF4B69">
            <w:r>
              <w:t>01:21:39:14</w:t>
            </w:r>
          </w:p>
        </w:tc>
        <w:tc>
          <w:tcPr>
            <w:tcW w:w="2880" w:type="dxa"/>
          </w:tcPr>
          <w:p w14:paraId="6B6C062F" w14:textId="77777777" w:rsidR="00556EB1" w:rsidRDefault="00556EB1" w:rsidP="00CF4B69"/>
        </w:tc>
        <w:tc>
          <w:tcPr>
            <w:tcW w:w="2880" w:type="dxa"/>
          </w:tcPr>
          <w:p w14:paraId="2A361B15" w14:textId="77777777" w:rsidR="00556EB1" w:rsidRDefault="00556EB1" w:rsidP="00CF4B69">
            <w:r>
              <w:rPr>
                <w:b/>
              </w:rPr>
              <w:t xml:space="preserve">ARI: </w:t>
            </w:r>
            <w:proofErr w:type="spellStart"/>
            <w:r>
              <w:t>Oooh</w:t>
            </w:r>
            <w:proofErr w:type="spellEnd"/>
            <w:r>
              <w:t xml:space="preserve">, I get it. </w:t>
            </w:r>
          </w:p>
        </w:tc>
      </w:tr>
      <w:tr w:rsidR="00556EB1" w14:paraId="1C72A039" w14:textId="77777777" w:rsidTr="00CF4B69">
        <w:tc>
          <w:tcPr>
            <w:tcW w:w="2880" w:type="dxa"/>
          </w:tcPr>
          <w:p w14:paraId="08D13EB0" w14:textId="77777777" w:rsidR="00556EB1" w:rsidRDefault="00556EB1" w:rsidP="00CF4B69">
            <w:r>
              <w:t>01:21:42:07</w:t>
            </w:r>
          </w:p>
        </w:tc>
        <w:tc>
          <w:tcPr>
            <w:tcW w:w="2880" w:type="dxa"/>
          </w:tcPr>
          <w:p w14:paraId="5E5E906C" w14:textId="77777777" w:rsidR="00556EB1" w:rsidRDefault="00556EB1" w:rsidP="00CF4B69"/>
        </w:tc>
        <w:tc>
          <w:tcPr>
            <w:tcW w:w="2880" w:type="dxa"/>
          </w:tcPr>
          <w:p w14:paraId="6CD758B2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That's how it works! </w:t>
            </w:r>
          </w:p>
        </w:tc>
      </w:tr>
      <w:tr w:rsidR="00556EB1" w14:paraId="3D5A6157" w14:textId="77777777" w:rsidTr="00CF4B69">
        <w:tc>
          <w:tcPr>
            <w:tcW w:w="2880" w:type="dxa"/>
          </w:tcPr>
          <w:p w14:paraId="74797269" w14:textId="77777777" w:rsidR="00556EB1" w:rsidRDefault="00556EB1" w:rsidP="00CF4B69">
            <w:r>
              <w:t>01:21:43:22</w:t>
            </w:r>
          </w:p>
        </w:tc>
        <w:tc>
          <w:tcPr>
            <w:tcW w:w="2880" w:type="dxa"/>
          </w:tcPr>
          <w:p w14:paraId="72271FD3" w14:textId="77777777" w:rsidR="00556EB1" w:rsidRDefault="00556EB1" w:rsidP="00CF4B69"/>
        </w:tc>
        <w:tc>
          <w:tcPr>
            <w:tcW w:w="2880" w:type="dxa"/>
          </w:tcPr>
          <w:p w14:paraId="61FCE141" w14:textId="77777777" w:rsidR="00556EB1" w:rsidRDefault="00556EB1" w:rsidP="00CF4B69">
            <w:r>
              <w:t xml:space="preserve">It's the tiny little hooks that make the patch sticky. </w:t>
            </w:r>
          </w:p>
        </w:tc>
      </w:tr>
      <w:tr w:rsidR="00556EB1" w14:paraId="2B9EA0DF" w14:textId="77777777" w:rsidTr="00CF4B69">
        <w:tc>
          <w:tcPr>
            <w:tcW w:w="2880" w:type="dxa"/>
          </w:tcPr>
          <w:p w14:paraId="4F552191" w14:textId="77777777" w:rsidR="00556EB1" w:rsidRDefault="00556EB1" w:rsidP="00CF4B69">
            <w:r>
              <w:t>01:21:47:23</w:t>
            </w:r>
          </w:p>
        </w:tc>
        <w:tc>
          <w:tcPr>
            <w:tcW w:w="2880" w:type="dxa"/>
          </w:tcPr>
          <w:p w14:paraId="0FF5A526" w14:textId="77777777" w:rsidR="00556EB1" w:rsidRDefault="00556EB1" w:rsidP="00CF4B69"/>
        </w:tc>
        <w:tc>
          <w:tcPr>
            <w:tcW w:w="2880" w:type="dxa"/>
          </w:tcPr>
          <w:p w14:paraId="5DCD64BD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But the hooks need something fuzzy... </w:t>
            </w:r>
          </w:p>
        </w:tc>
      </w:tr>
      <w:tr w:rsidR="00556EB1" w14:paraId="01DD067B" w14:textId="77777777" w:rsidTr="00CF4B69">
        <w:tc>
          <w:tcPr>
            <w:tcW w:w="2880" w:type="dxa"/>
          </w:tcPr>
          <w:p w14:paraId="7F8E484D" w14:textId="77777777" w:rsidR="00556EB1" w:rsidRDefault="00556EB1" w:rsidP="00CF4B69">
            <w:r>
              <w:t>01:21:49:14</w:t>
            </w:r>
          </w:p>
        </w:tc>
        <w:tc>
          <w:tcPr>
            <w:tcW w:w="2880" w:type="dxa"/>
          </w:tcPr>
          <w:p w14:paraId="1078A225" w14:textId="77777777" w:rsidR="00556EB1" w:rsidRDefault="00556EB1" w:rsidP="00CF4B69"/>
        </w:tc>
        <w:tc>
          <w:tcPr>
            <w:tcW w:w="2880" w:type="dxa"/>
          </w:tcPr>
          <w:p w14:paraId="7EF115C4" w14:textId="77777777" w:rsidR="00556EB1" w:rsidRDefault="00556EB1" w:rsidP="00CF4B69">
            <w:r>
              <w:t xml:space="preserve">with little loops to grab on to. </w:t>
            </w:r>
          </w:p>
        </w:tc>
      </w:tr>
      <w:tr w:rsidR="00556EB1" w14:paraId="2E4218CB" w14:textId="77777777" w:rsidTr="00CF4B69">
        <w:tc>
          <w:tcPr>
            <w:tcW w:w="2880" w:type="dxa"/>
          </w:tcPr>
          <w:p w14:paraId="174E3CFB" w14:textId="77777777" w:rsidR="00556EB1" w:rsidRDefault="00556EB1" w:rsidP="00CF4B69">
            <w:r>
              <w:t>01:21:51:19</w:t>
            </w:r>
          </w:p>
        </w:tc>
        <w:tc>
          <w:tcPr>
            <w:tcW w:w="2880" w:type="dxa"/>
          </w:tcPr>
          <w:p w14:paraId="2F8627AD" w14:textId="77777777" w:rsidR="00556EB1" w:rsidRDefault="00556EB1" w:rsidP="00CF4B69"/>
        </w:tc>
        <w:tc>
          <w:tcPr>
            <w:tcW w:w="2880" w:type="dxa"/>
          </w:tcPr>
          <w:p w14:paraId="48ACF50F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Yeah! </w:t>
            </w:r>
          </w:p>
        </w:tc>
      </w:tr>
      <w:tr w:rsidR="00556EB1" w14:paraId="568EB7BB" w14:textId="77777777" w:rsidTr="00CF4B69">
        <w:tc>
          <w:tcPr>
            <w:tcW w:w="2880" w:type="dxa"/>
          </w:tcPr>
          <w:p w14:paraId="38BDDD24" w14:textId="77777777" w:rsidR="00556EB1" w:rsidRDefault="00556EB1" w:rsidP="00CF4B69">
            <w:r>
              <w:t>01:21:53:10</w:t>
            </w:r>
          </w:p>
        </w:tc>
        <w:tc>
          <w:tcPr>
            <w:tcW w:w="2880" w:type="dxa"/>
          </w:tcPr>
          <w:p w14:paraId="66D98D29" w14:textId="77777777" w:rsidR="00556EB1" w:rsidRDefault="00556EB1" w:rsidP="00CF4B69"/>
        </w:tc>
        <w:tc>
          <w:tcPr>
            <w:tcW w:w="2880" w:type="dxa"/>
          </w:tcPr>
          <w:p w14:paraId="43094AFE" w14:textId="77777777" w:rsidR="00556EB1" w:rsidRDefault="00556EB1" w:rsidP="00CF4B69">
            <w:r>
              <w:t xml:space="preserve">That's why the patch only sticks to these fuzzy things, </w:t>
            </w:r>
          </w:p>
        </w:tc>
      </w:tr>
      <w:tr w:rsidR="00556EB1" w14:paraId="7E43C901" w14:textId="77777777" w:rsidTr="00CF4B69">
        <w:tc>
          <w:tcPr>
            <w:tcW w:w="2880" w:type="dxa"/>
          </w:tcPr>
          <w:p w14:paraId="3C2B6962" w14:textId="77777777" w:rsidR="00556EB1" w:rsidRDefault="00556EB1" w:rsidP="00CF4B69">
            <w:r>
              <w:lastRenderedPageBreak/>
              <w:t>01:21:56:10</w:t>
            </w:r>
          </w:p>
        </w:tc>
        <w:tc>
          <w:tcPr>
            <w:tcW w:w="2880" w:type="dxa"/>
          </w:tcPr>
          <w:p w14:paraId="6876B661" w14:textId="77777777" w:rsidR="00556EB1" w:rsidRDefault="00556EB1" w:rsidP="00CF4B69"/>
        </w:tc>
        <w:tc>
          <w:tcPr>
            <w:tcW w:w="2880" w:type="dxa"/>
          </w:tcPr>
          <w:p w14:paraId="2D3FA904" w14:textId="77777777" w:rsidR="00556EB1" w:rsidRDefault="00556EB1" w:rsidP="00CF4B69">
            <w:r>
              <w:t xml:space="preserve">and not to these other things that aren't fuzzy. </w:t>
            </w:r>
          </w:p>
        </w:tc>
      </w:tr>
      <w:tr w:rsidR="00556EB1" w14:paraId="4CFF456F" w14:textId="77777777" w:rsidTr="00CF4B69">
        <w:tc>
          <w:tcPr>
            <w:tcW w:w="2880" w:type="dxa"/>
          </w:tcPr>
          <w:p w14:paraId="0983214E" w14:textId="77777777" w:rsidR="00556EB1" w:rsidRDefault="00556EB1" w:rsidP="00CF4B69">
            <w:r>
              <w:t>01:21:58:25</w:t>
            </w:r>
          </w:p>
        </w:tc>
        <w:tc>
          <w:tcPr>
            <w:tcW w:w="2880" w:type="dxa"/>
          </w:tcPr>
          <w:p w14:paraId="06A15D38" w14:textId="77777777" w:rsidR="00556EB1" w:rsidRDefault="00556EB1" w:rsidP="00CF4B69"/>
        </w:tc>
        <w:tc>
          <w:tcPr>
            <w:tcW w:w="2880" w:type="dxa"/>
          </w:tcPr>
          <w:p w14:paraId="7781E370" w14:textId="77777777" w:rsidR="00556EB1" w:rsidRDefault="00556EB1" w:rsidP="00CF4B69">
            <w:r>
              <w:t xml:space="preserve">These things don't have little loops for the hooks to grab! </w:t>
            </w:r>
          </w:p>
        </w:tc>
      </w:tr>
      <w:tr w:rsidR="00556EB1" w14:paraId="6BB6C558" w14:textId="77777777" w:rsidTr="00CF4B69">
        <w:tc>
          <w:tcPr>
            <w:tcW w:w="2880" w:type="dxa"/>
          </w:tcPr>
          <w:p w14:paraId="78179600" w14:textId="77777777" w:rsidR="00556EB1" w:rsidRDefault="00556EB1" w:rsidP="00CF4B69">
            <w:r>
              <w:t>01:22:02:07</w:t>
            </w:r>
          </w:p>
        </w:tc>
        <w:tc>
          <w:tcPr>
            <w:tcW w:w="2880" w:type="dxa"/>
          </w:tcPr>
          <w:p w14:paraId="3BE286AB" w14:textId="77777777" w:rsidR="00556EB1" w:rsidRDefault="00556EB1" w:rsidP="00CF4B69"/>
        </w:tc>
        <w:tc>
          <w:tcPr>
            <w:tcW w:w="2880" w:type="dxa"/>
          </w:tcPr>
          <w:p w14:paraId="7C5533F2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We solved the mystery! </w:t>
            </w:r>
          </w:p>
        </w:tc>
      </w:tr>
      <w:tr w:rsidR="00556EB1" w14:paraId="55877713" w14:textId="77777777" w:rsidTr="00CF4B69">
        <w:tc>
          <w:tcPr>
            <w:tcW w:w="2880" w:type="dxa"/>
          </w:tcPr>
          <w:p w14:paraId="5DBDB9AD" w14:textId="77777777" w:rsidR="00556EB1" w:rsidRDefault="00556EB1" w:rsidP="00CF4B69">
            <w:r>
              <w:t>01:22:04:05</w:t>
            </w:r>
          </w:p>
        </w:tc>
        <w:tc>
          <w:tcPr>
            <w:tcW w:w="2880" w:type="dxa"/>
          </w:tcPr>
          <w:p w14:paraId="528913AA" w14:textId="77777777" w:rsidR="00556EB1" w:rsidRDefault="00556EB1" w:rsidP="00CF4B69"/>
        </w:tc>
        <w:tc>
          <w:tcPr>
            <w:tcW w:w="2880" w:type="dxa"/>
          </w:tcPr>
          <w:p w14:paraId="6FC43739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Let's tell </w:t>
            </w:r>
            <w:proofErr w:type="spellStart"/>
            <w:r>
              <w:t>Mz</w:t>
            </w:r>
            <w:proofErr w:type="spellEnd"/>
            <w:r>
              <w:t xml:space="preserve">. Mole! </w:t>
            </w:r>
          </w:p>
        </w:tc>
      </w:tr>
      <w:tr w:rsidR="00556EB1" w14:paraId="675F1E0F" w14:textId="77777777" w:rsidTr="00CF4B69">
        <w:tc>
          <w:tcPr>
            <w:tcW w:w="2880" w:type="dxa"/>
          </w:tcPr>
          <w:p w14:paraId="48EFE6FF" w14:textId="77777777" w:rsidR="00556EB1" w:rsidRDefault="00556EB1" w:rsidP="00CF4B69">
            <w:r>
              <w:t>01:22:07:01</w:t>
            </w:r>
          </w:p>
        </w:tc>
        <w:tc>
          <w:tcPr>
            <w:tcW w:w="2880" w:type="dxa"/>
          </w:tcPr>
          <w:p w14:paraId="367DAF56" w14:textId="77777777" w:rsidR="00556EB1" w:rsidRDefault="00556EB1" w:rsidP="00CF4B69"/>
        </w:tc>
        <w:tc>
          <w:tcPr>
            <w:tcW w:w="2880" w:type="dxa"/>
          </w:tcPr>
          <w:p w14:paraId="0EBC42E6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Yay! Yay! Yay! Let's go! </w:t>
            </w:r>
          </w:p>
        </w:tc>
      </w:tr>
      <w:tr w:rsidR="00556EB1" w14:paraId="497984FD" w14:textId="77777777" w:rsidTr="00CF4B69">
        <w:tc>
          <w:tcPr>
            <w:tcW w:w="2880" w:type="dxa"/>
          </w:tcPr>
          <w:p w14:paraId="4711219B" w14:textId="77777777" w:rsidR="00556EB1" w:rsidRDefault="00556EB1" w:rsidP="00CF4B69">
            <w:r>
              <w:t>01:22:08:16</w:t>
            </w:r>
          </w:p>
        </w:tc>
        <w:tc>
          <w:tcPr>
            <w:tcW w:w="2880" w:type="dxa"/>
          </w:tcPr>
          <w:p w14:paraId="77431052" w14:textId="77777777" w:rsidR="00556EB1" w:rsidRDefault="00556EB1" w:rsidP="00CF4B69"/>
        </w:tc>
        <w:tc>
          <w:tcPr>
            <w:tcW w:w="2880" w:type="dxa"/>
          </w:tcPr>
          <w:p w14:paraId="62D611E6" w14:textId="77777777" w:rsidR="00556EB1" w:rsidRDefault="00556EB1" w:rsidP="00CF4B69">
            <w:r>
              <w:t xml:space="preserve">[giggles] </w:t>
            </w:r>
          </w:p>
        </w:tc>
      </w:tr>
      <w:tr w:rsidR="00556EB1" w14:paraId="3CC92AA1" w14:textId="77777777" w:rsidTr="00CF4B69">
        <w:tc>
          <w:tcPr>
            <w:tcW w:w="2880" w:type="dxa"/>
          </w:tcPr>
          <w:p w14:paraId="55EFAEFB" w14:textId="77777777" w:rsidR="00556EB1" w:rsidRDefault="00556EB1" w:rsidP="00CF4B69">
            <w:r>
              <w:t>01:22:14:00</w:t>
            </w:r>
          </w:p>
        </w:tc>
        <w:tc>
          <w:tcPr>
            <w:tcW w:w="2880" w:type="dxa"/>
          </w:tcPr>
          <w:p w14:paraId="6718C18D" w14:textId="77777777" w:rsidR="00556EB1" w:rsidRDefault="00556EB1" w:rsidP="00CF4B69"/>
        </w:tc>
        <w:tc>
          <w:tcPr>
            <w:tcW w:w="2880" w:type="dxa"/>
          </w:tcPr>
          <w:p w14:paraId="3BC62D6B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556EB1" w14:paraId="32247827" w14:textId="77777777" w:rsidTr="00CF4B69">
        <w:tc>
          <w:tcPr>
            <w:tcW w:w="2880" w:type="dxa"/>
          </w:tcPr>
          <w:p w14:paraId="0C752447" w14:textId="77777777" w:rsidR="00556EB1" w:rsidRDefault="00556EB1" w:rsidP="00CF4B69">
            <w:r>
              <w:t>01:22:15:00</w:t>
            </w:r>
          </w:p>
        </w:tc>
        <w:tc>
          <w:tcPr>
            <w:tcW w:w="2880" w:type="dxa"/>
          </w:tcPr>
          <w:p w14:paraId="04FD7DB4" w14:textId="77777777" w:rsidR="00556EB1" w:rsidRDefault="00556EB1" w:rsidP="00CF4B69"/>
        </w:tc>
        <w:tc>
          <w:tcPr>
            <w:tcW w:w="2880" w:type="dxa"/>
          </w:tcPr>
          <w:p w14:paraId="0BCC27ED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Woohoo!! </w:t>
            </w:r>
          </w:p>
        </w:tc>
      </w:tr>
      <w:tr w:rsidR="00556EB1" w14:paraId="0C8437FC" w14:textId="77777777" w:rsidTr="00CF4B69">
        <w:tc>
          <w:tcPr>
            <w:tcW w:w="2880" w:type="dxa"/>
          </w:tcPr>
          <w:p w14:paraId="3C224DD4" w14:textId="77777777" w:rsidR="00556EB1" w:rsidRDefault="00556EB1" w:rsidP="00CF4B69">
            <w:r>
              <w:t>01:22:19:12</w:t>
            </w:r>
          </w:p>
        </w:tc>
        <w:tc>
          <w:tcPr>
            <w:tcW w:w="2880" w:type="dxa"/>
          </w:tcPr>
          <w:p w14:paraId="0B1099CE" w14:textId="77777777" w:rsidR="00556EB1" w:rsidRDefault="00556EB1" w:rsidP="00CF4B69"/>
        </w:tc>
        <w:tc>
          <w:tcPr>
            <w:tcW w:w="2880" w:type="dxa"/>
          </w:tcPr>
          <w:p w14:paraId="16E93ADF" w14:textId="77777777" w:rsidR="00556EB1" w:rsidRDefault="00556EB1" w:rsidP="00CF4B69">
            <w:r>
              <w:rPr>
                <w:b/>
              </w:rPr>
              <w:t xml:space="preserve">KIDS: </w:t>
            </w:r>
            <w:r>
              <w:t xml:space="preserve">[cheering] </w:t>
            </w:r>
          </w:p>
        </w:tc>
      </w:tr>
      <w:tr w:rsidR="00556EB1" w14:paraId="24B650A6" w14:textId="77777777" w:rsidTr="00CF4B69">
        <w:tc>
          <w:tcPr>
            <w:tcW w:w="2880" w:type="dxa"/>
          </w:tcPr>
          <w:p w14:paraId="47647026" w14:textId="77777777" w:rsidR="00556EB1" w:rsidRDefault="00556EB1" w:rsidP="00CF4B69">
            <w:r>
              <w:t>01:22:20:20</w:t>
            </w:r>
          </w:p>
        </w:tc>
        <w:tc>
          <w:tcPr>
            <w:tcW w:w="2880" w:type="dxa"/>
          </w:tcPr>
          <w:p w14:paraId="732F4515" w14:textId="77777777" w:rsidR="00556EB1" w:rsidRDefault="00556EB1" w:rsidP="00CF4B69"/>
        </w:tc>
        <w:tc>
          <w:tcPr>
            <w:tcW w:w="2880" w:type="dxa"/>
          </w:tcPr>
          <w:p w14:paraId="777A2A51" w14:textId="77777777" w:rsidR="00556EB1" w:rsidRDefault="00556EB1" w:rsidP="00CF4B69">
            <w:r>
              <w:rPr>
                <w:b/>
              </w:rPr>
              <w:t xml:space="preserve">ELINOR: </w:t>
            </w:r>
            <w:proofErr w:type="spellStart"/>
            <w:r>
              <w:t>Mz</w:t>
            </w:r>
            <w:proofErr w:type="spellEnd"/>
            <w:r>
              <w:t xml:space="preserve">. Mole, we figured it out! </w:t>
            </w:r>
          </w:p>
        </w:tc>
      </w:tr>
      <w:tr w:rsidR="00556EB1" w14:paraId="5C21DA86" w14:textId="77777777" w:rsidTr="00CF4B69">
        <w:tc>
          <w:tcPr>
            <w:tcW w:w="2880" w:type="dxa"/>
          </w:tcPr>
          <w:p w14:paraId="0140C773" w14:textId="77777777" w:rsidR="00556EB1" w:rsidRDefault="00556EB1" w:rsidP="00CF4B69">
            <w:r>
              <w:t>01:22:23:21</w:t>
            </w:r>
          </w:p>
        </w:tc>
        <w:tc>
          <w:tcPr>
            <w:tcW w:w="2880" w:type="dxa"/>
          </w:tcPr>
          <w:p w14:paraId="2D3043C5" w14:textId="77777777" w:rsidR="00556EB1" w:rsidRDefault="00556EB1" w:rsidP="00CF4B69"/>
        </w:tc>
        <w:tc>
          <w:tcPr>
            <w:tcW w:w="2880" w:type="dxa"/>
          </w:tcPr>
          <w:p w14:paraId="2FA4B0DD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It's the little hooks on the patch... </w:t>
            </w:r>
          </w:p>
        </w:tc>
      </w:tr>
      <w:tr w:rsidR="00556EB1" w14:paraId="1482344C" w14:textId="77777777" w:rsidTr="00CF4B69">
        <w:tc>
          <w:tcPr>
            <w:tcW w:w="2880" w:type="dxa"/>
          </w:tcPr>
          <w:p w14:paraId="19C92CC6" w14:textId="77777777" w:rsidR="00556EB1" w:rsidRDefault="00556EB1" w:rsidP="00CF4B69">
            <w:r>
              <w:t>01:22:25:20</w:t>
            </w:r>
          </w:p>
        </w:tc>
        <w:tc>
          <w:tcPr>
            <w:tcW w:w="2880" w:type="dxa"/>
          </w:tcPr>
          <w:p w14:paraId="55C75AE1" w14:textId="77777777" w:rsidR="00556EB1" w:rsidRDefault="00556EB1" w:rsidP="00CF4B69"/>
        </w:tc>
        <w:tc>
          <w:tcPr>
            <w:tcW w:w="2880" w:type="dxa"/>
          </w:tcPr>
          <w:p w14:paraId="5BF6575B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That make the strap stick together! </w:t>
            </w:r>
          </w:p>
        </w:tc>
      </w:tr>
      <w:tr w:rsidR="00556EB1" w14:paraId="06063453" w14:textId="77777777" w:rsidTr="00CF4B69">
        <w:tc>
          <w:tcPr>
            <w:tcW w:w="2880" w:type="dxa"/>
          </w:tcPr>
          <w:p w14:paraId="621D1336" w14:textId="77777777" w:rsidR="00556EB1" w:rsidRDefault="00556EB1" w:rsidP="00CF4B69">
            <w:r>
              <w:t>01:22:27:16</w:t>
            </w:r>
          </w:p>
        </w:tc>
        <w:tc>
          <w:tcPr>
            <w:tcW w:w="2880" w:type="dxa"/>
          </w:tcPr>
          <w:p w14:paraId="1076E306" w14:textId="77777777" w:rsidR="00556EB1" w:rsidRDefault="00556EB1" w:rsidP="00CF4B69"/>
        </w:tc>
        <w:tc>
          <w:tcPr>
            <w:tcW w:w="2880" w:type="dxa"/>
          </w:tcPr>
          <w:p w14:paraId="3BF01FF1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But the hooks only stick to things that are fuzzy... </w:t>
            </w:r>
          </w:p>
        </w:tc>
      </w:tr>
      <w:tr w:rsidR="00556EB1" w14:paraId="52841173" w14:textId="77777777" w:rsidTr="00CF4B69">
        <w:tc>
          <w:tcPr>
            <w:tcW w:w="2880" w:type="dxa"/>
          </w:tcPr>
          <w:p w14:paraId="37120A7A" w14:textId="77777777" w:rsidR="00556EB1" w:rsidRDefault="00556EB1" w:rsidP="00CF4B69">
            <w:r>
              <w:t>01:22:30:07</w:t>
            </w:r>
          </w:p>
        </w:tc>
        <w:tc>
          <w:tcPr>
            <w:tcW w:w="2880" w:type="dxa"/>
          </w:tcPr>
          <w:p w14:paraId="4A28B83F" w14:textId="77777777" w:rsidR="00556EB1" w:rsidRDefault="00556EB1" w:rsidP="00CF4B69"/>
        </w:tc>
        <w:tc>
          <w:tcPr>
            <w:tcW w:w="2880" w:type="dxa"/>
          </w:tcPr>
          <w:p w14:paraId="17311F22" w14:textId="77777777" w:rsidR="00556EB1" w:rsidRDefault="00556EB1" w:rsidP="00CF4B69">
            <w:r>
              <w:t xml:space="preserve">and have little loops in them. </w:t>
            </w:r>
          </w:p>
        </w:tc>
      </w:tr>
      <w:tr w:rsidR="00556EB1" w14:paraId="2C9927B1" w14:textId="77777777" w:rsidTr="00CF4B69">
        <w:tc>
          <w:tcPr>
            <w:tcW w:w="2880" w:type="dxa"/>
          </w:tcPr>
          <w:p w14:paraId="2F9E482A" w14:textId="77777777" w:rsidR="00556EB1" w:rsidRDefault="00556EB1" w:rsidP="00CF4B69">
            <w:r>
              <w:t>01:22:32:01</w:t>
            </w:r>
          </w:p>
        </w:tc>
        <w:tc>
          <w:tcPr>
            <w:tcW w:w="2880" w:type="dxa"/>
          </w:tcPr>
          <w:p w14:paraId="66432F80" w14:textId="77777777" w:rsidR="00556EB1" w:rsidRDefault="00556EB1" w:rsidP="00CF4B69"/>
        </w:tc>
        <w:tc>
          <w:tcPr>
            <w:tcW w:w="2880" w:type="dxa"/>
          </w:tcPr>
          <w:p w14:paraId="3A821CD7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The hooks on the patch grab loops on the fuzzy part... </w:t>
            </w:r>
          </w:p>
        </w:tc>
      </w:tr>
      <w:tr w:rsidR="00556EB1" w14:paraId="680262C0" w14:textId="77777777" w:rsidTr="00CF4B69">
        <w:tc>
          <w:tcPr>
            <w:tcW w:w="2880" w:type="dxa"/>
          </w:tcPr>
          <w:p w14:paraId="0A948500" w14:textId="77777777" w:rsidR="00556EB1" w:rsidRDefault="00556EB1" w:rsidP="00CF4B69">
            <w:r>
              <w:t>01:22:36:18</w:t>
            </w:r>
          </w:p>
        </w:tc>
        <w:tc>
          <w:tcPr>
            <w:tcW w:w="2880" w:type="dxa"/>
          </w:tcPr>
          <w:p w14:paraId="7EBF005A" w14:textId="77777777" w:rsidR="00556EB1" w:rsidRDefault="00556EB1" w:rsidP="00CF4B69"/>
        </w:tc>
        <w:tc>
          <w:tcPr>
            <w:tcW w:w="2880" w:type="dxa"/>
          </w:tcPr>
          <w:p w14:paraId="007D751C" w14:textId="77777777" w:rsidR="00556EB1" w:rsidRDefault="00556EB1" w:rsidP="00CF4B69">
            <w:r>
              <w:t xml:space="preserve">and stick together! </w:t>
            </w:r>
          </w:p>
        </w:tc>
      </w:tr>
      <w:tr w:rsidR="00556EB1" w14:paraId="48C0704E" w14:textId="77777777" w:rsidTr="00CF4B69">
        <w:tc>
          <w:tcPr>
            <w:tcW w:w="2880" w:type="dxa"/>
          </w:tcPr>
          <w:p w14:paraId="3E9346B4" w14:textId="77777777" w:rsidR="00556EB1" w:rsidRDefault="00556EB1" w:rsidP="00CF4B69">
            <w:r>
              <w:t>01:22:38:04</w:t>
            </w:r>
          </w:p>
        </w:tc>
        <w:tc>
          <w:tcPr>
            <w:tcW w:w="2880" w:type="dxa"/>
          </w:tcPr>
          <w:p w14:paraId="330C3C5C" w14:textId="77777777" w:rsidR="00556EB1" w:rsidRDefault="00556EB1" w:rsidP="00CF4B69"/>
        </w:tc>
        <w:tc>
          <w:tcPr>
            <w:tcW w:w="2880" w:type="dxa"/>
          </w:tcPr>
          <w:p w14:paraId="77746E82" w14:textId="77777777" w:rsidR="00556EB1" w:rsidRDefault="00556EB1" w:rsidP="00CF4B69">
            <w:r>
              <w:t xml:space="preserve">And then... </w:t>
            </w:r>
          </w:p>
        </w:tc>
      </w:tr>
      <w:tr w:rsidR="00556EB1" w14:paraId="44678CF8" w14:textId="77777777" w:rsidTr="00CF4B69">
        <w:tc>
          <w:tcPr>
            <w:tcW w:w="2880" w:type="dxa"/>
          </w:tcPr>
          <w:p w14:paraId="19A13C93" w14:textId="77777777" w:rsidR="00556EB1" w:rsidRDefault="00556EB1" w:rsidP="00CF4B69">
            <w:r>
              <w:t>01:22:39:20</w:t>
            </w:r>
          </w:p>
        </w:tc>
        <w:tc>
          <w:tcPr>
            <w:tcW w:w="2880" w:type="dxa"/>
          </w:tcPr>
          <w:p w14:paraId="599D9DE1" w14:textId="77777777" w:rsidR="00556EB1" w:rsidRDefault="00556EB1" w:rsidP="00CF4B69"/>
        </w:tc>
        <w:tc>
          <w:tcPr>
            <w:tcW w:w="2880" w:type="dxa"/>
          </w:tcPr>
          <w:p w14:paraId="0EBEAFB6" w14:textId="77777777" w:rsidR="00556EB1" w:rsidRDefault="00556EB1" w:rsidP="00CF4B69">
            <w:proofErr w:type="spellStart"/>
            <w:r>
              <w:t>skrrrrtch</w:t>
            </w:r>
            <w:proofErr w:type="spellEnd"/>
            <w:r>
              <w:t xml:space="preserve">! </w:t>
            </w:r>
          </w:p>
        </w:tc>
      </w:tr>
      <w:tr w:rsidR="00556EB1" w14:paraId="629373A3" w14:textId="77777777" w:rsidTr="00CF4B69">
        <w:tc>
          <w:tcPr>
            <w:tcW w:w="2880" w:type="dxa"/>
          </w:tcPr>
          <w:p w14:paraId="5397D43E" w14:textId="77777777" w:rsidR="00556EB1" w:rsidRDefault="00556EB1" w:rsidP="00CF4B69">
            <w:r>
              <w:lastRenderedPageBreak/>
              <w:t>01:22:41:15</w:t>
            </w:r>
          </w:p>
        </w:tc>
        <w:tc>
          <w:tcPr>
            <w:tcW w:w="2880" w:type="dxa"/>
          </w:tcPr>
          <w:p w14:paraId="02B639AD" w14:textId="77777777" w:rsidR="00556EB1" w:rsidRDefault="00556EB1" w:rsidP="00CF4B69"/>
        </w:tc>
        <w:tc>
          <w:tcPr>
            <w:tcW w:w="2880" w:type="dxa"/>
          </w:tcPr>
          <w:p w14:paraId="23CF4B96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[sniffs] My, I smell some clever little scientists. </w:t>
            </w:r>
          </w:p>
        </w:tc>
      </w:tr>
      <w:tr w:rsidR="00556EB1" w14:paraId="08F71B43" w14:textId="77777777" w:rsidTr="00CF4B69">
        <w:tc>
          <w:tcPr>
            <w:tcW w:w="2880" w:type="dxa"/>
          </w:tcPr>
          <w:p w14:paraId="4DC82342" w14:textId="77777777" w:rsidR="00556EB1" w:rsidRDefault="00556EB1" w:rsidP="00CF4B69">
            <w:r>
              <w:t>01:22:47:00</w:t>
            </w:r>
          </w:p>
        </w:tc>
        <w:tc>
          <w:tcPr>
            <w:tcW w:w="2880" w:type="dxa"/>
          </w:tcPr>
          <w:p w14:paraId="11FD7C29" w14:textId="77777777" w:rsidR="00556EB1" w:rsidRDefault="00556EB1" w:rsidP="00CF4B69"/>
        </w:tc>
        <w:tc>
          <w:tcPr>
            <w:tcW w:w="2880" w:type="dxa"/>
          </w:tcPr>
          <w:p w14:paraId="4490FAEC" w14:textId="77777777" w:rsidR="00556EB1" w:rsidRDefault="00556EB1" w:rsidP="00CF4B69">
            <w:r>
              <w:t xml:space="preserve">I knew you would figure it out! </w:t>
            </w:r>
          </w:p>
        </w:tc>
      </w:tr>
      <w:tr w:rsidR="00556EB1" w14:paraId="3703CFCB" w14:textId="77777777" w:rsidTr="00CF4B69">
        <w:tc>
          <w:tcPr>
            <w:tcW w:w="2880" w:type="dxa"/>
          </w:tcPr>
          <w:p w14:paraId="0ADD7F8F" w14:textId="77777777" w:rsidR="00556EB1" w:rsidRDefault="00556EB1" w:rsidP="00CF4B69">
            <w:r>
              <w:t>01:22:49:12</w:t>
            </w:r>
          </w:p>
        </w:tc>
        <w:tc>
          <w:tcPr>
            <w:tcW w:w="2880" w:type="dxa"/>
          </w:tcPr>
          <w:p w14:paraId="6E73367C" w14:textId="77777777" w:rsidR="00556EB1" w:rsidRDefault="00556EB1" w:rsidP="00CF4B69"/>
        </w:tc>
        <w:tc>
          <w:tcPr>
            <w:tcW w:w="2880" w:type="dxa"/>
          </w:tcPr>
          <w:p w14:paraId="54FE335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We figured it out from looking at this spiky seed. </w:t>
            </w:r>
          </w:p>
        </w:tc>
      </w:tr>
      <w:tr w:rsidR="00556EB1" w14:paraId="183AAA2A" w14:textId="77777777" w:rsidTr="00CF4B69">
        <w:tc>
          <w:tcPr>
            <w:tcW w:w="2880" w:type="dxa"/>
          </w:tcPr>
          <w:p w14:paraId="28477404" w14:textId="77777777" w:rsidR="00556EB1" w:rsidRDefault="00556EB1" w:rsidP="00CF4B69">
            <w:r>
              <w:t>01:22:52:09</w:t>
            </w:r>
          </w:p>
        </w:tc>
        <w:tc>
          <w:tcPr>
            <w:tcW w:w="2880" w:type="dxa"/>
          </w:tcPr>
          <w:p w14:paraId="583A8C0D" w14:textId="77777777" w:rsidR="00556EB1" w:rsidRDefault="00556EB1" w:rsidP="00CF4B69"/>
        </w:tc>
        <w:tc>
          <w:tcPr>
            <w:tcW w:w="2880" w:type="dxa"/>
          </w:tcPr>
          <w:p w14:paraId="591BBD51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Hmmm... yes, that's the seed in my book. </w:t>
            </w:r>
          </w:p>
        </w:tc>
      </w:tr>
      <w:tr w:rsidR="00556EB1" w14:paraId="24472767" w14:textId="77777777" w:rsidTr="00CF4B69">
        <w:tc>
          <w:tcPr>
            <w:tcW w:w="2880" w:type="dxa"/>
          </w:tcPr>
          <w:p w14:paraId="1D9EC9A7" w14:textId="77777777" w:rsidR="00556EB1" w:rsidRDefault="00556EB1" w:rsidP="00CF4B69">
            <w:r>
              <w:t>01:22:56:15</w:t>
            </w:r>
          </w:p>
        </w:tc>
        <w:tc>
          <w:tcPr>
            <w:tcW w:w="2880" w:type="dxa"/>
          </w:tcPr>
          <w:p w14:paraId="6FAACE94" w14:textId="77777777" w:rsidR="00556EB1" w:rsidRDefault="00556EB1" w:rsidP="00CF4B69"/>
        </w:tc>
        <w:tc>
          <w:tcPr>
            <w:tcW w:w="2880" w:type="dxa"/>
          </w:tcPr>
          <w:p w14:paraId="06C3E57A" w14:textId="77777777" w:rsidR="00556EB1" w:rsidRDefault="00556EB1" w:rsidP="00CF4B69">
            <w:r>
              <w:t xml:space="preserve">The strap and the seed work the same way. </w:t>
            </w:r>
          </w:p>
        </w:tc>
      </w:tr>
      <w:tr w:rsidR="00556EB1" w14:paraId="23B962AE" w14:textId="77777777" w:rsidTr="00CF4B69">
        <w:tc>
          <w:tcPr>
            <w:tcW w:w="2880" w:type="dxa"/>
          </w:tcPr>
          <w:p w14:paraId="58BF6917" w14:textId="77777777" w:rsidR="00556EB1" w:rsidRDefault="00556EB1" w:rsidP="00CF4B69">
            <w:r>
              <w:t>01:22:59:22</w:t>
            </w:r>
          </w:p>
        </w:tc>
        <w:tc>
          <w:tcPr>
            <w:tcW w:w="2880" w:type="dxa"/>
          </w:tcPr>
          <w:p w14:paraId="422F8CEB" w14:textId="77777777" w:rsidR="00556EB1" w:rsidRDefault="00556EB1" w:rsidP="00CF4B69"/>
        </w:tc>
        <w:tc>
          <w:tcPr>
            <w:tcW w:w="2880" w:type="dxa"/>
          </w:tcPr>
          <w:p w14:paraId="353DECFC" w14:textId="77777777" w:rsidR="00556EB1" w:rsidRDefault="00556EB1" w:rsidP="00CF4B69">
            <w:r>
              <w:t xml:space="preserve">Why do you think that is? </w:t>
            </w:r>
          </w:p>
        </w:tc>
      </w:tr>
      <w:tr w:rsidR="00556EB1" w14:paraId="39656F47" w14:textId="77777777" w:rsidTr="00CF4B69">
        <w:tc>
          <w:tcPr>
            <w:tcW w:w="2880" w:type="dxa"/>
          </w:tcPr>
          <w:p w14:paraId="1A0B6C9A" w14:textId="77777777" w:rsidR="00556EB1" w:rsidRDefault="00556EB1" w:rsidP="00CF4B69">
            <w:r>
              <w:t>01:23:02:05</w:t>
            </w:r>
          </w:p>
        </w:tc>
        <w:tc>
          <w:tcPr>
            <w:tcW w:w="2880" w:type="dxa"/>
          </w:tcPr>
          <w:p w14:paraId="43521D0C" w14:textId="77777777" w:rsidR="00556EB1" w:rsidRDefault="00556EB1" w:rsidP="00CF4B69"/>
        </w:tc>
        <w:tc>
          <w:tcPr>
            <w:tcW w:w="2880" w:type="dxa"/>
          </w:tcPr>
          <w:p w14:paraId="40312BAD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[gasp] Did the seed copy the idea from the watch strap? </w:t>
            </w:r>
          </w:p>
        </w:tc>
      </w:tr>
      <w:tr w:rsidR="00556EB1" w14:paraId="2671D29E" w14:textId="77777777" w:rsidTr="00CF4B69">
        <w:tc>
          <w:tcPr>
            <w:tcW w:w="2880" w:type="dxa"/>
          </w:tcPr>
          <w:p w14:paraId="036AD20F" w14:textId="77777777" w:rsidR="00556EB1" w:rsidRDefault="00556EB1" w:rsidP="00CF4B69">
            <w:r>
              <w:t>01:23:06:12</w:t>
            </w:r>
          </w:p>
        </w:tc>
        <w:tc>
          <w:tcPr>
            <w:tcW w:w="2880" w:type="dxa"/>
          </w:tcPr>
          <w:p w14:paraId="34094611" w14:textId="77777777" w:rsidR="00556EB1" w:rsidRDefault="00556EB1" w:rsidP="00CF4B69"/>
        </w:tc>
        <w:tc>
          <w:tcPr>
            <w:tcW w:w="2880" w:type="dxa"/>
          </w:tcPr>
          <w:p w14:paraId="62D1D1FD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I think that would be silly... </w:t>
            </w:r>
          </w:p>
        </w:tc>
      </w:tr>
      <w:tr w:rsidR="00556EB1" w14:paraId="6D41FE1A" w14:textId="77777777" w:rsidTr="00CF4B69">
        <w:tc>
          <w:tcPr>
            <w:tcW w:w="2880" w:type="dxa"/>
          </w:tcPr>
          <w:p w14:paraId="77A9CCF7" w14:textId="77777777" w:rsidR="00556EB1" w:rsidRDefault="00556EB1" w:rsidP="00CF4B69">
            <w:r>
              <w:t>01:23:09:01</w:t>
            </w:r>
          </w:p>
        </w:tc>
        <w:tc>
          <w:tcPr>
            <w:tcW w:w="2880" w:type="dxa"/>
          </w:tcPr>
          <w:p w14:paraId="48290A34" w14:textId="77777777" w:rsidR="00556EB1" w:rsidRDefault="00556EB1" w:rsidP="00CF4B69"/>
        </w:tc>
        <w:tc>
          <w:tcPr>
            <w:tcW w:w="2880" w:type="dxa"/>
          </w:tcPr>
          <w:p w14:paraId="69794B13" w14:textId="77777777" w:rsidR="00556EB1" w:rsidRDefault="00556EB1" w:rsidP="00CF4B69">
            <w:r>
              <w:t xml:space="preserve">Wouldn't it? </w:t>
            </w:r>
          </w:p>
        </w:tc>
      </w:tr>
      <w:tr w:rsidR="00556EB1" w14:paraId="761F56BD" w14:textId="77777777" w:rsidTr="00CF4B69">
        <w:tc>
          <w:tcPr>
            <w:tcW w:w="2880" w:type="dxa"/>
          </w:tcPr>
          <w:p w14:paraId="17BE225C" w14:textId="77777777" w:rsidR="00556EB1" w:rsidRDefault="00556EB1" w:rsidP="00CF4B69">
            <w:r>
              <w:t>01:23:10:15</w:t>
            </w:r>
          </w:p>
        </w:tc>
        <w:tc>
          <w:tcPr>
            <w:tcW w:w="2880" w:type="dxa"/>
          </w:tcPr>
          <w:p w14:paraId="7438E116" w14:textId="77777777" w:rsidR="00556EB1" w:rsidRDefault="00556EB1" w:rsidP="00CF4B69"/>
        </w:tc>
        <w:tc>
          <w:tcPr>
            <w:tcW w:w="2880" w:type="dxa"/>
          </w:tcPr>
          <w:p w14:paraId="451FF5A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I bet the idea for the strap came from the seeds! </w:t>
            </w:r>
          </w:p>
        </w:tc>
      </w:tr>
      <w:tr w:rsidR="00556EB1" w14:paraId="6E4D7C3B" w14:textId="77777777" w:rsidTr="00CF4B69">
        <w:tc>
          <w:tcPr>
            <w:tcW w:w="2880" w:type="dxa"/>
          </w:tcPr>
          <w:p w14:paraId="2B4F7969" w14:textId="77777777" w:rsidR="00556EB1" w:rsidRDefault="00556EB1" w:rsidP="00CF4B69">
            <w:r>
              <w:t>01:23:14:03</w:t>
            </w:r>
          </w:p>
        </w:tc>
        <w:tc>
          <w:tcPr>
            <w:tcW w:w="2880" w:type="dxa"/>
          </w:tcPr>
          <w:p w14:paraId="22F18897" w14:textId="77777777" w:rsidR="00556EB1" w:rsidRDefault="00556EB1" w:rsidP="00CF4B69"/>
        </w:tc>
        <w:tc>
          <w:tcPr>
            <w:tcW w:w="2880" w:type="dxa"/>
          </w:tcPr>
          <w:p w14:paraId="2711BB5C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That's right! </w:t>
            </w:r>
          </w:p>
        </w:tc>
      </w:tr>
      <w:tr w:rsidR="00556EB1" w14:paraId="78AA560F" w14:textId="77777777" w:rsidTr="00CF4B69">
        <w:tc>
          <w:tcPr>
            <w:tcW w:w="2880" w:type="dxa"/>
          </w:tcPr>
          <w:p w14:paraId="2DA3CC09" w14:textId="77777777" w:rsidR="00556EB1" w:rsidRDefault="00556EB1" w:rsidP="00CF4B69">
            <w:r>
              <w:t>01:23:15:22</w:t>
            </w:r>
          </w:p>
        </w:tc>
        <w:tc>
          <w:tcPr>
            <w:tcW w:w="2880" w:type="dxa"/>
          </w:tcPr>
          <w:p w14:paraId="7FD73E9F" w14:textId="77777777" w:rsidR="00556EB1" w:rsidRDefault="00556EB1" w:rsidP="00CF4B69"/>
        </w:tc>
        <w:tc>
          <w:tcPr>
            <w:tcW w:w="2880" w:type="dxa"/>
          </w:tcPr>
          <w:p w14:paraId="7F8A534B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Georges de Mistral was an inventor... </w:t>
            </w:r>
          </w:p>
        </w:tc>
      </w:tr>
      <w:tr w:rsidR="00556EB1" w14:paraId="3AABC8D5" w14:textId="77777777" w:rsidTr="00CF4B69">
        <w:tc>
          <w:tcPr>
            <w:tcW w:w="2880" w:type="dxa"/>
          </w:tcPr>
          <w:p w14:paraId="39B47A5B" w14:textId="77777777" w:rsidR="00556EB1" w:rsidRDefault="00556EB1" w:rsidP="00CF4B69">
            <w:r>
              <w:t>01:23:18:04</w:t>
            </w:r>
          </w:p>
        </w:tc>
        <w:tc>
          <w:tcPr>
            <w:tcW w:w="2880" w:type="dxa"/>
          </w:tcPr>
          <w:p w14:paraId="5BC6C71B" w14:textId="77777777" w:rsidR="00556EB1" w:rsidRDefault="00556EB1" w:rsidP="00CF4B69"/>
        </w:tc>
        <w:tc>
          <w:tcPr>
            <w:tcW w:w="2880" w:type="dxa"/>
          </w:tcPr>
          <w:p w14:paraId="73D12CAC" w14:textId="77777777" w:rsidR="00556EB1" w:rsidRDefault="00556EB1" w:rsidP="00CF4B69">
            <w:r>
              <w:t xml:space="preserve">who lived a long time </w:t>
            </w:r>
            <w:proofErr w:type="gramStart"/>
            <w:r>
              <w:t>ago.</w:t>
            </w:r>
            <w:proofErr w:type="gramEnd"/>
            <w:r>
              <w:t xml:space="preserve"> </w:t>
            </w:r>
          </w:p>
        </w:tc>
      </w:tr>
      <w:tr w:rsidR="00556EB1" w14:paraId="72B45CD8" w14:textId="77777777" w:rsidTr="00CF4B69">
        <w:tc>
          <w:tcPr>
            <w:tcW w:w="2880" w:type="dxa"/>
          </w:tcPr>
          <w:p w14:paraId="6B446114" w14:textId="77777777" w:rsidR="00556EB1" w:rsidRDefault="00556EB1" w:rsidP="00CF4B69">
            <w:r>
              <w:t>01:23:20:17</w:t>
            </w:r>
          </w:p>
        </w:tc>
        <w:tc>
          <w:tcPr>
            <w:tcW w:w="2880" w:type="dxa"/>
          </w:tcPr>
          <w:p w14:paraId="394D23F8" w14:textId="77777777" w:rsidR="00556EB1" w:rsidRDefault="00556EB1" w:rsidP="00CF4B69"/>
        </w:tc>
        <w:tc>
          <w:tcPr>
            <w:tcW w:w="2880" w:type="dxa"/>
          </w:tcPr>
          <w:p w14:paraId="5F69A38E" w14:textId="77777777" w:rsidR="00556EB1" w:rsidRDefault="00556EB1" w:rsidP="00CF4B69">
            <w:r>
              <w:t xml:space="preserve">He loved to go for walks in the woods, </w:t>
            </w:r>
          </w:p>
        </w:tc>
      </w:tr>
      <w:tr w:rsidR="00556EB1" w14:paraId="469C6759" w14:textId="77777777" w:rsidTr="00CF4B69">
        <w:tc>
          <w:tcPr>
            <w:tcW w:w="2880" w:type="dxa"/>
          </w:tcPr>
          <w:p w14:paraId="0C5AB7A5" w14:textId="77777777" w:rsidR="00556EB1" w:rsidRDefault="00556EB1" w:rsidP="00CF4B69">
            <w:r>
              <w:t>01:23:22:27</w:t>
            </w:r>
          </w:p>
        </w:tc>
        <w:tc>
          <w:tcPr>
            <w:tcW w:w="2880" w:type="dxa"/>
          </w:tcPr>
          <w:p w14:paraId="0F43DB15" w14:textId="77777777" w:rsidR="00556EB1" w:rsidRDefault="00556EB1" w:rsidP="00CF4B69"/>
        </w:tc>
        <w:tc>
          <w:tcPr>
            <w:tcW w:w="2880" w:type="dxa"/>
          </w:tcPr>
          <w:p w14:paraId="39387990" w14:textId="77777777" w:rsidR="00556EB1" w:rsidRDefault="00556EB1" w:rsidP="00CF4B69">
            <w:r>
              <w:t xml:space="preserve">but always came back with some seeds... </w:t>
            </w:r>
          </w:p>
        </w:tc>
      </w:tr>
      <w:tr w:rsidR="00556EB1" w14:paraId="4577EF12" w14:textId="77777777" w:rsidTr="00CF4B69">
        <w:tc>
          <w:tcPr>
            <w:tcW w:w="2880" w:type="dxa"/>
          </w:tcPr>
          <w:p w14:paraId="79359998" w14:textId="77777777" w:rsidR="00556EB1" w:rsidRDefault="00556EB1" w:rsidP="00CF4B69">
            <w:r>
              <w:t>01:23:25:14</w:t>
            </w:r>
          </w:p>
        </w:tc>
        <w:tc>
          <w:tcPr>
            <w:tcW w:w="2880" w:type="dxa"/>
          </w:tcPr>
          <w:p w14:paraId="18525B60" w14:textId="77777777" w:rsidR="00556EB1" w:rsidRDefault="00556EB1" w:rsidP="00CF4B69"/>
        </w:tc>
        <w:tc>
          <w:tcPr>
            <w:tcW w:w="2880" w:type="dxa"/>
          </w:tcPr>
          <w:p w14:paraId="2A882ECB" w14:textId="77777777" w:rsidR="00556EB1" w:rsidRDefault="00556EB1" w:rsidP="00CF4B69">
            <w:r>
              <w:t xml:space="preserve">stuck to his fur and clothes. </w:t>
            </w:r>
          </w:p>
        </w:tc>
      </w:tr>
      <w:tr w:rsidR="00556EB1" w14:paraId="18558F8A" w14:textId="77777777" w:rsidTr="00CF4B69">
        <w:tc>
          <w:tcPr>
            <w:tcW w:w="2880" w:type="dxa"/>
          </w:tcPr>
          <w:p w14:paraId="251B70C3" w14:textId="77777777" w:rsidR="00556EB1" w:rsidRDefault="00556EB1" w:rsidP="00CF4B69">
            <w:r>
              <w:lastRenderedPageBreak/>
              <w:t>01:23:27:20</w:t>
            </w:r>
          </w:p>
        </w:tc>
        <w:tc>
          <w:tcPr>
            <w:tcW w:w="2880" w:type="dxa"/>
          </w:tcPr>
          <w:p w14:paraId="28C1BFE9" w14:textId="77777777" w:rsidR="00556EB1" w:rsidRDefault="00556EB1" w:rsidP="00CF4B69"/>
        </w:tc>
        <w:tc>
          <w:tcPr>
            <w:tcW w:w="2880" w:type="dxa"/>
          </w:tcPr>
          <w:p w14:paraId="2BEC03AB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It's the same seeds we found! </w:t>
            </w:r>
          </w:p>
        </w:tc>
      </w:tr>
      <w:tr w:rsidR="00556EB1" w14:paraId="1752A587" w14:textId="77777777" w:rsidTr="00CF4B69">
        <w:tc>
          <w:tcPr>
            <w:tcW w:w="2880" w:type="dxa"/>
          </w:tcPr>
          <w:p w14:paraId="25706180" w14:textId="77777777" w:rsidR="00556EB1" w:rsidRDefault="00556EB1" w:rsidP="00CF4B69">
            <w:r>
              <w:t>01:23:29:25</w:t>
            </w:r>
          </w:p>
        </w:tc>
        <w:tc>
          <w:tcPr>
            <w:tcW w:w="2880" w:type="dxa"/>
          </w:tcPr>
          <w:p w14:paraId="63592019" w14:textId="77777777" w:rsidR="00556EB1" w:rsidRDefault="00556EB1" w:rsidP="00CF4B69"/>
        </w:tc>
        <w:tc>
          <w:tcPr>
            <w:tcW w:w="2880" w:type="dxa"/>
          </w:tcPr>
          <w:p w14:paraId="6D314C8D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That's right! </w:t>
            </w:r>
          </w:p>
        </w:tc>
      </w:tr>
      <w:tr w:rsidR="00556EB1" w14:paraId="4ECB70FA" w14:textId="77777777" w:rsidTr="00CF4B69">
        <w:tc>
          <w:tcPr>
            <w:tcW w:w="2880" w:type="dxa"/>
          </w:tcPr>
          <w:p w14:paraId="58A4D986" w14:textId="77777777" w:rsidR="00556EB1" w:rsidRDefault="00556EB1" w:rsidP="00CF4B69">
            <w:r>
              <w:t>01:23:31:02</w:t>
            </w:r>
          </w:p>
        </w:tc>
        <w:tc>
          <w:tcPr>
            <w:tcW w:w="2880" w:type="dxa"/>
          </w:tcPr>
          <w:p w14:paraId="4739CD56" w14:textId="77777777" w:rsidR="00556EB1" w:rsidRDefault="00556EB1" w:rsidP="00CF4B69"/>
        </w:tc>
        <w:tc>
          <w:tcPr>
            <w:tcW w:w="2880" w:type="dxa"/>
          </w:tcPr>
          <w:p w14:paraId="0F87260D" w14:textId="77777777" w:rsidR="00556EB1" w:rsidRDefault="00556EB1" w:rsidP="00CF4B69">
            <w:r>
              <w:t xml:space="preserve">The seed has little hooks so it can grab on to things </w:t>
            </w:r>
          </w:p>
        </w:tc>
      </w:tr>
      <w:tr w:rsidR="00556EB1" w14:paraId="1B104436" w14:textId="77777777" w:rsidTr="00CF4B69">
        <w:tc>
          <w:tcPr>
            <w:tcW w:w="2880" w:type="dxa"/>
          </w:tcPr>
          <w:p w14:paraId="6DB9FFC2" w14:textId="77777777" w:rsidR="00556EB1" w:rsidRDefault="00556EB1" w:rsidP="00CF4B69">
            <w:r>
              <w:t>01:23:34:06</w:t>
            </w:r>
          </w:p>
        </w:tc>
        <w:tc>
          <w:tcPr>
            <w:tcW w:w="2880" w:type="dxa"/>
          </w:tcPr>
          <w:p w14:paraId="1395A69F" w14:textId="77777777" w:rsidR="00556EB1" w:rsidRDefault="00556EB1" w:rsidP="00CF4B69"/>
        </w:tc>
        <w:tc>
          <w:tcPr>
            <w:tcW w:w="2880" w:type="dxa"/>
          </w:tcPr>
          <w:p w14:paraId="6F25E006" w14:textId="77777777" w:rsidR="00556EB1" w:rsidRDefault="00556EB1" w:rsidP="00CF4B69">
            <w:r>
              <w:t xml:space="preserve">and grow in different places. </w:t>
            </w:r>
          </w:p>
        </w:tc>
      </w:tr>
      <w:tr w:rsidR="00556EB1" w14:paraId="388F6D69" w14:textId="77777777" w:rsidTr="00CF4B69">
        <w:tc>
          <w:tcPr>
            <w:tcW w:w="2880" w:type="dxa"/>
          </w:tcPr>
          <w:p w14:paraId="5A15932C" w14:textId="77777777" w:rsidR="00556EB1" w:rsidRDefault="00556EB1" w:rsidP="00CF4B69">
            <w:r>
              <w:t>01:23:36:10</w:t>
            </w:r>
          </w:p>
        </w:tc>
        <w:tc>
          <w:tcPr>
            <w:tcW w:w="2880" w:type="dxa"/>
          </w:tcPr>
          <w:p w14:paraId="08BBEABC" w14:textId="77777777" w:rsidR="00556EB1" w:rsidRDefault="00556EB1" w:rsidP="00CF4B69"/>
        </w:tc>
        <w:tc>
          <w:tcPr>
            <w:tcW w:w="2880" w:type="dxa"/>
          </w:tcPr>
          <w:p w14:paraId="2C28E96B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George wondered if he could use the same idea... </w:t>
            </w:r>
          </w:p>
        </w:tc>
      </w:tr>
      <w:tr w:rsidR="00556EB1" w14:paraId="585AC982" w14:textId="77777777" w:rsidTr="00CF4B69">
        <w:tc>
          <w:tcPr>
            <w:tcW w:w="2880" w:type="dxa"/>
          </w:tcPr>
          <w:p w14:paraId="7165302E" w14:textId="77777777" w:rsidR="00556EB1" w:rsidRDefault="00556EB1" w:rsidP="00CF4B69">
            <w:r>
              <w:t>01:23:40:02</w:t>
            </w:r>
          </w:p>
        </w:tc>
        <w:tc>
          <w:tcPr>
            <w:tcW w:w="2880" w:type="dxa"/>
          </w:tcPr>
          <w:p w14:paraId="51F64926" w14:textId="77777777" w:rsidR="00556EB1" w:rsidRDefault="00556EB1" w:rsidP="00CF4B69"/>
        </w:tc>
        <w:tc>
          <w:tcPr>
            <w:tcW w:w="2880" w:type="dxa"/>
          </w:tcPr>
          <w:p w14:paraId="70611B22" w14:textId="77777777" w:rsidR="00556EB1" w:rsidRDefault="00556EB1" w:rsidP="00CF4B69">
            <w:r>
              <w:t xml:space="preserve">and make the hooks and loops himself. </w:t>
            </w:r>
          </w:p>
        </w:tc>
      </w:tr>
      <w:tr w:rsidR="00556EB1" w14:paraId="031CC112" w14:textId="77777777" w:rsidTr="00CF4B69">
        <w:tc>
          <w:tcPr>
            <w:tcW w:w="2880" w:type="dxa"/>
          </w:tcPr>
          <w:p w14:paraId="2DF15845" w14:textId="77777777" w:rsidR="00556EB1" w:rsidRDefault="00556EB1" w:rsidP="00CF4B69">
            <w:r>
              <w:t>01:23:42:23</w:t>
            </w:r>
          </w:p>
        </w:tc>
        <w:tc>
          <w:tcPr>
            <w:tcW w:w="2880" w:type="dxa"/>
          </w:tcPr>
          <w:p w14:paraId="1ED412F4" w14:textId="77777777" w:rsidR="00556EB1" w:rsidRDefault="00556EB1" w:rsidP="00CF4B69"/>
        </w:tc>
        <w:tc>
          <w:tcPr>
            <w:tcW w:w="2880" w:type="dxa"/>
          </w:tcPr>
          <w:p w14:paraId="48E7E3D8" w14:textId="77777777" w:rsidR="00556EB1" w:rsidRDefault="00556EB1" w:rsidP="00CF4B69">
            <w:r>
              <w:t xml:space="preserve">That way, he could get things to stick together. </w:t>
            </w:r>
          </w:p>
        </w:tc>
      </w:tr>
      <w:tr w:rsidR="00556EB1" w14:paraId="5501D879" w14:textId="77777777" w:rsidTr="00CF4B69">
        <w:tc>
          <w:tcPr>
            <w:tcW w:w="2880" w:type="dxa"/>
          </w:tcPr>
          <w:p w14:paraId="01277CBA" w14:textId="77777777" w:rsidR="00556EB1" w:rsidRDefault="00556EB1" w:rsidP="00CF4B69">
            <w:r>
              <w:t>01:23:51:18</w:t>
            </w:r>
          </w:p>
        </w:tc>
        <w:tc>
          <w:tcPr>
            <w:tcW w:w="2880" w:type="dxa"/>
          </w:tcPr>
          <w:p w14:paraId="62E88CFD" w14:textId="77777777" w:rsidR="00556EB1" w:rsidRDefault="00556EB1" w:rsidP="00CF4B69"/>
        </w:tc>
        <w:tc>
          <w:tcPr>
            <w:tcW w:w="2880" w:type="dxa"/>
          </w:tcPr>
          <w:p w14:paraId="0E75B733" w14:textId="77777777" w:rsidR="00556EB1" w:rsidRDefault="00556EB1" w:rsidP="00CF4B69">
            <w:r>
              <w:rPr>
                <w:b/>
              </w:rPr>
              <w:t xml:space="preserve">ELINOR: </w:t>
            </w:r>
            <w:r>
              <w:t xml:space="preserve">Wow. </w:t>
            </w:r>
          </w:p>
        </w:tc>
      </w:tr>
      <w:tr w:rsidR="00556EB1" w14:paraId="1F346374" w14:textId="77777777" w:rsidTr="00CF4B69">
        <w:tc>
          <w:tcPr>
            <w:tcW w:w="2880" w:type="dxa"/>
          </w:tcPr>
          <w:p w14:paraId="42DA7598" w14:textId="77777777" w:rsidR="00556EB1" w:rsidRDefault="00556EB1" w:rsidP="00CF4B69">
            <w:r>
              <w:t>01:23:52:24</w:t>
            </w:r>
          </w:p>
        </w:tc>
        <w:tc>
          <w:tcPr>
            <w:tcW w:w="2880" w:type="dxa"/>
          </w:tcPr>
          <w:p w14:paraId="51DE27AD" w14:textId="77777777" w:rsidR="00556EB1" w:rsidRDefault="00556EB1" w:rsidP="00CF4B69"/>
        </w:tc>
        <w:tc>
          <w:tcPr>
            <w:tcW w:w="2880" w:type="dxa"/>
          </w:tcPr>
          <w:p w14:paraId="52A5016C" w14:textId="77777777" w:rsidR="00556EB1" w:rsidRDefault="00556EB1" w:rsidP="00CF4B69">
            <w:r>
              <w:t xml:space="preserve">Nature really does have some good ideas, </w:t>
            </w:r>
            <w:proofErr w:type="spellStart"/>
            <w:r>
              <w:t>Mz</w:t>
            </w:r>
            <w:proofErr w:type="spellEnd"/>
            <w:r>
              <w:t xml:space="preserve">. Mole. </w:t>
            </w:r>
          </w:p>
        </w:tc>
      </w:tr>
      <w:tr w:rsidR="00556EB1" w14:paraId="5B0FD75E" w14:textId="77777777" w:rsidTr="00CF4B69">
        <w:tc>
          <w:tcPr>
            <w:tcW w:w="2880" w:type="dxa"/>
          </w:tcPr>
          <w:p w14:paraId="37D81D1A" w14:textId="77777777" w:rsidR="00556EB1" w:rsidRDefault="00556EB1" w:rsidP="00CF4B69">
            <w:r>
              <w:t>01:23:55:22</w:t>
            </w:r>
          </w:p>
        </w:tc>
        <w:tc>
          <w:tcPr>
            <w:tcW w:w="2880" w:type="dxa"/>
          </w:tcPr>
          <w:p w14:paraId="78E13E9E" w14:textId="77777777" w:rsidR="00556EB1" w:rsidRDefault="00556EB1" w:rsidP="00CF4B69"/>
        </w:tc>
        <w:tc>
          <w:tcPr>
            <w:tcW w:w="2880" w:type="dxa"/>
          </w:tcPr>
          <w:p w14:paraId="742C1ADF" w14:textId="77777777" w:rsidR="00556EB1" w:rsidRDefault="00556EB1" w:rsidP="00CF4B69">
            <w:r>
              <w:t xml:space="preserve">I'm glad we went to explore. </w:t>
            </w:r>
          </w:p>
        </w:tc>
      </w:tr>
      <w:tr w:rsidR="00556EB1" w14:paraId="42F3BB05" w14:textId="77777777" w:rsidTr="00CF4B69">
        <w:tc>
          <w:tcPr>
            <w:tcW w:w="2880" w:type="dxa"/>
          </w:tcPr>
          <w:p w14:paraId="09C622D1" w14:textId="77777777" w:rsidR="00556EB1" w:rsidRDefault="00556EB1" w:rsidP="00CF4B69">
            <w:r>
              <w:t>01:23:58:13</w:t>
            </w:r>
          </w:p>
        </w:tc>
        <w:tc>
          <w:tcPr>
            <w:tcW w:w="2880" w:type="dxa"/>
          </w:tcPr>
          <w:p w14:paraId="11327476" w14:textId="77777777" w:rsidR="00556EB1" w:rsidRDefault="00556EB1" w:rsidP="00CF4B69"/>
        </w:tc>
        <w:tc>
          <w:tcPr>
            <w:tcW w:w="2880" w:type="dxa"/>
          </w:tcPr>
          <w:p w14:paraId="57AA7FC0" w14:textId="77777777" w:rsidR="00556EB1" w:rsidRDefault="00556EB1" w:rsidP="00CF4B69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º </w:t>
            </w:r>
            <w:proofErr w:type="gramStart"/>
            <w:r>
              <w:t>Into</w:t>
            </w:r>
            <w:proofErr w:type="gramEnd"/>
            <w:r>
              <w:t xml:space="preserve"> the woods and under the trees, º </w:t>
            </w:r>
          </w:p>
        </w:tc>
      </w:tr>
      <w:tr w:rsidR="00556EB1" w14:paraId="058BF4C9" w14:textId="77777777" w:rsidTr="00CF4B69">
        <w:tc>
          <w:tcPr>
            <w:tcW w:w="2880" w:type="dxa"/>
          </w:tcPr>
          <w:p w14:paraId="1B5A9997" w14:textId="77777777" w:rsidR="00556EB1" w:rsidRDefault="00556EB1" w:rsidP="00CF4B69">
            <w:r>
              <w:t>01:24:01:09</w:t>
            </w:r>
          </w:p>
        </w:tc>
        <w:tc>
          <w:tcPr>
            <w:tcW w:w="2880" w:type="dxa"/>
          </w:tcPr>
          <w:p w14:paraId="7DC30979" w14:textId="77777777" w:rsidR="00556EB1" w:rsidRDefault="00556EB1" w:rsidP="00CF4B69"/>
        </w:tc>
        <w:tc>
          <w:tcPr>
            <w:tcW w:w="2880" w:type="dxa"/>
          </w:tcPr>
          <w:p w14:paraId="3E4F5C12" w14:textId="77777777" w:rsidR="00556EB1" w:rsidRDefault="00556EB1" w:rsidP="00CF4B69">
            <w:r>
              <w:t xml:space="preserve">º We can follow our curiosity! º </w:t>
            </w:r>
          </w:p>
        </w:tc>
      </w:tr>
      <w:tr w:rsidR="00556EB1" w14:paraId="0F00BB2E" w14:textId="77777777" w:rsidTr="00CF4B69">
        <w:tc>
          <w:tcPr>
            <w:tcW w:w="2880" w:type="dxa"/>
          </w:tcPr>
          <w:p w14:paraId="653A791E" w14:textId="77777777" w:rsidR="00556EB1" w:rsidRDefault="00556EB1" w:rsidP="00CF4B69">
            <w:r>
              <w:t>01:24:06:00</w:t>
            </w:r>
          </w:p>
        </w:tc>
        <w:tc>
          <w:tcPr>
            <w:tcW w:w="2880" w:type="dxa"/>
          </w:tcPr>
          <w:p w14:paraId="0F455349" w14:textId="77777777" w:rsidR="00556EB1" w:rsidRDefault="00556EB1" w:rsidP="00CF4B69"/>
        </w:tc>
        <w:tc>
          <w:tcPr>
            <w:tcW w:w="2880" w:type="dxa"/>
          </w:tcPr>
          <w:p w14:paraId="7198D3C2" w14:textId="77777777" w:rsidR="00556EB1" w:rsidRDefault="00556EB1" w:rsidP="00CF4B69">
            <w:r>
              <w:rPr>
                <w:b/>
              </w:rPr>
              <w:t xml:space="preserve">MZ. MOLE: </w:t>
            </w:r>
            <w:r>
              <w:t xml:space="preserve">[laughter] </w:t>
            </w:r>
          </w:p>
        </w:tc>
      </w:tr>
      <w:tr w:rsidR="00556EB1" w14:paraId="0F3E0B57" w14:textId="77777777" w:rsidTr="00CF4B69">
        <w:tc>
          <w:tcPr>
            <w:tcW w:w="2880" w:type="dxa"/>
          </w:tcPr>
          <w:p w14:paraId="2A19975F" w14:textId="77777777" w:rsidR="00556EB1" w:rsidRDefault="00556EB1" w:rsidP="00CF4B69">
            <w:r>
              <w:t>01:24:07:15</w:t>
            </w:r>
          </w:p>
        </w:tc>
        <w:tc>
          <w:tcPr>
            <w:tcW w:w="2880" w:type="dxa"/>
          </w:tcPr>
          <w:p w14:paraId="32D0F22D" w14:textId="77777777" w:rsidR="00556EB1" w:rsidRDefault="00556EB1" w:rsidP="00CF4B69"/>
        </w:tc>
        <w:tc>
          <w:tcPr>
            <w:tcW w:w="2880" w:type="dxa"/>
          </w:tcPr>
          <w:p w14:paraId="14E779F3" w14:textId="77777777" w:rsidR="00556EB1" w:rsidRDefault="00556EB1" w:rsidP="00CF4B69">
            <w:r>
              <w:t xml:space="preserve">Well, I think it's great that you followed your curiosity... </w:t>
            </w:r>
          </w:p>
        </w:tc>
      </w:tr>
      <w:tr w:rsidR="00556EB1" w14:paraId="4BF9FBBC" w14:textId="77777777" w:rsidTr="00CF4B69">
        <w:tc>
          <w:tcPr>
            <w:tcW w:w="2880" w:type="dxa"/>
          </w:tcPr>
          <w:p w14:paraId="5A45B496" w14:textId="77777777" w:rsidR="00556EB1" w:rsidRDefault="00556EB1" w:rsidP="00CF4B69">
            <w:r>
              <w:t>01:24:11:18</w:t>
            </w:r>
          </w:p>
        </w:tc>
        <w:tc>
          <w:tcPr>
            <w:tcW w:w="2880" w:type="dxa"/>
          </w:tcPr>
          <w:p w14:paraId="3F2DD03C" w14:textId="77777777" w:rsidR="00556EB1" w:rsidRDefault="00556EB1" w:rsidP="00CF4B69"/>
        </w:tc>
        <w:tc>
          <w:tcPr>
            <w:tcW w:w="2880" w:type="dxa"/>
          </w:tcPr>
          <w:p w14:paraId="5B9A5D4B" w14:textId="77777777" w:rsidR="00556EB1" w:rsidRDefault="00556EB1" w:rsidP="00CF4B69">
            <w:r>
              <w:t xml:space="preserve">and figured it out yourselves! </w:t>
            </w:r>
          </w:p>
        </w:tc>
      </w:tr>
      <w:tr w:rsidR="00556EB1" w14:paraId="5C1389D1" w14:textId="77777777" w:rsidTr="00CF4B69">
        <w:tc>
          <w:tcPr>
            <w:tcW w:w="2880" w:type="dxa"/>
          </w:tcPr>
          <w:p w14:paraId="503B2DF1" w14:textId="77777777" w:rsidR="00556EB1" w:rsidRDefault="00556EB1" w:rsidP="00CF4B69">
            <w:r>
              <w:t>01:24:15:05</w:t>
            </w:r>
          </w:p>
        </w:tc>
        <w:tc>
          <w:tcPr>
            <w:tcW w:w="2880" w:type="dxa"/>
          </w:tcPr>
          <w:p w14:paraId="095E5DCE" w14:textId="77777777" w:rsidR="00556EB1" w:rsidRDefault="00556EB1" w:rsidP="00CF4B69"/>
        </w:tc>
        <w:tc>
          <w:tcPr>
            <w:tcW w:w="2880" w:type="dxa"/>
          </w:tcPr>
          <w:p w14:paraId="044166DB" w14:textId="77777777" w:rsidR="00556EB1" w:rsidRDefault="00556EB1" w:rsidP="00CF4B69">
            <w:r>
              <w:rPr>
                <w:b/>
              </w:rPr>
              <w:t xml:space="preserve">OLIVE: </w:t>
            </w:r>
            <w:r>
              <w:t xml:space="preserve">Ah! </w:t>
            </w:r>
            <w:r>
              <w:rPr>
                <w:b/>
              </w:rPr>
              <w:t xml:space="preserve">ELINOR: </w:t>
            </w:r>
            <w:r>
              <w:t xml:space="preserve">Ah! </w:t>
            </w:r>
          </w:p>
        </w:tc>
      </w:tr>
      <w:tr w:rsidR="00556EB1" w14:paraId="3AD63D7A" w14:textId="77777777" w:rsidTr="00CF4B69">
        <w:tc>
          <w:tcPr>
            <w:tcW w:w="2880" w:type="dxa"/>
          </w:tcPr>
          <w:p w14:paraId="749B01D8" w14:textId="77777777" w:rsidR="00556EB1" w:rsidRDefault="00556EB1" w:rsidP="00CF4B69">
            <w:r>
              <w:t>01:24:16:08</w:t>
            </w:r>
          </w:p>
        </w:tc>
        <w:tc>
          <w:tcPr>
            <w:tcW w:w="2880" w:type="dxa"/>
          </w:tcPr>
          <w:p w14:paraId="79A2C363" w14:textId="77777777" w:rsidR="00556EB1" w:rsidRDefault="00556EB1" w:rsidP="00CF4B69"/>
        </w:tc>
        <w:tc>
          <w:tcPr>
            <w:tcW w:w="2880" w:type="dxa"/>
          </w:tcPr>
          <w:p w14:paraId="742E99FC" w14:textId="77777777" w:rsidR="00556EB1" w:rsidRDefault="00556EB1" w:rsidP="00CF4B69">
            <w:r>
              <w:rPr>
                <w:b/>
              </w:rPr>
              <w:t xml:space="preserve">ARI: </w:t>
            </w:r>
            <w:r>
              <w:t xml:space="preserve">Yeah, you could say we really stuck with it! </w:t>
            </w:r>
          </w:p>
        </w:tc>
      </w:tr>
      <w:tr w:rsidR="00556EB1" w14:paraId="75A21968" w14:textId="77777777" w:rsidTr="00CF4B69">
        <w:tc>
          <w:tcPr>
            <w:tcW w:w="2880" w:type="dxa"/>
          </w:tcPr>
          <w:p w14:paraId="48013E92" w14:textId="77777777" w:rsidR="00556EB1" w:rsidRDefault="00556EB1" w:rsidP="00CF4B69">
            <w:r>
              <w:t>01:24:20:04</w:t>
            </w:r>
          </w:p>
        </w:tc>
        <w:tc>
          <w:tcPr>
            <w:tcW w:w="2880" w:type="dxa"/>
          </w:tcPr>
          <w:p w14:paraId="72CA4B4A" w14:textId="77777777" w:rsidR="00556EB1" w:rsidRDefault="00556EB1" w:rsidP="00CF4B69"/>
        </w:tc>
        <w:tc>
          <w:tcPr>
            <w:tcW w:w="2880" w:type="dxa"/>
          </w:tcPr>
          <w:p w14:paraId="55B7576F" w14:textId="77777777" w:rsidR="00556EB1" w:rsidRDefault="00556EB1" w:rsidP="00CF4B69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556EB1" w14:paraId="12145B0F" w14:textId="77777777" w:rsidTr="00CF4B69">
        <w:tc>
          <w:tcPr>
            <w:tcW w:w="2880" w:type="dxa"/>
          </w:tcPr>
          <w:p w14:paraId="66B5B40C" w14:textId="77777777" w:rsidR="00556EB1" w:rsidRDefault="00556EB1" w:rsidP="00CF4B69">
            <w:r>
              <w:lastRenderedPageBreak/>
              <w:t>01:24:30:19</w:t>
            </w:r>
          </w:p>
        </w:tc>
        <w:tc>
          <w:tcPr>
            <w:tcW w:w="2880" w:type="dxa"/>
          </w:tcPr>
          <w:p w14:paraId="63C92792" w14:textId="77777777" w:rsidR="00556EB1" w:rsidRDefault="00556EB1" w:rsidP="00CF4B69"/>
        </w:tc>
        <w:tc>
          <w:tcPr>
            <w:tcW w:w="2880" w:type="dxa"/>
          </w:tcPr>
          <w:p w14:paraId="36FFE581" w14:textId="77777777" w:rsidR="00556EB1" w:rsidRDefault="00556EB1" w:rsidP="00CF4B69">
            <w:r>
              <w:t xml:space="preserve">[ººº] </w:t>
            </w:r>
          </w:p>
        </w:tc>
      </w:tr>
    </w:tbl>
    <w:p w14:paraId="543412D8" w14:textId="5EB23B63" w:rsidR="00292F2F" w:rsidRDefault="00292F2F"/>
    <w:sectPr w:rsidR="00292F2F" w:rsidSect="00034616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46813" w14:textId="77777777" w:rsidR="00556EB1" w:rsidRDefault="00556EB1" w:rsidP="00556EB1">
      <w:pPr>
        <w:spacing w:after="0" w:line="240" w:lineRule="auto"/>
      </w:pPr>
      <w:r>
        <w:separator/>
      </w:r>
    </w:p>
  </w:endnote>
  <w:endnote w:type="continuationSeparator" w:id="0">
    <w:p w14:paraId="3602265D" w14:textId="77777777" w:rsidR="00556EB1" w:rsidRDefault="00556EB1" w:rsidP="00556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26414" w14:textId="77777777" w:rsidR="00556EB1" w:rsidRDefault="00556EB1" w:rsidP="00556EB1">
      <w:pPr>
        <w:spacing w:after="0" w:line="240" w:lineRule="auto"/>
      </w:pPr>
      <w:r>
        <w:separator/>
      </w:r>
    </w:p>
  </w:footnote>
  <w:footnote w:type="continuationSeparator" w:id="0">
    <w:p w14:paraId="678E94A5" w14:textId="77777777" w:rsidR="00556EB1" w:rsidRDefault="00556EB1" w:rsidP="00556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7BB4B" w14:textId="785DA0A1" w:rsidR="00556EB1" w:rsidRDefault="00556EB1">
    <w:pPr>
      <w:pStyle w:val="Header"/>
    </w:pPr>
    <w:r>
      <w:t>EWW103B_TRANSCRIPT_BROADCAST</w:t>
    </w:r>
  </w:p>
  <w:p w14:paraId="7A896724" w14:textId="77777777" w:rsidR="00556EB1" w:rsidRDefault="00556E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EB1"/>
    <w:rsid w:val="00070A67"/>
    <w:rsid w:val="00292F2F"/>
    <w:rsid w:val="004F43B2"/>
    <w:rsid w:val="00556EB1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E0DAE"/>
  <w15:chartTrackingRefBased/>
  <w15:docId w15:val="{E2F941B7-3BB0-4F2C-B51C-C615DF24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56EB1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56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EB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56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EB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56EB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56EB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56EB1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556EB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56EB1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556EB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56EB1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556EB1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556EB1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556EB1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556EB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556EB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556EB1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556EB1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56EB1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556EB1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556EB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556EB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556EB1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556EB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556EB1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556EB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56EB1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556EB1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556EB1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556EB1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556EB1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556EB1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556EB1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556EB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556EB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556EB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556EB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2020-02-06T17:24:00Z</dcterms:created>
  <dcterms:modified xsi:type="dcterms:W3CDTF">2020-02-06T17:26:00Z</dcterms:modified>
</cp:coreProperties>
</file>