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CF0784" w:rsidTr="00F813BB">
        <w:tc>
          <w:tcPr>
            <w:tcW w:w="2880" w:type="dxa"/>
          </w:tcPr>
          <w:p w:rsidR="00CF0784" w:rsidRDefault="00F813BB">
            <w:r>
              <w:t>TC:</w:t>
            </w:r>
          </w:p>
        </w:tc>
        <w:tc>
          <w:tcPr>
            <w:tcW w:w="2880" w:type="dxa"/>
          </w:tcPr>
          <w:p w:rsidR="00CF0784" w:rsidRDefault="00F813BB">
            <w:r>
              <w:t>VIDEO:</w:t>
            </w:r>
          </w:p>
        </w:tc>
        <w:tc>
          <w:tcPr>
            <w:tcW w:w="2880" w:type="dxa"/>
          </w:tcPr>
          <w:p w:rsidR="00CF0784" w:rsidRDefault="00F813BB">
            <w:r>
              <w:t>AUDIO: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01:00:00:08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01:00:01:21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01:00:03:15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I see things that I want to know.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01:00:05:14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Wherever I am,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01:00:07:00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01:00:09:07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ºGo and explore, listen and see,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01:00:12:21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just follow your curiosity.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01:00:16:16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01:00:20:07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01:00:23:21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01:00:27:15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01:00:31:08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There's so much to learn,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01:00:33:07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wherever you turn,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01:00:35:02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just listen and see,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01:00:36:20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and follow your curiosity.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01:00:40:17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>[ººº]</w:t>
            </w:r>
            <w:r>
              <w:t xml:space="preserve">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01:00:42:09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01:00:46:04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01:00:49:18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01:00:53:12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01:01:00:15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01:01:07:23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"The Science of Staying Warm"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01:01:14:00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01:01:31:10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[sipping sounds]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01:01:34:02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01:01:36:23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KIDS: </w:t>
            </w:r>
            <w:r>
              <w:t xml:space="preserve">[laughs]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01:01:45:20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What a pretty snowflake!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01:01:49:23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Hurry, Olive!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01:01:51:03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It's time to play in the </w:t>
            </w:r>
            <w:proofErr w:type="spellStart"/>
            <w:r>
              <w:t>snoooow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01:01:53:17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Yeah, and I can't wait to try my...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01:01:55:12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new super speedy saucer sled.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01:01:58:13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Whoa! That's hard to say.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01:02:00:16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Super speedy saucer sled.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01:02:02:23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>[gi</w:t>
            </w:r>
            <w:r>
              <w:t xml:space="preserve">ggle]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01:02:04:02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Super speedy saucer sled.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01:02:05:12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Super speedy saucer sled.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01:02:07:00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Super speedy saucer sled!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01:02:09:05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Okay, I'm ready.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01:02:11:09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There's no time like snow time!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01:02:13:11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[trumpet]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01:02:15:09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[laughter] </w:t>
            </w:r>
            <w:r>
              <w:rPr>
                <w:b/>
              </w:rPr>
              <w:t xml:space="preserve">ARI: </w:t>
            </w:r>
            <w:r>
              <w:t xml:space="preserve">[laughter]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01:02:16:21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Alright!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01:02:19:15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OLIVE'S MOM: </w:t>
            </w:r>
            <w:r>
              <w:t xml:space="preserve">Olive, Sweetie.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01:02:21:07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Aren't you forgetting something?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01:02:23:10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Aw Mom, it takes forever...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01:02:25:19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to put all those winter clothes on.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01:02:28:08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OLIVE'S MOM: </w:t>
            </w:r>
            <w:r>
              <w:t xml:space="preserve">True, it takes more time,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01:02:30:09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but you know it's cold outside.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01:02:33:14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It's okay, Olive.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01:02:34:19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We'll wait for you.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01:02:35:21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Right, </w:t>
            </w:r>
            <w:r>
              <w:t xml:space="preserve">Ari?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01:02:36:21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01:02:38:04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Oh, uh... yeah.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01:02:40:00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proofErr w:type="gramStart"/>
            <w:r>
              <w:t>Sure</w:t>
            </w:r>
            <w:proofErr w:type="gramEnd"/>
            <w:r>
              <w:t xml:space="preserve"> we will!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01:02:41:13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OLIVE'S MOM: </w:t>
            </w:r>
            <w:r>
              <w:t xml:space="preserve">Come, come now, Olive.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01:02:43:04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bet if we work </w:t>
            </w:r>
            <w:proofErr w:type="gramStart"/>
            <w:r>
              <w:t>together</w:t>
            </w:r>
            <w:proofErr w:type="gramEnd"/>
            <w:r>
              <w:t xml:space="preserve"> we can get you ready...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01:02:45:21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in two shakes of a </w:t>
            </w:r>
            <w:proofErr w:type="gramStart"/>
            <w:r>
              <w:t>lambs</w:t>
            </w:r>
            <w:proofErr w:type="gramEnd"/>
            <w:r>
              <w:t xml:space="preserve"> </w:t>
            </w:r>
            <w:r>
              <w:t xml:space="preserve">tail.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01:02:48:15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Ready, set...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01:02:50:13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OLIVE'S MOM: </w:t>
            </w:r>
            <w:r>
              <w:t xml:space="preserve">[trumpet]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01:02:52:16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01:02:54:03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I love it when they do that.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01:02:56:16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01:02:58:09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[struggle]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01:03:01:23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01:03:27:08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[snoring]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01:03:29:22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[ahem]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01:03:30:22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[yawns] Huh?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01:03:32:14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Sorry I took so long. It's my winter clothes.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01:03:35:16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There's kind of a lot of them.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01:03:38:01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That's okay, Olive.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01:03:39:10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You're </w:t>
            </w:r>
            <w:proofErr w:type="gramStart"/>
            <w:r>
              <w:t>all ready</w:t>
            </w:r>
            <w:proofErr w:type="gramEnd"/>
            <w:r>
              <w:t xml:space="preserve"> now!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01:03:40:19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Come on!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01:03:41:23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have a need for saucer sled speed!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01:03:45:09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Woo!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01:03:47:01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Wait up Elinor.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01:03:49:01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Olive?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01:03:50:02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What's </w:t>
            </w:r>
            <w:r>
              <w:t xml:space="preserve">wrong?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01:03:51:08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I...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01:03:52:08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</w:t>
            </w:r>
            <w:proofErr w:type="gramStart"/>
            <w:r>
              <w:t>have to</w:t>
            </w:r>
            <w:proofErr w:type="gramEnd"/>
            <w:r>
              <w:t xml:space="preserve"> go to the bathroom.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01:03:54:17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[sigh]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01:04:01:06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Okay, I'm ready.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01:04:02:13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01:04:03:23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C'mon!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01:04:05:20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01:04:08:04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[laughs] Oh, this snow is perfect!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01:04:12:07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Are you thinking what I'm thinking?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01:04:16:03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proofErr w:type="gramStart"/>
            <w:r>
              <w:t>Snow Birds</w:t>
            </w:r>
            <w:proofErr w:type="gramEnd"/>
            <w:r>
              <w:t xml:space="preserve">! </w:t>
            </w:r>
            <w:r>
              <w:rPr>
                <w:b/>
              </w:rPr>
              <w:t xml:space="preserve">OLIVE: </w:t>
            </w:r>
            <w:proofErr w:type="gramStart"/>
            <w:r>
              <w:t>Snow Birds</w:t>
            </w:r>
            <w:proofErr w:type="gram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01:04:19:21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F813BB" w:rsidRDefault="00F813BB">
            <w:r>
              <w:rPr>
                <w:b/>
              </w:rPr>
              <w:t xml:space="preserve">ELINOR: </w:t>
            </w:r>
            <w:r>
              <w:t xml:space="preserve">[giggling] </w:t>
            </w:r>
          </w:p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[giggling]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01:04:23:08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Ready to look at our </w:t>
            </w:r>
            <w:proofErr w:type="gramStart"/>
            <w:r>
              <w:t xml:space="preserve">Snow </w:t>
            </w:r>
            <w:r>
              <w:t>Birds</w:t>
            </w:r>
            <w:proofErr w:type="gramEnd"/>
            <w:r>
              <w:t xml:space="preserve">, Olive?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01:04:25:13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Ready!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01:04:26:18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One, two, three!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01:04:29:18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... So pretty!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01:04:33:04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How's yours, Olive?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01:04:35:01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[efforts]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01:04:39:08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Uh... Help?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01:04:40:20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Huh!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01:04:41:20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I'm coming Olive!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01:04:43:03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[effort]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01:04:44:20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01:04:46:00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[sigh] My </w:t>
            </w:r>
            <w:proofErr w:type="gramStart"/>
            <w:r>
              <w:t>Snow Bird</w:t>
            </w:r>
            <w:proofErr w:type="gramEnd"/>
            <w:r>
              <w:t xml:space="preserve"> looks more like a snow-jellyfish!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01:04:50:18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wish my winter clothes weren't so big and puffy.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01:04:54:06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Look out </w:t>
            </w:r>
            <w:r>
              <w:t xml:space="preserve">below!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01:04:55:06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[gasp] </w:t>
            </w:r>
            <w:r>
              <w:rPr>
                <w:b/>
              </w:rPr>
              <w:t xml:space="preserve">OLIVE: </w:t>
            </w:r>
            <w:r>
              <w:t xml:space="preserve">Huh?!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01:04:56:17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proofErr w:type="spellStart"/>
            <w:r>
              <w:t>Whoooooaa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01:04:58:03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How do you steer this thing?!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01:05:00:01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proofErr w:type="spellStart"/>
            <w:r>
              <w:t>Whoooooaaaa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01:05:02:03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Ari!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01:05:04:03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01:05:06:05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think I'm stuck.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01:05:09:01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[giggles] Are you okay?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01:05:11:16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I'm okay!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01:05:13:01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But </w:t>
            </w:r>
            <w:proofErr w:type="spellStart"/>
            <w:r>
              <w:t>yeaaaah</w:t>
            </w:r>
            <w:proofErr w:type="spellEnd"/>
            <w:r>
              <w:t xml:space="preserve">....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01:05:15:08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That didn't go exactly as planned.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01:05:17:10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I'm </w:t>
            </w:r>
            <w:proofErr w:type="spellStart"/>
            <w:r>
              <w:t>gonna</w:t>
            </w:r>
            <w:proofErr w:type="spellEnd"/>
            <w:r>
              <w:t xml:space="preserve"> try it again. </w:t>
            </w:r>
            <w:proofErr w:type="spellStart"/>
            <w:r>
              <w:t>Wanna</w:t>
            </w:r>
            <w:proofErr w:type="spellEnd"/>
            <w:r>
              <w:t xml:space="preserve"> come?  [giggle]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01:05:20:20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Come on, </w:t>
            </w:r>
            <w:r>
              <w:t xml:space="preserve">Olive.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01:05:21:20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Let's go sledding!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01:05:24:07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Wait up, Elinor!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01:05:25:14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I'm [panting]...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01:05:27:10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...coming!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01:05:29:21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proofErr w:type="spellStart"/>
            <w:r>
              <w:t>Whooooaaa</w:t>
            </w:r>
            <w:proofErr w:type="spellEnd"/>
            <w:r>
              <w:t xml:space="preserve">... [grunts]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01:05:33:22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[sigh]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01:05:35:05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Uh oh.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01:05:36:14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Are you ok, Olive??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01:05:38:13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Yeah.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01:05:39:17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wish I didn't have to wear all these winter clothes,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01:05:42:16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they're so puffy it's hard to move.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01:05:45:08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[laughter]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01:05:50:00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01:05:56:13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There. Now I can move.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01:06:00:01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Hey!!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01:06:03:10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Oh yeah?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01:06:04:21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Well, now it's my turn, Javier.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01:06:07:12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Snowball fight!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01:06:10:08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F813BB" w:rsidRDefault="00F813BB">
            <w:r>
              <w:rPr>
                <w:b/>
              </w:rPr>
              <w:t xml:space="preserve">JAVIER: </w:t>
            </w:r>
            <w:r>
              <w:t xml:space="preserve">[giggles] </w:t>
            </w:r>
          </w:p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01:06:15:05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01:06:23:16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[shivers]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01:06:27:19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Hey Olive! Why didn't you come saucer sledding?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01:06:31:22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Olive?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01:06:36:12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Ahh... Th-that's b-b-better.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01:06:40:13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You got </w:t>
            </w:r>
            <w:proofErr w:type="gramStart"/>
            <w:r>
              <w:t>really cold</w:t>
            </w:r>
            <w:proofErr w:type="gramEnd"/>
            <w:r>
              <w:t xml:space="preserve"> out there, </w:t>
            </w:r>
            <w:r>
              <w:t xml:space="preserve">Olive.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01:06:43:10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It's not fair.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01:06:44:22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How come I </w:t>
            </w:r>
            <w:proofErr w:type="gramStart"/>
            <w:r>
              <w:t>have to</w:t>
            </w:r>
            <w:proofErr w:type="gramEnd"/>
            <w:r>
              <w:t xml:space="preserve"> wear big, puffy winter clothes...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01:06:47:17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when I go outside?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01:06:49:09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Other kids wear them too.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01:06:51:09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Look at Bodie.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01:06:52:12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He's </w:t>
            </w:r>
            <w:r>
              <w:t xml:space="preserve">wearing a full snowsuit.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01:06:55:08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ROLLIE: </w:t>
            </w:r>
            <w:r>
              <w:t xml:space="preserve">[laughter]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01:06:57:05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And so is </w:t>
            </w:r>
            <w:proofErr w:type="spellStart"/>
            <w:r>
              <w:t>Rollie</w:t>
            </w:r>
            <w:proofErr w:type="spellEnd"/>
            <w:r>
              <w:t xml:space="preserve">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01:06:58:18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01:07:00:01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But Javier isn't wearing a thick jacket.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01:07:02:07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neither are Mary or Lizzie.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01:07:05:00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Some of our friends are wearing lots of winter clothes,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01:07:08:10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some aren't.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01:07:09:22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That is so interesting!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01:07:12:13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I wonder why that is?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01:07:14:05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I don't know.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01:07:16:11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Wait, I </w:t>
            </w:r>
            <w:r>
              <w:t xml:space="preserve">have an idea.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01:07:18:13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Let's go back outside and find out.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01:07:21:23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Uh, I think I'll stay inside.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01:07:25:13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Okay, you stay here.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01:07:27:18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We need more observations!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01:07:30:01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01:07:33:20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proofErr w:type="gramStart"/>
            <w:r>
              <w:rPr>
                <w:b/>
              </w:rPr>
              <w:t>ELINOR:º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There's no time like snow time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01:07:36:12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When </w:t>
            </w:r>
            <w:proofErr w:type="gramStart"/>
            <w:r>
              <w:t>winter time</w:t>
            </w:r>
            <w:proofErr w:type="gramEnd"/>
            <w:r>
              <w:t xml:space="preserve"> is here.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01:07:39:02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Sliding, gliding, snowball fun,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01:07:41:12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What a time of year.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01:07:44:01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when the snow has fallen,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01:07:46:17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the </w:t>
            </w:r>
            <w:r>
              <w:t xml:space="preserve">lake has </w:t>
            </w:r>
            <w:proofErr w:type="spellStart"/>
            <w:r>
              <w:t>froze</w:t>
            </w:r>
            <w:proofErr w:type="spellEnd"/>
            <w:r>
              <w:t xml:space="preserve">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01:07:49:05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Different animals seem to wear,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01:07:51:16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Different kinds of clothes.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01:07:54:00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º Some wear cozy snowsuits,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01:07:56:12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</w:t>
            </w:r>
            <w:proofErr w:type="gramStart"/>
            <w:r>
              <w:t>With</w:t>
            </w:r>
            <w:proofErr w:type="gramEnd"/>
            <w:r>
              <w:t xml:space="preserve"> scarves and mitts and hats.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01:07:59:07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º </w:t>
            </w:r>
            <w:r>
              <w:t xml:space="preserve">Others wear their normal clothes,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01:08:01:15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Like goats and beavers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01:08:02:22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bats! </w:t>
            </w:r>
            <w:proofErr w:type="spellStart"/>
            <w:r>
              <w:t>Ahhh</w:t>
            </w:r>
            <w:proofErr w:type="spellEnd"/>
            <w:r>
              <w:t xml:space="preserve">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01:08:04:06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º There's no </w:t>
            </w:r>
            <w:r>
              <w:lastRenderedPageBreak/>
              <w:t xml:space="preserve">time like snow time,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01:08:06:17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when </w:t>
            </w:r>
            <w:proofErr w:type="gramStart"/>
            <w:r>
              <w:t>winter time</w:t>
            </w:r>
            <w:proofErr w:type="gramEnd"/>
            <w:r>
              <w:t xml:space="preserve"> is here.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01:08:09:07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>º Saucer sled</w:t>
            </w:r>
            <w:r>
              <w:t xml:space="preserve">ding, so much fun!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01:08:11:19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º What a time of year! º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01:08:13:13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01:08:17:02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01:08:18:08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Well, did you find anything out?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01:08:20:15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Yes and no.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01:08:22:08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Some of us wear lots of </w:t>
            </w:r>
            <w:r>
              <w:t xml:space="preserve">winter clothes.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01:08:24:17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some of us wear hardly any winter clothes at all.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01:08:28:14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Hmm, I know!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01:08:30:19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Let's make a chart so we can see what's the same...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01:08:33:13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what's different.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01:08:34:23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Wearing lots of winter clothes,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01:08:37:08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not wearing lots of winter clothes.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01:08:40:06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Tell me what everybody is wearing.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01:08:42:11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Let's see...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01:08:43:23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Bodie and </w:t>
            </w:r>
            <w:proofErr w:type="spellStart"/>
            <w:r>
              <w:t>Rollie</w:t>
            </w:r>
            <w:proofErr w:type="spellEnd"/>
            <w:r>
              <w:t xml:space="preserve"> are wearing full snowsuits.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01:08:48:13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Bodie and </w:t>
            </w:r>
            <w:proofErr w:type="spellStart"/>
            <w:r>
              <w:t>Rollie</w:t>
            </w:r>
            <w:proofErr w:type="spellEnd"/>
            <w:r>
              <w:t xml:space="preserve">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01:08:50:01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Got it.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01:08:51:07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Hmm....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01:08:53:05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Javier, Mary and Lizzie...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01:08:55:08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are only wearing scarves over their normal clothes.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01:08:58:20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Javier, Marie and Lizzie.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01:09:04:14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This saucer sled is awesome!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01:09:07:09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But </w:t>
            </w:r>
            <w:proofErr w:type="spellStart"/>
            <w:r>
              <w:t>kinda</w:t>
            </w:r>
            <w:proofErr w:type="spellEnd"/>
            <w:r>
              <w:t xml:space="preserve"> hard to control.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01:09:10:07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What are you guys doing?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01:09:11:18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We're trying to figure out why Olive got so cold.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01:09:15:11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Yeah, some of us need lots </w:t>
            </w:r>
            <w:r>
              <w:t xml:space="preserve">of winter clothes,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01:09:18:06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some of us don't!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01:09:20:08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Well, you can put me in the...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01:09:21:13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not-so-many winter clothes category.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01:09:24:02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like to let my fur fly free!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01:09:28:03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But we still don't </w:t>
            </w:r>
            <w:r>
              <w:t xml:space="preserve">know why...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01:09:30:23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Wait! Fur!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01:09:32:16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Ari, you have fur!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01:09:34:18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You bet I do!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01:09:41:15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And I have fur too!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01:09:49:10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And I don't need winter clothes...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01:09:51:00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to stay warm in the snow.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01:09:53:01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But I do!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01:09:54:11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I don't have fur.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01:09:55:23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Look!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01:10:01:18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That's it!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01:10:03:04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Our friends that don't have fur...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01:10:05:03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need winter clothes to stay warm.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01:10:07:06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Like Bodie and </w:t>
            </w:r>
            <w:proofErr w:type="spellStart"/>
            <w:r>
              <w:t>Rollie</w:t>
            </w:r>
            <w:proofErr w:type="spellEnd"/>
            <w:r>
              <w:t xml:space="preserve">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01:10:09:00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And me!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01:10:11:17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But our friends that do have fur...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01:10:13:23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don't need a lot of winter clothes.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01:10:16:00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That's amazing!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01:10:17:21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Having fur keeps you warm.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01:10:20:14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It's like </w:t>
            </w:r>
            <w:r>
              <w:t xml:space="preserve">having your own built-in snowsuit!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01:10:23:06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01:10:24:15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That's it! We figured it out!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01:10:26:14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Yes!!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01:10:28:00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01:10:29:01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[sigh] I wish I had fur like you guys,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01:10:32:02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proofErr w:type="gramStart"/>
            <w:r>
              <w:t>so</w:t>
            </w:r>
            <w:proofErr w:type="gramEnd"/>
            <w:r>
              <w:t xml:space="preserve"> I didn't have to wear all those wintery clothes.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01:10:35:04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Well, I wish I had a trunk like you,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01:10:36:19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proofErr w:type="gramStart"/>
            <w:r>
              <w:t>so</w:t>
            </w:r>
            <w:proofErr w:type="gramEnd"/>
            <w:r>
              <w:t xml:space="preserve"> I could do that thing that you and your Mom do.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01:10:40:00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You mean this?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01:10:41:04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[trumpets]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01:10:43:21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[laughs] Yeah, I love that.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01:10:47:22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I guess we're all just different,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01:10:50:04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and since I don't have fur...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01:10:52:17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guess I </w:t>
            </w:r>
            <w:proofErr w:type="gramStart"/>
            <w:r>
              <w:t>have to</w:t>
            </w:r>
            <w:proofErr w:type="gramEnd"/>
            <w:r>
              <w:t xml:space="preserve"> wear my winter clothes to stay warm.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01:10:56:01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>What are we waiti</w:t>
            </w:r>
            <w:r>
              <w:t xml:space="preserve">ng for?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01:10:57:11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Let's get outside before the snow melts!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01:10:59:23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Wahoo! </w:t>
            </w:r>
            <w:r>
              <w:rPr>
                <w:b/>
              </w:rPr>
              <w:t xml:space="preserve">OLIVE: </w:t>
            </w:r>
            <w:r>
              <w:t xml:space="preserve">[trumpets]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01:11:01:20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[ººº]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01:11:05:13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proofErr w:type="spellStart"/>
            <w:r>
              <w:t>Whoaa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01:11:06:14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01:11:10:06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01:11:14:00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Nice and warm, Olive?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01:11:15:13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01:11:16:19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Are you guys sure?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lastRenderedPageBreak/>
              <w:t>01:11:18:04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I still don't know how to steer this thing.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01:11:20:04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You don't have to.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01:11:21:08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Follow me!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01:11:23:08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proofErr w:type="spellStart"/>
            <w:r>
              <w:t>Woohooo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01:11:25:23</w:t>
            </w:r>
          </w:p>
        </w:tc>
        <w:tc>
          <w:tcPr>
            <w:tcW w:w="2880" w:type="dxa"/>
          </w:tcPr>
          <w:p w:rsidR="00CF0784" w:rsidRDefault="00CF0784">
            <w:bookmarkStart w:id="0" w:name="_GoBack"/>
            <w:bookmarkEnd w:id="0"/>
          </w:p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[grunts] See!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01:11:27:19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My snow clothes keep me warm and they make a path in the snow!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01:11:31:23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Come on you guys!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01:11:33:00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There's no time like snow time!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01:11:35:22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Super speedy saucer sled.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01:11:37:11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Super speedy saucer sled.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01:11:39:03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Super speedy saucer sled!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01:11:40:22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ELINOR: </w:t>
            </w:r>
            <w:r>
              <w:t xml:space="preserve">Yay! [giggles]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01:11:43:14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proofErr w:type="spellStart"/>
            <w:r>
              <w:t>Woohooo</w:t>
            </w:r>
            <w:proofErr w:type="spellEnd"/>
            <w:r>
              <w:t xml:space="preserve">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01:11:45:02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01:11:47:05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rPr>
                <w:b/>
              </w:rPr>
              <w:t xml:space="preserve">ARI: </w:t>
            </w:r>
            <w:r>
              <w:t xml:space="preserve">[giggle] I love </w:t>
            </w:r>
            <w:r>
              <w:t xml:space="preserve">snow!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01:11:50:14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F813BB" w:rsidRDefault="00F813BB">
            <w:r>
              <w:rPr>
                <w:b/>
              </w:rPr>
              <w:t xml:space="preserve">ELINOR: </w:t>
            </w:r>
            <w:r>
              <w:t>[giggle]</w:t>
            </w:r>
          </w:p>
          <w:p w:rsidR="00CF0784" w:rsidRDefault="00F813BB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CF0784" w:rsidTr="00F813BB">
        <w:tc>
          <w:tcPr>
            <w:tcW w:w="2880" w:type="dxa"/>
          </w:tcPr>
          <w:p w:rsidR="00CF0784" w:rsidRDefault="00F813BB">
            <w:r>
              <w:t>01:11:53:06</w:t>
            </w:r>
          </w:p>
        </w:tc>
        <w:tc>
          <w:tcPr>
            <w:tcW w:w="2880" w:type="dxa"/>
          </w:tcPr>
          <w:p w:rsidR="00CF0784" w:rsidRDefault="00CF0784"/>
        </w:tc>
        <w:tc>
          <w:tcPr>
            <w:tcW w:w="2880" w:type="dxa"/>
          </w:tcPr>
          <w:p w:rsidR="00CF0784" w:rsidRDefault="00F813BB">
            <w:r>
              <w:t xml:space="preserve">[giggles] </w:t>
            </w:r>
          </w:p>
        </w:tc>
      </w:tr>
    </w:tbl>
    <w:p w:rsidR="00CF0784" w:rsidRDefault="00CF0784"/>
    <w:sectPr w:rsidR="00CF078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3BB" w:rsidRDefault="00F813BB" w:rsidP="00F813BB">
      <w:pPr>
        <w:spacing w:after="0" w:line="240" w:lineRule="auto"/>
      </w:pPr>
      <w:r>
        <w:separator/>
      </w:r>
    </w:p>
  </w:endnote>
  <w:endnote w:type="continuationSeparator" w:id="0">
    <w:p w:rsidR="00F813BB" w:rsidRDefault="00F813BB" w:rsidP="00F81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3BB" w:rsidRDefault="00F813BB" w:rsidP="00F813BB">
      <w:pPr>
        <w:spacing w:after="0" w:line="240" w:lineRule="auto"/>
      </w:pPr>
      <w:r>
        <w:separator/>
      </w:r>
    </w:p>
  </w:footnote>
  <w:footnote w:type="continuationSeparator" w:id="0">
    <w:p w:rsidR="00F813BB" w:rsidRDefault="00F813BB" w:rsidP="00F81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3BB" w:rsidRDefault="00F813BB">
    <w:pPr>
      <w:pStyle w:val="Header"/>
    </w:pPr>
    <w:r>
      <w:t>EWW103A_TRANSCRIPT_DOM_INT</w:t>
    </w:r>
  </w:p>
  <w:p w:rsidR="00F813BB" w:rsidRDefault="00F8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F0784"/>
    <w:rsid w:val="00F813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C8A1F8"/>
  <w14:defaultImageDpi w14:val="300"/>
  <w15:docId w15:val="{FF6E0AE6-A4BD-4777-874B-B2C6BB79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F3CC65-9E71-4C15-B1D6-DF188B3C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2020-02-06T17:19:00Z</dcterms:created>
  <dcterms:modified xsi:type="dcterms:W3CDTF">2020-02-06T17:19:00Z</dcterms:modified>
  <cp:category/>
</cp:coreProperties>
</file>