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7"/>
        <w:gridCol w:w="2876"/>
        <w:gridCol w:w="2877"/>
      </w:tblGrid>
      <w:tr w:rsidR="00470CC7" w14:paraId="63DA50C1" w14:textId="77777777" w:rsidTr="00814BAB">
        <w:tc>
          <w:tcPr>
            <w:tcW w:w="2880" w:type="dxa"/>
          </w:tcPr>
          <w:p w14:paraId="7EC3DFC5" w14:textId="6FFDC53E" w:rsidR="00470CC7" w:rsidRDefault="00470CC7" w:rsidP="00814BAB">
            <w:r>
              <w:t>TC:</w:t>
            </w:r>
          </w:p>
        </w:tc>
        <w:tc>
          <w:tcPr>
            <w:tcW w:w="2880" w:type="dxa"/>
          </w:tcPr>
          <w:p w14:paraId="3B6C7AD5" w14:textId="534C8F92" w:rsidR="00470CC7" w:rsidRDefault="00470CC7" w:rsidP="00814BAB">
            <w:r>
              <w:t>VIDEO:</w:t>
            </w:r>
          </w:p>
        </w:tc>
        <w:tc>
          <w:tcPr>
            <w:tcW w:w="2880" w:type="dxa"/>
          </w:tcPr>
          <w:p w14:paraId="4BB1175E" w14:textId="73431B26" w:rsidR="00470CC7" w:rsidRDefault="00470CC7" w:rsidP="00814BAB">
            <w:r>
              <w:t>AUDIO:</w:t>
            </w:r>
          </w:p>
        </w:tc>
      </w:tr>
      <w:tr w:rsidR="00470CC7" w14:paraId="623CBD68" w14:textId="77777777" w:rsidTr="00814BAB">
        <w:tc>
          <w:tcPr>
            <w:tcW w:w="2880" w:type="dxa"/>
          </w:tcPr>
          <w:p w14:paraId="0A730A90" w14:textId="77777777" w:rsidR="00470CC7" w:rsidRDefault="00470CC7" w:rsidP="00814BAB">
            <w:r>
              <w:t>01:13:33:14</w:t>
            </w:r>
          </w:p>
        </w:tc>
        <w:tc>
          <w:tcPr>
            <w:tcW w:w="2880" w:type="dxa"/>
          </w:tcPr>
          <w:p w14:paraId="7A68E3B7" w14:textId="77777777" w:rsidR="00470CC7" w:rsidRDefault="00470CC7" w:rsidP="00814BAB"/>
        </w:tc>
        <w:tc>
          <w:tcPr>
            <w:tcW w:w="2880" w:type="dxa"/>
          </w:tcPr>
          <w:p w14:paraId="24F4E688" w14:textId="77777777" w:rsidR="00470CC7" w:rsidRDefault="00470CC7" w:rsidP="00814BAB">
            <w:r>
              <w:t xml:space="preserve">Elinor: "Owl Girl" </w:t>
            </w:r>
          </w:p>
        </w:tc>
      </w:tr>
      <w:tr w:rsidR="00470CC7" w14:paraId="610807D4" w14:textId="77777777" w:rsidTr="00814BAB">
        <w:tc>
          <w:tcPr>
            <w:tcW w:w="2880" w:type="dxa"/>
          </w:tcPr>
          <w:p w14:paraId="4F3B1BFE" w14:textId="77777777" w:rsidR="00470CC7" w:rsidRDefault="00470CC7" w:rsidP="00814BAB">
            <w:r>
              <w:t>01:13:34:14</w:t>
            </w:r>
          </w:p>
        </w:tc>
        <w:tc>
          <w:tcPr>
            <w:tcW w:w="2880" w:type="dxa"/>
          </w:tcPr>
          <w:p w14:paraId="29ADB79E" w14:textId="77777777" w:rsidR="00470CC7" w:rsidRDefault="00470CC7" w:rsidP="00814BAB"/>
        </w:tc>
        <w:tc>
          <w:tcPr>
            <w:tcW w:w="2880" w:type="dxa"/>
          </w:tcPr>
          <w:p w14:paraId="0869E1CC" w14:textId="77777777" w:rsidR="00470CC7" w:rsidRDefault="00470CC7" w:rsidP="00814BAB">
            <w:r>
              <w:t xml:space="preserve">[ººº] </w:t>
            </w:r>
          </w:p>
        </w:tc>
      </w:tr>
      <w:tr w:rsidR="00470CC7" w14:paraId="0EA3A924" w14:textId="77777777" w:rsidTr="00814BAB">
        <w:tc>
          <w:tcPr>
            <w:tcW w:w="2880" w:type="dxa"/>
          </w:tcPr>
          <w:p w14:paraId="0C213D1D" w14:textId="77777777" w:rsidR="00470CC7" w:rsidRDefault="00470CC7" w:rsidP="00814BAB">
            <w:r>
              <w:t>01:13:38:16</w:t>
            </w:r>
          </w:p>
        </w:tc>
        <w:tc>
          <w:tcPr>
            <w:tcW w:w="2880" w:type="dxa"/>
          </w:tcPr>
          <w:p w14:paraId="723246FE" w14:textId="77777777" w:rsidR="00470CC7" w:rsidRDefault="00470CC7" w:rsidP="00814BAB"/>
        </w:tc>
        <w:tc>
          <w:tcPr>
            <w:tcW w:w="2880" w:type="dxa"/>
          </w:tcPr>
          <w:p w14:paraId="0DDA66BA" w14:textId="77777777" w:rsidR="00470CC7" w:rsidRDefault="00470CC7" w:rsidP="00814BAB">
            <w:r>
              <w:rPr>
                <w:b/>
              </w:rPr>
              <w:t xml:space="preserve">OLIVE: </w:t>
            </w:r>
            <w:r>
              <w:t xml:space="preserve">I can't wait for school tomorrow. </w:t>
            </w:r>
          </w:p>
        </w:tc>
      </w:tr>
      <w:tr w:rsidR="00470CC7" w14:paraId="7D117958" w14:textId="77777777" w:rsidTr="00814BAB">
        <w:tc>
          <w:tcPr>
            <w:tcW w:w="2880" w:type="dxa"/>
          </w:tcPr>
          <w:p w14:paraId="379C8D11" w14:textId="77777777" w:rsidR="00470CC7" w:rsidRDefault="00470CC7" w:rsidP="00814BAB">
            <w:r>
              <w:t>01:13:40:16</w:t>
            </w:r>
          </w:p>
        </w:tc>
        <w:tc>
          <w:tcPr>
            <w:tcW w:w="2880" w:type="dxa"/>
          </w:tcPr>
          <w:p w14:paraId="0BDC877E" w14:textId="77777777" w:rsidR="00470CC7" w:rsidRDefault="00470CC7" w:rsidP="00814BAB"/>
        </w:tc>
        <w:tc>
          <w:tcPr>
            <w:tcW w:w="2880" w:type="dxa"/>
          </w:tcPr>
          <w:p w14:paraId="264696BC" w14:textId="77777777" w:rsidR="00470CC7" w:rsidRDefault="00470CC7" w:rsidP="00814BAB">
            <w:r>
              <w:rPr>
                <w:b/>
              </w:rPr>
              <w:t xml:space="preserve">ARI: </w:t>
            </w:r>
            <w:r>
              <w:t xml:space="preserve">Me too Olive. </w:t>
            </w:r>
          </w:p>
        </w:tc>
      </w:tr>
      <w:tr w:rsidR="00470CC7" w14:paraId="47BEF2EB" w14:textId="77777777" w:rsidTr="00814BAB">
        <w:tc>
          <w:tcPr>
            <w:tcW w:w="2880" w:type="dxa"/>
          </w:tcPr>
          <w:p w14:paraId="22691703" w14:textId="77777777" w:rsidR="00470CC7" w:rsidRDefault="00470CC7" w:rsidP="00814BAB">
            <w:r>
              <w:t>01:13:42:17</w:t>
            </w:r>
          </w:p>
        </w:tc>
        <w:tc>
          <w:tcPr>
            <w:tcW w:w="2880" w:type="dxa"/>
          </w:tcPr>
          <w:p w14:paraId="34A49340" w14:textId="77777777" w:rsidR="00470CC7" w:rsidRDefault="00470CC7" w:rsidP="00814BAB"/>
        </w:tc>
        <w:tc>
          <w:tcPr>
            <w:tcW w:w="2880" w:type="dxa"/>
          </w:tcPr>
          <w:p w14:paraId="28B1CAD4" w14:textId="77777777" w:rsidR="00470CC7" w:rsidRDefault="00470CC7" w:rsidP="00814BAB">
            <w:r>
              <w:rPr>
                <w:b/>
              </w:rPr>
              <w:t xml:space="preserve">ELINOR: </w:t>
            </w:r>
            <w:r>
              <w:t xml:space="preserve">[giggle] </w:t>
            </w:r>
          </w:p>
        </w:tc>
      </w:tr>
      <w:tr w:rsidR="00470CC7" w14:paraId="4C9FA402" w14:textId="77777777" w:rsidTr="00814BAB">
        <w:tc>
          <w:tcPr>
            <w:tcW w:w="2880" w:type="dxa"/>
          </w:tcPr>
          <w:p w14:paraId="0379FB4A" w14:textId="77777777" w:rsidR="00470CC7" w:rsidRDefault="00470CC7" w:rsidP="00814BAB">
            <w:r>
              <w:t>01:13:44:19</w:t>
            </w:r>
          </w:p>
        </w:tc>
        <w:tc>
          <w:tcPr>
            <w:tcW w:w="2880" w:type="dxa"/>
          </w:tcPr>
          <w:p w14:paraId="79A9F828" w14:textId="77777777" w:rsidR="00470CC7" w:rsidRDefault="00470CC7" w:rsidP="00814BAB">
            <w:bookmarkStart w:id="0" w:name="_GoBack"/>
            <w:bookmarkEnd w:id="0"/>
          </w:p>
        </w:tc>
        <w:tc>
          <w:tcPr>
            <w:tcW w:w="2880" w:type="dxa"/>
          </w:tcPr>
          <w:p w14:paraId="08A2122B" w14:textId="77777777" w:rsidR="00470CC7" w:rsidRDefault="00470CC7" w:rsidP="00814BAB">
            <w:r>
              <w:rPr>
                <w:b/>
              </w:rPr>
              <w:t xml:space="preserve">ARI: </w:t>
            </w:r>
            <w:r>
              <w:t xml:space="preserve">Wait, why? </w:t>
            </w:r>
          </w:p>
        </w:tc>
      </w:tr>
      <w:tr w:rsidR="00470CC7" w14:paraId="60C8CE7F" w14:textId="77777777" w:rsidTr="00814BAB">
        <w:tc>
          <w:tcPr>
            <w:tcW w:w="2880" w:type="dxa"/>
          </w:tcPr>
          <w:p w14:paraId="2363B6E5" w14:textId="77777777" w:rsidR="00470CC7" w:rsidRDefault="00470CC7" w:rsidP="00814BAB">
            <w:r>
              <w:t>01:13:46:21</w:t>
            </w:r>
          </w:p>
        </w:tc>
        <w:tc>
          <w:tcPr>
            <w:tcW w:w="2880" w:type="dxa"/>
          </w:tcPr>
          <w:p w14:paraId="436C44AF" w14:textId="77777777" w:rsidR="00470CC7" w:rsidRDefault="00470CC7" w:rsidP="00814BAB"/>
        </w:tc>
        <w:tc>
          <w:tcPr>
            <w:tcW w:w="2880" w:type="dxa"/>
          </w:tcPr>
          <w:p w14:paraId="2B93D115" w14:textId="77777777" w:rsidR="00470CC7" w:rsidRDefault="00470CC7" w:rsidP="00814BAB">
            <w:r>
              <w:rPr>
                <w:b/>
              </w:rPr>
              <w:t xml:space="preserve">OLIVE: </w:t>
            </w:r>
            <w:r>
              <w:t xml:space="preserve">[laughing] It's Costume Day, Ari! </w:t>
            </w:r>
          </w:p>
        </w:tc>
      </w:tr>
      <w:tr w:rsidR="00470CC7" w14:paraId="2B312112" w14:textId="77777777" w:rsidTr="00814BAB">
        <w:tc>
          <w:tcPr>
            <w:tcW w:w="2880" w:type="dxa"/>
          </w:tcPr>
          <w:p w14:paraId="12A6BD00" w14:textId="77777777" w:rsidR="00470CC7" w:rsidRDefault="00470CC7" w:rsidP="00814BAB">
            <w:r>
              <w:t>01:13:49:22</w:t>
            </w:r>
          </w:p>
        </w:tc>
        <w:tc>
          <w:tcPr>
            <w:tcW w:w="2880" w:type="dxa"/>
          </w:tcPr>
          <w:p w14:paraId="21AD5AD4" w14:textId="77777777" w:rsidR="00470CC7" w:rsidRDefault="00470CC7" w:rsidP="00814BAB"/>
        </w:tc>
        <w:tc>
          <w:tcPr>
            <w:tcW w:w="2880" w:type="dxa"/>
          </w:tcPr>
          <w:p w14:paraId="128248D7" w14:textId="77777777" w:rsidR="00470CC7" w:rsidRDefault="00470CC7" w:rsidP="00814BAB">
            <w:r>
              <w:rPr>
                <w:b/>
              </w:rPr>
              <w:t xml:space="preserve">ARI: </w:t>
            </w:r>
            <w:r>
              <w:t xml:space="preserve">Yes! Costume Day! </w:t>
            </w:r>
          </w:p>
        </w:tc>
      </w:tr>
      <w:tr w:rsidR="00470CC7" w14:paraId="007DACC4" w14:textId="77777777" w:rsidTr="00814BAB">
        <w:tc>
          <w:tcPr>
            <w:tcW w:w="2880" w:type="dxa"/>
          </w:tcPr>
          <w:p w14:paraId="16CE7586" w14:textId="77777777" w:rsidR="00470CC7" w:rsidRDefault="00470CC7" w:rsidP="00814BAB">
            <w:r>
              <w:t>01:13:51:19</w:t>
            </w:r>
          </w:p>
        </w:tc>
        <w:tc>
          <w:tcPr>
            <w:tcW w:w="2880" w:type="dxa"/>
          </w:tcPr>
          <w:p w14:paraId="097F622F" w14:textId="77777777" w:rsidR="00470CC7" w:rsidRDefault="00470CC7" w:rsidP="00814BAB"/>
        </w:tc>
        <w:tc>
          <w:tcPr>
            <w:tcW w:w="2880" w:type="dxa"/>
          </w:tcPr>
          <w:p w14:paraId="76E66A01" w14:textId="77777777" w:rsidR="00470CC7" w:rsidRDefault="00470CC7" w:rsidP="00814BAB">
            <w:r>
              <w:t xml:space="preserve">We get to wear a costume to school tomorrow! </w:t>
            </w:r>
          </w:p>
        </w:tc>
      </w:tr>
      <w:tr w:rsidR="00470CC7" w14:paraId="00935D08" w14:textId="77777777" w:rsidTr="00814BAB">
        <w:tc>
          <w:tcPr>
            <w:tcW w:w="2880" w:type="dxa"/>
          </w:tcPr>
          <w:p w14:paraId="70598D2D" w14:textId="77777777" w:rsidR="00470CC7" w:rsidRDefault="00470CC7" w:rsidP="00814BAB">
            <w:r>
              <w:t>01:13:54:11</w:t>
            </w:r>
          </w:p>
        </w:tc>
        <w:tc>
          <w:tcPr>
            <w:tcW w:w="2880" w:type="dxa"/>
          </w:tcPr>
          <w:p w14:paraId="3689FD79" w14:textId="77777777" w:rsidR="00470CC7" w:rsidRDefault="00470CC7" w:rsidP="00814BAB"/>
        </w:tc>
        <w:tc>
          <w:tcPr>
            <w:tcW w:w="2880" w:type="dxa"/>
          </w:tcPr>
          <w:p w14:paraId="66CDCF37" w14:textId="77777777" w:rsidR="00470CC7" w:rsidRDefault="00470CC7" w:rsidP="00814BAB">
            <w:r>
              <w:t xml:space="preserve">Remember last year? </w:t>
            </w:r>
          </w:p>
        </w:tc>
      </w:tr>
      <w:tr w:rsidR="00470CC7" w14:paraId="1B548CF6" w14:textId="77777777" w:rsidTr="00814BAB">
        <w:tc>
          <w:tcPr>
            <w:tcW w:w="2880" w:type="dxa"/>
          </w:tcPr>
          <w:p w14:paraId="3064AC89" w14:textId="77777777" w:rsidR="00470CC7" w:rsidRDefault="00470CC7" w:rsidP="00814BAB">
            <w:r>
              <w:t>01:13:56:10</w:t>
            </w:r>
          </w:p>
        </w:tc>
        <w:tc>
          <w:tcPr>
            <w:tcW w:w="2880" w:type="dxa"/>
          </w:tcPr>
          <w:p w14:paraId="213BD931" w14:textId="77777777" w:rsidR="00470CC7" w:rsidRDefault="00470CC7" w:rsidP="00814BAB"/>
        </w:tc>
        <w:tc>
          <w:tcPr>
            <w:tcW w:w="2880" w:type="dxa"/>
          </w:tcPr>
          <w:p w14:paraId="1007EE7B" w14:textId="77777777" w:rsidR="00470CC7" w:rsidRDefault="00470CC7" w:rsidP="00814BAB">
            <w:r>
              <w:rPr>
                <w:b/>
              </w:rPr>
              <w:t xml:space="preserve">ARI: </w:t>
            </w:r>
            <w:r>
              <w:t xml:space="preserve">I was a baseball and bat! </w:t>
            </w:r>
          </w:p>
        </w:tc>
      </w:tr>
      <w:tr w:rsidR="00470CC7" w14:paraId="0C4F4182" w14:textId="77777777" w:rsidTr="00814BAB">
        <w:tc>
          <w:tcPr>
            <w:tcW w:w="2880" w:type="dxa"/>
          </w:tcPr>
          <w:p w14:paraId="15B071E7" w14:textId="77777777" w:rsidR="00470CC7" w:rsidRDefault="00470CC7" w:rsidP="00814BAB">
            <w:r>
              <w:t>01:13:58:10</w:t>
            </w:r>
          </w:p>
        </w:tc>
        <w:tc>
          <w:tcPr>
            <w:tcW w:w="2880" w:type="dxa"/>
          </w:tcPr>
          <w:p w14:paraId="2D0E736A" w14:textId="77777777" w:rsidR="00470CC7" w:rsidRDefault="00470CC7" w:rsidP="00814BAB"/>
        </w:tc>
        <w:tc>
          <w:tcPr>
            <w:tcW w:w="2880" w:type="dxa"/>
          </w:tcPr>
          <w:p w14:paraId="1E6E6617" w14:textId="77777777" w:rsidR="00470CC7" w:rsidRDefault="00470CC7" w:rsidP="00814BAB">
            <w:r>
              <w:t xml:space="preserve">Get it? </w:t>
            </w:r>
          </w:p>
        </w:tc>
      </w:tr>
      <w:tr w:rsidR="00470CC7" w14:paraId="21A06B80" w14:textId="77777777" w:rsidTr="00814BAB">
        <w:tc>
          <w:tcPr>
            <w:tcW w:w="2880" w:type="dxa"/>
          </w:tcPr>
          <w:p w14:paraId="5790DC73" w14:textId="77777777" w:rsidR="00470CC7" w:rsidRDefault="00470CC7" w:rsidP="00814BAB">
            <w:r>
              <w:t>01:13:59:10</w:t>
            </w:r>
          </w:p>
        </w:tc>
        <w:tc>
          <w:tcPr>
            <w:tcW w:w="2880" w:type="dxa"/>
          </w:tcPr>
          <w:p w14:paraId="6B65FD28" w14:textId="77777777" w:rsidR="00470CC7" w:rsidRDefault="00470CC7" w:rsidP="00814BAB"/>
        </w:tc>
        <w:tc>
          <w:tcPr>
            <w:tcW w:w="2880" w:type="dxa"/>
          </w:tcPr>
          <w:p w14:paraId="42ADD3BA" w14:textId="77777777" w:rsidR="00470CC7" w:rsidRDefault="00470CC7" w:rsidP="00814BAB">
            <w:r>
              <w:t xml:space="preserve">Because I am a bat? </w:t>
            </w:r>
          </w:p>
        </w:tc>
      </w:tr>
      <w:tr w:rsidR="00470CC7" w14:paraId="09A9C609" w14:textId="77777777" w:rsidTr="00814BAB">
        <w:tc>
          <w:tcPr>
            <w:tcW w:w="2880" w:type="dxa"/>
          </w:tcPr>
          <w:p w14:paraId="2248DAAE" w14:textId="77777777" w:rsidR="00470CC7" w:rsidRDefault="00470CC7" w:rsidP="00814BAB">
            <w:r>
              <w:t>01:14:01:10</w:t>
            </w:r>
          </w:p>
        </w:tc>
        <w:tc>
          <w:tcPr>
            <w:tcW w:w="2880" w:type="dxa"/>
          </w:tcPr>
          <w:p w14:paraId="5FF9FC22" w14:textId="77777777" w:rsidR="00470CC7" w:rsidRDefault="00470CC7" w:rsidP="00814BAB"/>
        </w:tc>
        <w:tc>
          <w:tcPr>
            <w:tcW w:w="2880" w:type="dxa"/>
          </w:tcPr>
          <w:p w14:paraId="144A83AA" w14:textId="77777777" w:rsidR="00470CC7" w:rsidRDefault="00470CC7" w:rsidP="00814BAB">
            <w:r>
              <w:rPr>
                <w:b/>
              </w:rPr>
              <w:t xml:space="preserve">OLIVE: </w:t>
            </w:r>
            <w:r>
              <w:t>[</w:t>
            </w:r>
            <w:proofErr w:type="spellStart"/>
            <w:r>
              <w:t>lauhing</w:t>
            </w:r>
            <w:proofErr w:type="spellEnd"/>
            <w:r>
              <w:t xml:space="preserve">] I remember. </w:t>
            </w:r>
          </w:p>
        </w:tc>
      </w:tr>
      <w:tr w:rsidR="00470CC7" w14:paraId="3675D88A" w14:textId="77777777" w:rsidTr="00814BAB">
        <w:tc>
          <w:tcPr>
            <w:tcW w:w="2880" w:type="dxa"/>
          </w:tcPr>
          <w:p w14:paraId="511F005D" w14:textId="77777777" w:rsidR="00470CC7" w:rsidRDefault="00470CC7" w:rsidP="00814BAB">
            <w:r>
              <w:t>01:14:03:01</w:t>
            </w:r>
          </w:p>
        </w:tc>
        <w:tc>
          <w:tcPr>
            <w:tcW w:w="2880" w:type="dxa"/>
          </w:tcPr>
          <w:p w14:paraId="2D5DD95C" w14:textId="77777777" w:rsidR="00470CC7" w:rsidRDefault="00470CC7" w:rsidP="00814BAB"/>
        </w:tc>
        <w:tc>
          <w:tcPr>
            <w:tcW w:w="2880" w:type="dxa"/>
          </w:tcPr>
          <w:p w14:paraId="046875A4" w14:textId="77777777" w:rsidR="00470CC7" w:rsidRDefault="00470CC7" w:rsidP="00814BAB">
            <w:r>
              <w:t xml:space="preserve">It was so funny. </w:t>
            </w:r>
          </w:p>
        </w:tc>
      </w:tr>
      <w:tr w:rsidR="00470CC7" w14:paraId="04F3594F" w14:textId="77777777" w:rsidTr="00814BAB">
        <w:tc>
          <w:tcPr>
            <w:tcW w:w="2880" w:type="dxa"/>
          </w:tcPr>
          <w:p w14:paraId="6200F64E" w14:textId="77777777" w:rsidR="00470CC7" w:rsidRDefault="00470CC7" w:rsidP="00814BAB">
            <w:r>
              <w:t>01:14:04:04</w:t>
            </w:r>
          </w:p>
        </w:tc>
        <w:tc>
          <w:tcPr>
            <w:tcW w:w="2880" w:type="dxa"/>
          </w:tcPr>
          <w:p w14:paraId="59F5F5D0" w14:textId="77777777" w:rsidR="00470CC7" w:rsidRDefault="00470CC7" w:rsidP="00814BAB"/>
        </w:tc>
        <w:tc>
          <w:tcPr>
            <w:tcW w:w="2880" w:type="dxa"/>
          </w:tcPr>
          <w:p w14:paraId="4BE4007B" w14:textId="77777777" w:rsidR="00470CC7" w:rsidRDefault="00470CC7" w:rsidP="00814BAB">
            <w:r>
              <w:t xml:space="preserve">[frog croak] </w:t>
            </w:r>
          </w:p>
        </w:tc>
      </w:tr>
      <w:tr w:rsidR="00470CC7" w14:paraId="3D9CE0C0" w14:textId="77777777" w:rsidTr="00814BAB">
        <w:tc>
          <w:tcPr>
            <w:tcW w:w="2880" w:type="dxa"/>
          </w:tcPr>
          <w:p w14:paraId="06B5F163" w14:textId="77777777" w:rsidR="00470CC7" w:rsidRDefault="00470CC7" w:rsidP="00814BAB">
            <w:r>
              <w:t>01:14:05:04</w:t>
            </w:r>
          </w:p>
        </w:tc>
        <w:tc>
          <w:tcPr>
            <w:tcW w:w="2880" w:type="dxa"/>
          </w:tcPr>
          <w:p w14:paraId="0CFA1399" w14:textId="77777777" w:rsidR="00470CC7" w:rsidRDefault="00470CC7" w:rsidP="00814BAB"/>
        </w:tc>
        <w:tc>
          <w:tcPr>
            <w:tcW w:w="2880" w:type="dxa"/>
          </w:tcPr>
          <w:p w14:paraId="70CE83A2" w14:textId="77777777" w:rsidR="00470CC7" w:rsidRDefault="00470CC7" w:rsidP="00814BAB">
            <w:r>
              <w:rPr>
                <w:b/>
              </w:rPr>
              <w:t xml:space="preserve">ARI: </w:t>
            </w:r>
            <w:r>
              <w:t xml:space="preserve">This year, I'm going to be something super cool... </w:t>
            </w:r>
          </w:p>
        </w:tc>
      </w:tr>
      <w:tr w:rsidR="00470CC7" w14:paraId="1567D3B1" w14:textId="77777777" w:rsidTr="00814BAB">
        <w:tc>
          <w:tcPr>
            <w:tcW w:w="2880" w:type="dxa"/>
          </w:tcPr>
          <w:p w14:paraId="46670C2D" w14:textId="77777777" w:rsidR="00470CC7" w:rsidRDefault="00470CC7" w:rsidP="00814BAB">
            <w:r>
              <w:t>01:14:09:01</w:t>
            </w:r>
          </w:p>
        </w:tc>
        <w:tc>
          <w:tcPr>
            <w:tcW w:w="2880" w:type="dxa"/>
          </w:tcPr>
          <w:p w14:paraId="7A4AFFCC" w14:textId="77777777" w:rsidR="00470CC7" w:rsidRDefault="00470CC7" w:rsidP="00814BAB"/>
        </w:tc>
        <w:tc>
          <w:tcPr>
            <w:tcW w:w="2880" w:type="dxa"/>
          </w:tcPr>
          <w:p w14:paraId="2A443311" w14:textId="77777777" w:rsidR="00470CC7" w:rsidRDefault="00470CC7" w:rsidP="00814BAB">
            <w:r>
              <w:t xml:space="preserve">and mysterious. </w:t>
            </w:r>
          </w:p>
        </w:tc>
      </w:tr>
      <w:tr w:rsidR="00470CC7" w14:paraId="2CAD103F" w14:textId="77777777" w:rsidTr="00814BAB">
        <w:tc>
          <w:tcPr>
            <w:tcW w:w="2880" w:type="dxa"/>
          </w:tcPr>
          <w:p w14:paraId="4B30EFD6" w14:textId="77777777" w:rsidR="00470CC7" w:rsidRDefault="00470CC7" w:rsidP="00814BAB">
            <w:r>
              <w:t>01:14:11:13</w:t>
            </w:r>
          </w:p>
        </w:tc>
        <w:tc>
          <w:tcPr>
            <w:tcW w:w="2880" w:type="dxa"/>
          </w:tcPr>
          <w:p w14:paraId="2F6DC9F9" w14:textId="77777777" w:rsidR="00470CC7" w:rsidRDefault="00470CC7" w:rsidP="00814BAB"/>
        </w:tc>
        <w:tc>
          <w:tcPr>
            <w:tcW w:w="2880" w:type="dxa"/>
          </w:tcPr>
          <w:p w14:paraId="21EA1825" w14:textId="77777777" w:rsidR="00470CC7" w:rsidRDefault="00470CC7" w:rsidP="00814BAB">
            <w:r>
              <w:rPr>
                <w:b/>
              </w:rPr>
              <w:t xml:space="preserve">ARI: </w:t>
            </w:r>
            <w:r>
              <w:t xml:space="preserve">[giggles] </w:t>
            </w:r>
            <w:proofErr w:type="spellStart"/>
            <w:r>
              <w:t>Whooops</w:t>
            </w:r>
            <w:proofErr w:type="spellEnd"/>
            <w:r>
              <w:t xml:space="preserve">, careful Elinor!! </w:t>
            </w:r>
          </w:p>
        </w:tc>
      </w:tr>
      <w:tr w:rsidR="00470CC7" w14:paraId="4C1ECC46" w14:textId="77777777" w:rsidTr="00814BAB">
        <w:tc>
          <w:tcPr>
            <w:tcW w:w="2880" w:type="dxa"/>
          </w:tcPr>
          <w:p w14:paraId="0654FB56" w14:textId="77777777" w:rsidR="00470CC7" w:rsidRDefault="00470CC7" w:rsidP="00814BAB">
            <w:r>
              <w:t>01:14:14:00</w:t>
            </w:r>
          </w:p>
        </w:tc>
        <w:tc>
          <w:tcPr>
            <w:tcW w:w="2880" w:type="dxa"/>
          </w:tcPr>
          <w:p w14:paraId="053AB96F" w14:textId="77777777" w:rsidR="00470CC7" w:rsidRDefault="00470CC7" w:rsidP="00814BAB"/>
        </w:tc>
        <w:tc>
          <w:tcPr>
            <w:tcW w:w="2880" w:type="dxa"/>
          </w:tcPr>
          <w:p w14:paraId="38E88ABA" w14:textId="77777777" w:rsidR="00470CC7" w:rsidRDefault="00470CC7" w:rsidP="00814BAB">
            <w:r>
              <w:rPr>
                <w:b/>
              </w:rPr>
              <w:t xml:space="preserve">ELINOR: </w:t>
            </w:r>
            <w:r>
              <w:t xml:space="preserve">Sorry, Ari. </w:t>
            </w:r>
          </w:p>
        </w:tc>
      </w:tr>
      <w:tr w:rsidR="00470CC7" w14:paraId="6E82BDE1" w14:textId="77777777" w:rsidTr="00814BAB">
        <w:tc>
          <w:tcPr>
            <w:tcW w:w="2880" w:type="dxa"/>
          </w:tcPr>
          <w:p w14:paraId="548F76F0" w14:textId="77777777" w:rsidR="00470CC7" w:rsidRDefault="00470CC7" w:rsidP="00814BAB">
            <w:r>
              <w:lastRenderedPageBreak/>
              <w:t>01:14:15:06</w:t>
            </w:r>
          </w:p>
        </w:tc>
        <w:tc>
          <w:tcPr>
            <w:tcW w:w="2880" w:type="dxa"/>
          </w:tcPr>
          <w:p w14:paraId="1ED2C967" w14:textId="77777777" w:rsidR="00470CC7" w:rsidRDefault="00470CC7" w:rsidP="00814BAB"/>
        </w:tc>
        <w:tc>
          <w:tcPr>
            <w:tcW w:w="2880" w:type="dxa"/>
          </w:tcPr>
          <w:p w14:paraId="178543B2" w14:textId="77777777" w:rsidR="00470CC7" w:rsidRDefault="00470CC7" w:rsidP="00814BAB">
            <w:r>
              <w:t xml:space="preserve">Hmm... </w:t>
            </w:r>
          </w:p>
        </w:tc>
      </w:tr>
      <w:tr w:rsidR="00470CC7" w14:paraId="1BC7064D" w14:textId="77777777" w:rsidTr="00814BAB">
        <w:tc>
          <w:tcPr>
            <w:tcW w:w="2880" w:type="dxa"/>
          </w:tcPr>
          <w:p w14:paraId="28BB661D" w14:textId="77777777" w:rsidR="00470CC7" w:rsidRDefault="00470CC7" w:rsidP="00814BAB">
            <w:r>
              <w:t>01:14:16:14</w:t>
            </w:r>
          </w:p>
        </w:tc>
        <w:tc>
          <w:tcPr>
            <w:tcW w:w="2880" w:type="dxa"/>
          </w:tcPr>
          <w:p w14:paraId="3849264D" w14:textId="77777777" w:rsidR="00470CC7" w:rsidRDefault="00470CC7" w:rsidP="00814BAB"/>
        </w:tc>
        <w:tc>
          <w:tcPr>
            <w:tcW w:w="2880" w:type="dxa"/>
          </w:tcPr>
          <w:p w14:paraId="694F218D" w14:textId="77777777" w:rsidR="00470CC7" w:rsidRDefault="00470CC7" w:rsidP="00814BAB">
            <w:r>
              <w:t xml:space="preserve">Maybe I'll dress up as a frog. </w:t>
            </w:r>
          </w:p>
        </w:tc>
      </w:tr>
      <w:tr w:rsidR="00470CC7" w14:paraId="50F31BDE" w14:textId="77777777" w:rsidTr="00814BAB">
        <w:tc>
          <w:tcPr>
            <w:tcW w:w="2880" w:type="dxa"/>
          </w:tcPr>
          <w:p w14:paraId="3D4976EA" w14:textId="77777777" w:rsidR="00470CC7" w:rsidRDefault="00470CC7" w:rsidP="00814BAB">
            <w:r>
              <w:t>01:14:19:13</w:t>
            </w:r>
          </w:p>
        </w:tc>
        <w:tc>
          <w:tcPr>
            <w:tcW w:w="2880" w:type="dxa"/>
          </w:tcPr>
          <w:p w14:paraId="4663B8AA" w14:textId="77777777" w:rsidR="00470CC7" w:rsidRDefault="00470CC7" w:rsidP="00814BAB"/>
        </w:tc>
        <w:tc>
          <w:tcPr>
            <w:tcW w:w="2880" w:type="dxa"/>
          </w:tcPr>
          <w:p w14:paraId="7AB01A6F" w14:textId="77777777" w:rsidR="00470CC7" w:rsidRDefault="00470CC7" w:rsidP="00814BAB">
            <w:r>
              <w:rPr>
                <w:b/>
              </w:rPr>
              <w:t xml:space="preserve">ARI: </w:t>
            </w:r>
            <w:proofErr w:type="gramStart"/>
            <w:r>
              <w:t>So</w:t>
            </w:r>
            <w:proofErr w:type="gramEnd"/>
            <w:r>
              <w:t xml:space="preserve"> what are you going to dress up as, Olive? </w:t>
            </w:r>
          </w:p>
        </w:tc>
      </w:tr>
      <w:tr w:rsidR="00470CC7" w14:paraId="0D492448" w14:textId="77777777" w:rsidTr="00814BAB">
        <w:tc>
          <w:tcPr>
            <w:tcW w:w="2880" w:type="dxa"/>
          </w:tcPr>
          <w:p w14:paraId="1981041E" w14:textId="77777777" w:rsidR="00470CC7" w:rsidRDefault="00470CC7" w:rsidP="00814BAB">
            <w:r>
              <w:t>01:14:23:15</w:t>
            </w:r>
          </w:p>
        </w:tc>
        <w:tc>
          <w:tcPr>
            <w:tcW w:w="2880" w:type="dxa"/>
          </w:tcPr>
          <w:p w14:paraId="0587BF08" w14:textId="77777777" w:rsidR="00470CC7" w:rsidRDefault="00470CC7" w:rsidP="00814BAB"/>
        </w:tc>
        <w:tc>
          <w:tcPr>
            <w:tcW w:w="2880" w:type="dxa"/>
          </w:tcPr>
          <w:p w14:paraId="43B83800" w14:textId="77777777" w:rsidR="00470CC7" w:rsidRDefault="00470CC7" w:rsidP="00814BAB">
            <w:r>
              <w:rPr>
                <w:b/>
              </w:rPr>
              <w:t xml:space="preserve">OLIVE: </w:t>
            </w:r>
            <w:r>
              <w:t xml:space="preserve">I've been working on my costume for days! </w:t>
            </w:r>
          </w:p>
        </w:tc>
      </w:tr>
      <w:tr w:rsidR="00470CC7" w14:paraId="0ACB3A71" w14:textId="77777777" w:rsidTr="00814BAB">
        <w:tc>
          <w:tcPr>
            <w:tcW w:w="2880" w:type="dxa"/>
          </w:tcPr>
          <w:p w14:paraId="4A018E2F" w14:textId="77777777" w:rsidR="00470CC7" w:rsidRDefault="00470CC7" w:rsidP="00814BAB">
            <w:r>
              <w:t>01:14:26:13</w:t>
            </w:r>
          </w:p>
        </w:tc>
        <w:tc>
          <w:tcPr>
            <w:tcW w:w="2880" w:type="dxa"/>
          </w:tcPr>
          <w:p w14:paraId="38B88B79" w14:textId="77777777" w:rsidR="00470CC7" w:rsidRDefault="00470CC7" w:rsidP="00814BAB"/>
        </w:tc>
        <w:tc>
          <w:tcPr>
            <w:tcW w:w="2880" w:type="dxa"/>
          </w:tcPr>
          <w:p w14:paraId="1ACB781A" w14:textId="77777777" w:rsidR="00470CC7" w:rsidRDefault="00470CC7" w:rsidP="00814BAB">
            <w:r>
              <w:rPr>
                <w:b/>
              </w:rPr>
              <w:t xml:space="preserve">ARI: </w:t>
            </w:r>
            <w:r>
              <w:t xml:space="preserve">Let me guess: is it a.... a banana? </w:t>
            </w:r>
          </w:p>
        </w:tc>
      </w:tr>
      <w:tr w:rsidR="00470CC7" w14:paraId="2E310B3C" w14:textId="77777777" w:rsidTr="00814BAB">
        <w:tc>
          <w:tcPr>
            <w:tcW w:w="2880" w:type="dxa"/>
          </w:tcPr>
          <w:p w14:paraId="318DAEFC" w14:textId="77777777" w:rsidR="00470CC7" w:rsidRDefault="00470CC7" w:rsidP="00814BAB">
            <w:r>
              <w:t>01:14:29:23</w:t>
            </w:r>
          </w:p>
        </w:tc>
        <w:tc>
          <w:tcPr>
            <w:tcW w:w="2880" w:type="dxa"/>
          </w:tcPr>
          <w:p w14:paraId="237EBA49" w14:textId="77777777" w:rsidR="00470CC7" w:rsidRDefault="00470CC7" w:rsidP="00814BAB"/>
        </w:tc>
        <w:tc>
          <w:tcPr>
            <w:tcW w:w="2880" w:type="dxa"/>
          </w:tcPr>
          <w:p w14:paraId="4FBD59F6" w14:textId="77777777" w:rsidR="00470CC7" w:rsidRDefault="00470CC7" w:rsidP="00814BAB">
            <w:r>
              <w:rPr>
                <w:b/>
              </w:rPr>
              <w:t xml:space="preserve">OLIVE: </w:t>
            </w:r>
            <w:r>
              <w:t xml:space="preserve">A banana??? [laughs] No... </w:t>
            </w:r>
          </w:p>
        </w:tc>
      </w:tr>
      <w:tr w:rsidR="00470CC7" w14:paraId="553DA92B" w14:textId="77777777" w:rsidTr="00814BAB">
        <w:tc>
          <w:tcPr>
            <w:tcW w:w="2880" w:type="dxa"/>
          </w:tcPr>
          <w:p w14:paraId="2A88C09C" w14:textId="77777777" w:rsidR="00470CC7" w:rsidRDefault="00470CC7" w:rsidP="00814BAB">
            <w:r>
              <w:t>01:14:32:07</w:t>
            </w:r>
          </w:p>
        </w:tc>
        <w:tc>
          <w:tcPr>
            <w:tcW w:w="2880" w:type="dxa"/>
          </w:tcPr>
          <w:p w14:paraId="5B51E2E8" w14:textId="77777777" w:rsidR="00470CC7" w:rsidRDefault="00470CC7" w:rsidP="00814BAB"/>
        </w:tc>
        <w:tc>
          <w:tcPr>
            <w:tcW w:w="2880" w:type="dxa"/>
          </w:tcPr>
          <w:p w14:paraId="6F7ACDFF" w14:textId="77777777" w:rsidR="00470CC7" w:rsidRDefault="00470CC7" w:rsidP="00814BAB">
            <w:r>
              <w:t xml:space="preserve">although I do love bananas. </w:t>
            </w:r>
          </w:p>
        </w:tc>
      </w:tr>
      <w:tr w:rsidR="00470CC7" w14:paraId="507E1ECA" w14:textId="77777777" w:rsidTr="00814BAB">
        <w:tc>
          <w:tcPr>
            <w:tcW w:w="2880" w:type="dxa"/>
          </w:tcPr>
          <w:p w14:paraId="398FC870" w14:textId="77777777" w:rsidR="00470CC7" w:rsidRDefault="00470CC7" w:rsidP="00814BAB">
            <w:r>
              <w:t>01:14:34:15</w:t>
            </w:r>
          </w:p>
        </w:tc>
        <w:tc>
          <w:tcPr>
            <w:tcW w:w="2880" w:type="dxa"/>
          </w:tcPr>
          <w:p w14:paraId="5C094727" w14:textId="77777777" w:rsidR="00470CC7" w:rsidRDefault="00470CC7" w:rsidP="00814BAB"/>
        </w:tc>
        <w:tc>
          <w:tcPr>
            <w:tcW w:w="2880" w:type="dxa"/>
          </w:tcPr>
          <w:p w14:paraId="6AFB9488" w14:textId="77777777" w:rsidR="00470CC7" w:rsidRDefault="00470CC7" w:rsidP="00814BAB">
            <w:r>
              <w:t xml:space="preserve">You'll just have to wait and see! </w:t>
            </w:r>
          </w:p>
        </w:tc>
      </w:tr>
      <w:tr w:rsidR="00470CC7" w14:paraId="5EC6387A" w14:textId="77777777" w:rsidTr="00814BAB">
        <w:tc>
          <w:tcPr>
            <w:tcW w:w="2880" w:type="dxa"/>
          </w:tcPr>
          <w:p w14:paraId="11700F1E" w14:textId="77777777" w:rsidR="00470CC7" w:rsidRDefault="00470CC7" w:rsidP="00814BAB">
            <w:r>
              <w:t>01:14:36:04</w:t>
            </w:r>
          </w:p>
        </w:tc>
        <w:tc>
          <w:tcPr>
            <w:tcW w:w="2880" w:type="dxa"/>
          </w:tcPr>
          <w:p w14:paraId="13009C50" w14:textId="77777777" w:rsidR="00470CC7" w:rsidRDefault="00470CC7" w:rsidP="00814BAB"/>
        </w:tc>
        <w:tc>
          <w:tcPr>
            <w:tcW w:w="2880" w:type="dxa"/>
          </w:tcPr>
          <w:p w14:paraId="19795533" w14:textId="77777777" w:rsidR="00470CC7" w:rsidRDefault="00470CC7" w:rsidP="00814BAB">
            <w:r>
              <w:rPr>
                <w:b/>
              </w:rPr>
              <w:t xml:space="preserve">ARI: </w:t>
            </w:r>
            <w:r>
              <w:t xml:space="preserve">Okay. </w:t>
            </w:r>
          </w:p>
        </w:tc>
      </w:tr>
      <w:tr w:rsidR="00470CC7" w14:paraId="4B581BAC" w14:textId="77777777" w:rsidTr="00814BAB">
        <w:tc>
          <w:tcPr>
            <w:tcW w:w="2880" w:type="dxa"/>
          </w:tcPr>
          <w:p w14:paraId="75718DF0" w14:textId="77777777" w:rsidR="00470CC7" w:rsidRDefault="00470CC7" w:rsidP="00814BAB">
            <w:r>
              <w:t>01:14:37:04</w:t>
            </w:r>
          </w:p>
        </w:tc>
        <w:tc>
          <w:tcPr>
            <w:tcW w:w="2880" w:type="dxa"/>
          </w:tcPr>
          <w:p w14:paraId="205F266D" w14:textId="77777777" w:rsidR="00470CC7" w:rsidRDefault="00470CC7" w:rsidP="00814BAB"/>
        </w:tc>
        <w:tc>
          <w:tcPr>
            <w:tcW w:w="2880" w:type="dxa"/>
          </w:tcPr>
          <w:p w14:paraId="7D51EF59" w14:textId="77777777" w:rsidR="00470CC7" w:rsidRDefault="00470CC7" w:rsidP="00814BAB">
            <w:r>
              <w:t xml:space="preserve">Hey, Elinor, what are you going to be for Costume Day? </w:t>
            </w:r>
          </w:p>
        </w:tc>
      </w:tr>
      <w:tr w:rsidR="00470CC7" w14:paraId="260153B0" w14:textId="77777777" w:rsidTr="00814BAB">
        <w:tc>
          <w:tcPr>
            <w:tcW w:w="2880" w:type="dxa"/>
          </w:tcPr>
          <w:p w14:paraId="0E2A7685" w14:textId="77777777" w:rsidR="00470CC7" w:rsidRDefault="00470CC7" w:rsidP="00814BAB">
            <w:r>
              <w:t>01:14:40:09</w:t>
            </w:r>
          </w:p>
        </w:tc>
        <w:tc>
          <w:tcPr>
            <w:tcW w:w="2880" w:type="dxa"/>
          </w:tcPr>
          <w:p w14:paraId="0E11886A" w14:textId="77777777" w:rsidR="00470CC7" w:rsidRDefault="00470CC7" w:rsidP="00814BAB"/>
        </w:tc>
        <w:tc>
          <w:tcPr>
            <w:tcW w:w="2880" w:type="dxa"/>
          </w:tcPr>
          <w:p w14:paraId="51AAF18B" w14:textId="77777777" w:rsidR="00470CC7" w:rsidRDefault="00470CC7" w:rsidP="00814BAB">
            <w:r>
              <w:rPr>
                <w:b/>
              </w:rPr>
              <w:t xml:space="preserve">ELINOR: </w:t>
            </w:r>
            <w:r>
              <w:t xml:space="preserve">I want it to be something </w:t>
            </w:r>
            <w:proofErr w:type="spellStart"/>
            <w:r>
              <w:t>reeeeaaally</w:t>
            </w:r>
            <w:proofErr w:type="spellEnd"/>
            <w:r>
              <w:t xml:space="preserve">... </w:t>
            </w:r>
          </w:p>
        </w:tc>
      </w:tr>
      <w:tr w:rsidR="00470CC7" w14:paraId="3626C4D5" w14:textId="77777777" w:rsidTr="00814BAB">
        <w:tc>
          <w:tcPr>
            <w:tcW w:w="2880" w:type="dxa"/>
          </w:tcPr>
          <w:p w14:paraId="1BF459E3" w14:textId="77777777" w:rsidR="00470CC7" w:rsidRDefault="00470CC7" w:rsidP="00814BAB">
            <w:r>
              <w:t>01:14:42:19</w:t>
            </w:r>
          </w:p>
        </w:tc>
        <w:tc>
          <w:tcPr>
            <w:tcW w:w="2880" w:type="dxa"/>
          </w:tcPr>
          <w:p w14:paraId="08290FDE" w14:textId="77777777" w:rsidR="00470CC7" w:rsidRDefault="00470CC7" w:rsidP="00814BAB"/>
        </w:tc>
        <w:tc>
          <w:tcPr>
            <w:tcW w:w="2880" w:type="dxa"/>
          </w:tcPr>
          <w:p w14:paraId="2A52662E" w14:textId="77777777" w:rsidR="00470CC7" w:rsidRDefault="00470CC7" w:rsidP="00814BAB">
            <w:r>
              <w:t xml:space="preserve">interesting. </w:t>
            </w:r>
          </w:p>
        </w:tc>
      </w:tr>
      <w:tr w:rsidR="00470CC7" w14:paraId="57B761E1" w14:textId="77777777" w:rsidTr="00814BAB">
        <w:tc>
          <w:tcPr>
            <w:tcW w:w="2880" w:type="dxa"/>
          </w:tcPr>
          <w:p w14:paraId="0859FC38" w14:textId="77777777" w:rsidR="00470CC7" w:rsidRDefault="00470CC7" w:rsidP="00814BAB">
            <w:r>
              <w:t>01:14:44:09</w:t>
            </w:r>
          </w:p>
        </w:tc>
        <w:tc>
          <w:tcPr>
            <w:tcW w:w="2880" w:type="dxa"/>
          </w:tcPr>
          <w:p w14:paraId="7F2DA5D7" w14:textId="77777777" w:rsidR="00470CC7" w:rsidRDefault="00470CC7" w:rsidP="00814BAB"/>
        </w:tc>
        <w:tc>
          <w:tcPr>
            <w:tcW w:w="2880" w:type="dxa"/>
          </w:tcPr>
          <w:p w14:paraId="15401D79" w14:textId="77777777" w:rsidR="00470CC7" w:rsidRDefault="00470CC7" w:rsidP="00814BAB">
            <w:proofErr w:type="gramStart"/>
            <w:r>
              <w:t>But,</w:t>
            </w:r>
            <w:proofErr w:type="gramEnd"/>
            <w:r>
              <w:t xml:space="preserve"> I haven't found the right idea for my costume yet, </w:t>
            </w:r>
          </w:p>
        </w:tc>
      </w:tr>
      <w:tr w:rsidR="00470CC7" w14:paraId="224DC34B" w14:textId="77777777" w:rsidTr="00814BAB">
        <w:tc>
          <w:tcPr>
            <w:tcW w:w="2880" w:type="dxa"/>
          </w:tcPr>
          <w:p w14:paraId="3132D40C" w14:textId="77777777" w:rsidR="00470CC7" w:rsidRDefault="00470CC7" w:rsidP="00814BAB">
            <w:r>
              <w:t>01:14:47:23</w:t>
            </w:r>
          </w:p>
        </w:tc>
        <w:tc>
          <w:tcPr>
            <w:tcW w:w="2880" w:type="dxa"/>
          </w:tcPr>
          <w:p w14:paraId="05FDAC00" w14:textId="77777777" w:rsidR="00470CC7" w:rsidRDefault="00470CC7" w:rsidP="00814BAB"/>
        </w:tc>
        <w:tc>
          <w:tcPr>
            <w:tcW w:w="2880" w:type="dxa"/>
          </w:tcPr>
          <w:p w14:paraId="6FBC3518" w14:textId="77777777" w:rsidR="00470CC7" w:rsidRDefault="00470CC7" w:rsidP="00814BAB">
            <w:r>
              <w:t xml:space="preserve">and Costume Day is tomorrow! </w:t>
            </w:r>
          </w:p>
        </w:tc>
      </w:tr>
      <w:tr w:rsidR="00470CC7" w14:paraId="799F6B22" w14:textId="77777777" w:rsidTr="00814BAB">
        <w:tc>
          <w:tcPr>
            <w:tcW w:w="2880" w:type="dxa"/>
          </w:tcPr>
          <w:p w14:paraId="1C49EB8A" w14:textId="77777777" w:rsidR="00470CC7" w:rsidRDefault="00470CC7" w:rsidP="00814BAB">
            <w:r>
              <w:t>01:14:50:12</w:t>
            </w:r>
          </w:p>
        </w:tc>
        <w:tc>
          <w:tcPr>
            <w:tcW w:w="2880" w:type="dxa"/>
          </w:tcPr>
          <w:p w14:paraId="5ADDD80F" w14:textId="77777777" w:rsidR="00470CC7" w:rsidRDefault="00470CC7" w:rsidP="00814BAB"/>
        </w:tc>
        <w:tc>
          <w:tcPr>
            <w:tcW w:w="2880" w:type="dxa"/>
          </w:tcPr>
          <w:p w14:paraId="0BB6A9DE" w14:textId="77777777" w:rsidR="00470CC7" w:rsidRDefault="00470CC7" w:rsidP="00814BAB">
            <w:r>
              <w:rPr>
                <w:b/>
              </w:rPr>
              <w:t xml:space="preserve">OLIVE: </w:t>
            </w:r>
            <w:r>
              <w:t xml:space="preserve">We'll help you look for ideas, Elinor. </w:t>
            </w:r>
          </w:p>
        </w:tc>
      </w:tr>
      <w:tr w:rsidR="00470CC7" w14:paraId="03ADD197" w14:textId="77777777" w:rsidTr="00814BAB">
        <w:tc>
          <w:tcPr>
            <w:tcW w:w="2880" w:type="dxa"/>
          </w:tcPr>
          <w:p w14:paraId="73DDEE1C" w14:textId="77777777" w:rsidR="00470CC7" w:rsidRDefault="00470CC7" w:rsidP="00814BAB">
            <w:r>
              <w:t>01:14:52:18</w:t>
            </w:r>
          </w:p>
        </w:tc>
        <w:tc>
          <w:tcPr>
            <w:tcW w:w="2880" w:type="dxa"/>
          </w:tcPr>
          <w:p w14:paraId="2404A4A1" w14:textId="77777777" w:rsidR="00470CC7" w:rsidRDefault="00470CC7" w:rsidP="00814BAB"/>
        </w:tc>
        <w:tc>
          <w:tcPr>
            <w:tcW w:w="2880" w:type="dxa"/>
          </w:tcPr>
          <w:p w14:paraId="612C8316" w14:textId="77777777" w:rsidR="00470CC7" w:rsidRDefault="00470CC7" w:rsidP="00814BAB">
            <w:r>
              <w:rPr>
                <w:b/>
              </w:rPr>
              <w:t xml:space="preserve">ARI: </w:t>
            </w:r>
            <w:r>
              <w:t xml:space="preserve">Just call me Ari the idea-finder! </w:t>
            </w:r>
          </w:p>
        </w:tc>
      </w:tr>
      <w:tr w:rsidR="00470CC7" w14:paraId="314E34CE" w14:textId="77777777" w:rsidTr="00814BAB">
        <w:tc>
          <w:tcPr>
            <w:tcW w:w="2880" w:type="dxa"/>
          </w:tcPr>
          <w:p w14:paraId="3E4E453A" w14:textId="77777777" w:rsidR="00470CC7" w:rsidRDefault="00470CC7" w:rsidP="00814BAB">
            <w:r>
              <w:t>01:14:55:19</w:t>
            </w:r>
          </w:p>
        </w:tc>
        <w:tc>
          <w:tcPr>
            <w:tcW w:w="2880" w:type="dxa"/>
          </w:tcPr>
          <w:p w14:paraId="5BC2A4D3" w14:textId="77777777" w:rsidR="00470CC7" w:rsidRDefault="00470CC7" w:rsidP="00814BAB"/>
        </w:tc>
        <w:tc>
          <w:tcPr>
            <w:tcW w:w="2880" w:type="dxa"/>
          </w:tcPr>
          <w:p w14:paraId="553A1BED" w14:textId="77777777" w:rsidR="00470CC7" w:rsidRDefault="00470CC7" w:rsidP="00814BAB">
            <w:r>
              <w:rPr>
                <w:b/>
              </w:rPr>
              <w:t xml:space="preserve">ARI: </w:t>
            </w:r>
            <w:r>
              <w:t xml:space="preserve">[gasp] what's that? </w:t>
            </w:r>
          </w:p>
        </w:tc>
      </w:tr>
      <w:tr w:rsidR="00470CC7" w14:paraId="2333E462" w14:textId="77777777" w:rsidTr="00814BAB">
        <w:tc>
          <w:tcPr>
            <w:tcW w:w="2880" w:type="dxa"/>
          </w:tcPr>
          <w:p w14:paraId="204C9748" w14:textId="77777777" w:rsidR="00470CC7" w:rsidRDefault="00470CC7" w:rsidP="00814BAB">
            <w:r>
              <w:t>01:14:57:14</w:t>
            </w:r>
          </w:p>
        </w:tc>
        <w:tc>
          <w:tcPr>
            <w:tcW w:w="2880" w:type="dxa"/>
          </w:tcPr>
          <w:p w14:paraId="355473D5" w14:textId="77777777" w:rsidR="00470CC7" w:rsidRDefault="00470CC7" w:rsidP="00814BAB"/>
        </w:tc>
        <w:tc>
          <w:tcPr>
            <w:tcW w:w="2880" w:type="dxa"/>
          </w:tcPr>
          <w:p w14:paraId="03EC8195" w14:textId="77777777" w:rsidR="00470CC7" w:rsidRDefault="00470CC7" w:rsidP="00814BAB">
            <w:r>
              <w:t xml:space="preserve">Whoa! </w:t>
            </w:r>
          </w:p>
        </w:tc>
      </w:tr>
      <w:tr w:rsidR="00470CC7" w14:paraId="13A9C823" w14:textId="77777777" w:rsidTr="00814BAB">
        <w:tc>
          <w:tcPr>
            <w:tcW w:w="2880" w:type="dxa"/>
          </w:tcPr>
          <w:p w14:paraId="18CD405F" w14:textId="77777777" w:rsidR="00470CC7" w:rsidRDefault="00470CC7" w:rsidP="00814BAB">
            <w:r>
              <w:lastRenderedPageBreak/>
              <w:t>01:14:59:14</w:t>
            </w:r>
          </w:p>
        </w:tc>
        <w:tc>
          <w:tcPr>
            <w:tcW w:w="2880" w:type="dxa"/>
          </w:tcPr>
          <w:p w14:paraId="152B3BE7" w14:textId="77777777" w:rsidR="00470CC7" w:rsidRDefault="00470CC7" w:rsidP="00814BAB"/>
        </w:tc>
        <w:tc>
          <w:tcPr>
            <w:tcW w:w="2880" w:type="dxa"/>
          </w:tcPr>
          <w:p w14:paraId="36A5DA05" w14:textId="77777777" w:rsidR="00470CC7" w:rsidRDefault="00470CC7" w:rsidP="00814BAB">
            <w:r>
              <w:rPr>
                <w:b/>
              </w:rPr>
              <w:t xml:space="preserve">OLIVE: </w:t>
            </w:r>
            <w:r>
              <w:t xml:space="preserve">It's an owl! </w:t>
            </w:r>
          </w:p>
        </w:tc>
      </w:tr>
      <w:tr w:rsidR="00470CC7" w14:paraId="50626040" w14:textId="77777777" w:rsidTr="00814BAB">
        <w:tc>
          <w:tcPr>
            <w:tcW w:w="2880" w:type="dxa"/>
          </w:tcPr>
          <w:p w14:paraId="736FA3C7" w14:textId="77777777" w:rsidR="00470CC7" w:rsidRDefault="00470CC7" w:rsidP="00814BAB">
            <w:r>
              <w:t>01:15:01:08</w:t>
            </w:r>
          </w:p>
        </w:tc>
        <w:tc>
          <w:tcPr>
            <w:tcW w:w="2880" w:type="dxa"/>
          </w:tcPr>
          <w:p w14:paraId="1CEB0AEC" w14:textId="77777777" w:rsidR="00470CC7" w:rsidRDefault="00470CC7" w:rsidP="00814BAB"/>
        </w:tc>
        <w:tc>
          <w:tcPr>
            <w:tcW w:w="2880" w:type="dxa"/>
          </w:tcPr>
          <w:p w14:paraId="000EBC81" w14:textId="77777777" w:rsidR="00470CC7" w:rsidRDefault="00470CC7" w:rsidP="00814BAB">
            <w:r>
              <w:rPr>
                <w:b/>
              </w:rPr>
              <w:t xml:space="preserve">ARI: </w:t>
            </w:r>
            <w:r>
              <w:t xml:space="preserve">I've never seen an Owl this close before. </w:t>
            </w:r>
          </w:p>
        </w:tc>
      </w:tr>
      <w:tr w:rsidR="00470CC7" w14:paraId="32DF367F" w14:textId="77777777" w:rsidTr="00814BAB">
        <w:tc>
          <w:tcPr>
            <w:tcW w:w="2880" w:type="dxa"/>
          </w:tcPr>
          <w:p w14:paraId="69136AB7" w14:textId="77777777" w:rsidR="00470CC7" w:rsidRDefault="00470CC7" w:rsidP="00814BAB">
            <w:r>
              <w:t>01:15:04:15</w:t>
            </w:r>
          </w:p>
        </w:tc>
        <w:tc>
          <w:tcPr>
            <w:tcW w:w="2880" w:type="dxa"/>
          </w:tcPr>
          <w:p w14:paraId="28F1D270" w14:textId="77777777" w:rsidR="00470CC7" w:rsidRDefault="00470CC7" w:rsidP="00814BAB"/>
        </w:tc>
        <w:tc>
          <w:tcPr>
            <w:tcW w:w="2880" w:type="dxa"/>
          </w:tcPr>
          <w:p w14:paraId="6022D200" w14:textId="77777777" w:rsidR="00470CC7" w:rsidRDefault="00470CC7" w:rsidP="00814BAB">
            <w:r>
              <w:rPr>
                <w:b/>
              </w:rPr>
              <w:t xml:space="preserve">ELINOR: </w:t>
            </w:r>
            <w:r>
              <w:t xml:space="preserve">What's it doing? </w:t>
            </w:r>
          </w:p>
        </w:tc>
      </w:tr>
      <w:tr w:rsidR="00470CC7" w14:paraId="70BD8D1A" w14:textId="77777777" w:rsidTr="00814BAB">
        <w:tc>
          <w:tcPr>
            <w:tcW w:w="2880" w:type="dxa"/>
          </w:tcPr>
          <w:p w14:paraId="383A8093" w14:textId="77777777" w:rsidR="00470CC7" w:rsidRDefault="00470CC7" w:rsidP="00814BAB">
            <w:r>
              <w:t>01:15:06:04</w:t>
            </w:r>
          </w:p>
        </w:tc>
        <w:tc>
          <w:tcPr>
            <w:tcW w:w="2880" w:type="dxa"/>
          </w:tcPr>
          <w:p w14:paraId="37636A75" w14:textId="77777777" w:rsidR="00470CC7" w:rsidRDefault="00470CC7" w:rsidP="00814BAB"/>
        </w:tc>
        <w:tc>
          <w:tcPr>
            <w:tcW w:w="2880" w:type="dxa"/>
          </w:tcPr>
          <w:p w14:paraId="7BF7E949" w14:textId="77777777" w:rsidR="00470CC7" w:rsidRDefault="00470CC7" w:rsidP="00814BAB">
            <w:r>
              <w:rPr>
                <w:b/>
              </w:rPr>
              <w:t xml:space="preserve">OLIVE: </w:t>
            </w:r>
            <w:r>
              <w:t xml:space="preserve">It's not moving. </w:t>
            </w:r>
          </w:p>
        </w:tc>
      </w:tr>
      <w:tr w:rsidR="00470CC7" w14:paraId="51FEA430" w14:textId="77777777" w:rsidTr="00814BAB">
        <w:tc>
          <w:tcPr>
            <w:tcW w:w="2880" w:type="dxa"/>
          </w:tcPr>
          <w:p w14:paraId="32DB1AC1" w14:textId="77777777" w:rsidR="00470CC7" w:rsidRDefault="00470CC7" w:rsidP="00814BAB">
            <w:r>
              <w:t>01:15:07:20</w:t>
            </w:r>
          </w:p>
        </w:tc>
        <w:tc>
          <w:tcPr>
            <w:tcW w:w="2880" w:type="dxa"/>
          </w:tcPr>
          <w:p w14:paraId="1A9E1EC7" w14:textId="77777777" w:rsidR="00470CC7" w:rsidRDefault="00470CC7" w:rsidP="00814BAB"/>
        </w:tc>
        <w:tc>
          <w:tcPr>
            <w:tcW w:w="2880" w:type="dxa"/>
          </w:tcPr>
          <w:p w14:paraId="3F0F88C4" w14:textId="77777777" w:rsidR="00470CC7" w:rsidRDefault="00470CC7" w:rsidP="00814BAB">
            <w:r>
              <w:rPr>
                <w:b/>
              </w:rPr>
              <w:t xml:space="preserve">ARI: </w:t>
            </w:r>
            <w:r>
              <w:t xml:space="preserve">[sigh] </w:t>
            </w:r>
          </w:p>
        </w:tc>
      </w:tr>
      <w:tr w:rsidR="00470CC7" w14:paraId="49448B2D" w14:textId="77777777" w:rsidTr="00814BAB">
        <w:tc>
          <w:tcPr>
            <w:tcW w:w="2880" w:type="dxa"/>
          </w:tcPr>
          <w:p w14:paraId="30EDAF3D" w14:textId="77777777" w:rsidR="00470CC7" w:rsidRDefault="00470CC7" w:rsidP="00814BAB">
            <w:r>
              <w:t>01:15:09:13</w:t>
            </w:r>
          </w:p>
        </w:tc>
        <w:tc>
          <w:tcPr>
            <w:tcW w:w="2880" w:type="dxa"/>
          </w:tcPr>
          <w:p w14:paraId="29687CEC" w14:textId="77777777" w:rsidR="00470CC7" w:rsidRDefault="00470CC7" w:rsidP="00814BAB"/>
        </w:tc>
        <w:tc>
          <w:tcPr>
            <w:tcW w:w="2880" w:type="dxa"/>
          </w:tcPr>
          <w:p w14:paraId="288D2155" w14:textId="77777777" w:rsidR="00470CC7" w:rsidRDefault="00470CC7" w:rsidP="00814BAB">
            <w:r>
              <w:t xml:space="preserve">I'll go take a closer look! </w:t>
            </w:r>
          </w:p>
        </w:tc>
      </w:tr>
      <w:tr w:rsidR="00470CC7" w14:paraId="282007DA" w14:textId="77777777" w:rsidTr="00814BAB">
        <w:tc>
          <w:tcPr>
            <w:tcW w:w="2880" w:type="dxa"/>
          </w:tcPr>
          <w:p w14:paraId="659C1A42" w14:textId="77777777" w:rsidR="00470CC7" w:rsidRDefault="00470CC7" w:rsidP="00814BAB">
            <w:r>
              <w:t>01:15:13:15</w:t>
            </w:r>
          </w:p>
        </w:tc>
        <w:tc>
          <w:tcPr>
            <w:tcW w:w="2880" w:type="dxa"/>
          </w:tcPr>
          <w:p w14:paraId="30A838CF" w14:textId="77777777" w:rsidR="00470CC7" w:rsidRDefault="00470CC7" w:rsidP="00814BAB"/>
        </w:tc>
        <w:tc>
          <w:tcPr>
            <w:tcW w:w="2880" w:type="dxa"/>
          </w:tcPr>
          <w:p w14:paraId="40982714" w14:textId="77777777" w:rsidR="00470CC7" w:rsidRDefault="00470CC7" w:rsidP="00814BAB">
            <w:r>
              <w:rPr>
                <w:b/>
              </w:rPr>
              <w:t xml:space="preserve">ARI: </w:t>
            </w:r>
            <w:r>
              <w:t xml:space="preserve">[whispers] Its eyes... are... closed! </w:t>
            </w:r>
          </w:p>
        </w:tc>
      </w:tr>
      <w:tr w:rsidR="00470CC7" w14:paraId="286B7610" w14:textId="77777777" w:rsidTr="00814BAB">
        <w:tc>
          <w:tcPr>
            <w:tcW w:w="2880" w:type="dxa"/>
          </w:tcPr>
          <w:p w14:paraId="6FDA0B03" w14:textId="77777777" w:rsidR="00470CC7" w:rsidRDefault="00470CC7" w:rsidP="00814BAB">
            <w:r>
              <w:t>01:15:17:18</w:t>
            </w:r>
          </w:p>
        </w:tc>
        <w:tc>
          <w:tcPr>
            <w:tcW w:w="2880" w:type="dxa"/>
          </w:tcPr>
          <w:p w14:paraId="1AE5639C" w14:textId="77777777" w:rsidR="00470CC7" w:rsidRDefault="00470CC7" w:rsidP="00814BAB"/>
        </w:tc>
        <w:tc>
          <w:tcPr>
            <w:tcW w:w="2880" w:type="dxa"/>
          </w:tcPr>
          <w:p w14:paraId="6D2B1257" w14:textId="77777777" w:rsidR="00470CC7" w:rsidRDefault="00470CC7" w:rsidP="00814BAB">
            <w:r>
              <w:t xml:space="preserve">I think it's sleeping! </w:t>
            </w:r>
          </w:p>
        </w:tc>
      </w:tr>
      <w:tr w:rsidR="00470CC7" w14:paraId="712AE69B" w14:textId="77777777" w:rsidTr="00814BAB">
        <w:tc>
          <w:tcPr>
            <w:tcW w:w="2880" w:type="dxa"/>
          </w:tcPr>
          <w:p w14:paraId="3D9D115D" w14:textId="77777777" w:rsidR="00470CC7" w:rsidRDefault="00470CC7" w:rsidP="00814BAB">
            <w:r>
              <w:t>01:15:20:05</w:t>
            </w:r>
          </w:p>
        </w:tc>
        <w:tc>
          <w:tcPr>
            <w:tcW w:w="2880" w:type="dxa"/>
          </w:tcPr>
          <w:p w14:paraId="4DAFF68C" w14:textId="77777777" w:rsidR="00470CC7" w:rsidRDefault="00470CC7" w:rsidP="00814BAB"/>
        </w:tc>
        <w:tc>
          <w:tcPr>
            <w:tcW w:w="2880" w:type="dxa"/>
          </w:tcPr>
          <w:p w14:paraId="729249EC" w14:textId="77777777" w:rsidR="00470CC7" w:rsidRDefault="00470CC7" w:rsidP="00814BAB">
            <w:r>
              <w:rPr>
                <w:b/>
              </w:rPr>
              <w:t xml:space="preserve">ELINOR: </w:t>
            </w:r>
            <w:r>
              <w:t xml:space="preserve">Sleeping? </w:t>
            </w:r>
          </w:p>
        </w:tc>
      </w:tr>
      <w:tr w:rsidR="00470CC7" w14:paraId="4EB5C7C2" w14:textId="77777777" w:rsidTr="00814BAB">
        <w:tc>
          <w:tcPr>
            <w:tcW w:w="2880" w:type="dxa"/>
          </w:tcPr>
          <w:p w14:paraId="15DDBC86" w14:textId="77777777" w:rsidR="00470CC7" w:rsidRDefault="00470CC7" w:rsidP="00814BAB">
            <w:r>
              <w:t>01:15:21:17</w:t>
            </w:r>
          </w:p>
        </w:tc>
        <w:tc>
          <w:tcPr>
            <w:tcW w:w="2880" w:type="dxa"/>
          </w:tcPr>
          <w:p w14:paraId="76963007" w14:textId="77777777" w:rsidR="00470CC7" w:rsidRDefault="00470CC7" w:rsidP="00814BAB"/>
        </w:tc>
        <w:tc>
          <w:tcPr>
            <w:tcW w:w="2880" w:type="dxa"/>
          </w:tcPr>
          <w:p w14:paraId="7ABD6417" w14:textId="77777777" w:rsidR="00470CC7" w:rsidRDefault="00470CC7" w:rsidP="00814BAB">
            <w:r>
              <w:t xml:space="preserve">In the middle of the day? </w:t>
            </w:r>
          </w:p>
        </w:tc>
      </w:tr>
      <w:tr w:rsidR="00470CC7" w14:paraId="7458B88C" w14:textId="77777777" w:rsidTr="00814BAB">
        <w:tc>
          <w:tcPr>
            <w:tcW w:w="2880" w:type="dxa"/>
          </w:tcPr>
          <w:p w14:paraId="2EBD2BA1" w14:textId="77777777" w:rsidR="00470CC7" w:rsidRDefault="00470CC7" w:rsidP="00814BAB">
            <w:r>
              <w:t>01:15:23:13</w:t>
            </w:r>
          </w:p>
        </w:tc>
        <w:tc>
          <w:tcPr>
            <w:tcW w:w="2880" w:type="dxa"/>
          </w:tcPr>
          <w:p w14:paraId="2A3F8446" w14:textId="77777777" w:rsidR="00470CC7" w:rsidRDefault="00470CC7" w:rsidP="00814BAB"/>
        </w:tc>
        <w:tc>
          <w:tcPr>
            <w:tcW w:w="2880" w:type="dxa"/>
          </w:tcPr>
          <w:p w14:paraId="61C24187" w14:textId="77777777" w:rsidR="00470CC7" w:rsidRDefault="00470CC7" w:rsidP="00814BAB">
            <w:r>
              <w:rPr>
                <w:b/>
              </w:rPr>
              <w:t xml:space="preserve">OLIVE: </w:t>
            </w:r>
            <w:r>
              <w:t xml:space="preserve">Maybe it's taking a nap. </w:t>
            </w:r>
          </w:p>
        </w:tc>
      </w:tr>
      <w:tr w:rsidR="00470CC7" w14:paraId="65C0BFEF" w14:textId="77777777" w:rsidTr="00814BAB">
        <w:tc>
          <w:tcPr>
            <w:tcW w:w="2880" w:type="dxa"/>
          </w:tcPr>
          <w:p w14:paraId="0AACD144" w14:textId="77777777" w:rsidR="00470CC7" w:rsidRDefault="00470CC7" w:rsidP="00814BAB">
            <w:r>
              <w:t>01:15:26:20</w:t>
            </w:r>
          </w:p>
        </w:tc>
        <w:tc>
          <w:tcPr>
            <w:tcW w:w="2880" w:type="dxa"/>
          </w:tcPr>
          <w:p w14:paraId="22E4E1AA" w14:textId="77777777" w:rsidR="00470CC7" w:rsidRDefault="00470CC7" w:rsidP="00814BAB"/>
        </w:tc>
        <w:tc>
          <w:tcPr>
            <w:tcW w:w="2880" w:type="dxa"/>
          </w:tcPr>
          <w:p w14:paraId="41B206EE" w14:textId="77777777" w:rsidR="00470CC7" w:rsidRDefault="00470CC7" w:rsidP="00814BAB">
            <w:r>
              <w:rPr>
                <w:b/>
              </w:rPr>
              <w:t xml:space="preserve">ARI: </w:t>
            </w:r>
            <w:r>
              <w:t xml:space="preserve">Phew! I could use nap. </w:t>
            </w:r>
          </w:p>
        </w:tc>
      </w:tr>
      <w:tr w:rsidR="00470CC7" w14:paraId="18DBF7DF" w14:textId="77777777" w:rsidTr="00814BAB">
        <w:tc>
          <w:tcPr>
            <w:tcW w:w="2880" w:type="dxa"/>
          </w:tcPr>
          <w:p w14:paraId="2E902E1C" w14:textId="77777777" w:rsidR="00470CC7" w:rsidRDefault="00470CC7" w:rsidP="00814BAB">
            <w:r>
              <w:t>01:15:29:12</w:t>
            </w:r>
          </w:p>
        </w:tc>
        <w:tc>
          <w:tcPr>
            <w:tcW w:w="2880" w:type="dxa"/>
          </w:tcPr>
          <w:p w14:paraId="6C45AC6E" w14:textId="77777777" w:rsidR="00470CC7" w:rsidRDefault="00470CC7" w:rsidP="00814BAB"/>
        </w:tc>
        <w:tc>
          <w:tcPr>
            <w:tcW w:w="2880" w:type="dxa"/>
          </w:tcPr>
          <w:p w14:paraId="47F4E402" w14:textId="77777777" w:rsidR="00470CC7" w:rsidRDefault="00470CC7" w:rsidP="00814BAB">
            <w:r>
              <w:t xml:space="preserve">[stomach growl] </w:t>
            </w:r>
          </w:p>
        </w:tc>
      </w:tr>
      <w:tr w:rsidR="00470CC7" w14:paraId="31BDECCB" w14:textId="77777777" w:rsidTr="00814BAB">
        <w:tc>
          <w:tcPr>
            <w:tcW w:w="2880" w:type="dxa"/>
          </w:tcPr>
          <w:p w14:paraId="49C0E301" w14:textId="77777777" w:rsidR="00470CC7" w:rsidRDefault="00470CC7" w:rsidP="00814BAB">
            <w:r>
              <w:t>01:15:31:16</w:t>
            </w:r>
          </w:p>
        </w:tc>
        <w:tc>
          <w:tcPr>
            <w:tcW w:w="2880" w:type="dxa"/>
          </w:tcPr>
          <w:p w14:paraId="07D171A9" w14:textId="77777777" w:rsidR="00470CC7" w:rsidRDefault="00470CC7" w:rsidP="00814BAB"/>
        </w:tc>
        <w:tc>
          <w:tcPr>
            <w:tcW w:w="2880" w:type="dxa"/>
          </w:tcPr>
          <w:p w14:paraId="09022123" w14:textId="77777777" w:rsidR="00470CC7" w:rsidRDefault="00470CC7" w:rsidP="00814BAB">
            <w:r>
              <w:t xml:space="preserve">...and a snack. </w:t>
            </w:r>
          </w:p>
        </w:tc>
      </w:tr>
      <w:tr w:rsidR="00470CC7" w14:paraId="6A2660E4" w14:textId="77777777" w:rsidTr="00814BAB">
        <w:tc>
          <w:tcPr>
            <w:tcW w:w="2880" w:type="dxa"/>
          </w:tcPr>
          <w:p w14:paraId="5E32009C" w14:textId="77777777" w:rsidR="00470CC7" w:rsidRDefault="00470CC7" w:rsidP="00814BAB">
            <w:r>
              <w:t>01:15:33:01</w:t>
            </w:r>
          </w:p>
        </w:tc>
        <w:tc>
          <w:tcPr>
            <w:tcW w:w="2880" w:type="dxa"/>
          </w:tcPr>
          <w:p w14:paraId="3F4E4AD8" w14:textId="77777777" w:rsidR="00470CC7" w:rsidRDefault="00470CC7" w:rsidP="00814BAB"/>
        </w:tc>
        <w:tc>
          <w:tcPr>
            <w:tcW w:w="2880" w:type="dxa"/>
          </w:tcPr>
          <w:p w14:paraId="399A2912" w14:textId="77777777" w:rsidR="00470CC7" w:rsidRDefault="00470CC7" w:rsidP="00814BAB">
            <w:r>
              <w:rPr>
                <w:b/>
              </w:rPr>
              <w:t xml:space="preserve">ALL: </w:t>
            </w:r>
            <w:r>
              <w:t xml:space="preserve">[laughter] </w:t>
            </w:r>
          </w:p>
        </w:tc>
      </w:tr>
      <w:tr w:rsidR="00470CC7" w14:paraId="03BBD0B7" w14:textId="77777777" w:rsidTr="00814BAB">
        <w:tc>
          <w:tcPr>
            <w:tcW w:w="2880" w:type="dxa"/>
          </w:tcPr>
          <w:p w14:paraId="5D60045C" w14:textId="77777777" w:rsidR="00470CC7" w:rsidRDefault="00470CC7" w:rsidP="00814BAB">
            <w:r>
              <w:t>01:15:35:17</w:t>
            </w:r>
          </w:p>
        </w:tc>
        <w:tc>
          <w:tcPr>
            <w:tcW w:w="2880" w:type="dxa"/>
          </w:tcPr>
          <w:p w14:paraId="47942F17" w14:textId="77777777" w:rsidR="00470CC7" w:rsidRDefault="00470CC7" w:rsidP="00814BAB"/>
        </w:tc>
        <w:tc>
          <w:tcPr>
            <w:tcW w:w="2880" w:type="dxa"/>
          </w:tcPr>
          <w:p w14:paraId="1ADF4DE3" w14:textId="77777777" w:rsidR="00470CC7" w:rsidRDefault="00470CC7" w:rsidP="00814BAB">
            <w:r>
              <w:rPr>
                <w:b/>
              </w:rPr>
              <w:t xml:space="preserve">ELINOR: </w:t>
            </w:r>
            <w:r>
              <w:t xml:space="preserve">Let's wait for the Owl to wake up! </w:t>
            </w:r>
          </w:p>
        </w:tc>
      </w:tr>
      <w:tr w:rsidR="00470CC7" w14:paraId="59C56EE8" w14:textId="77777777" w:rsidTr="00814BAB">
        <w:tc>
          <w:tcPr>
            <w:tcW w:w="2880" w:type="dxa"/>
          </w:tcPr>
          <w:p w14:paraId="5742A863" w14:textId="77777777" w:rsidR="00470CC7" w:rsidRDefault="00470CC7" w:rsidP="00814BAB">
            <w:r>
              <w:t>01:15:38:03</w:t>
            </w:r>
          </w:p>
        </w:tc>
        <w:tc>
          <w:tcPr>
            <w:tcW w:w="2880" w:type="dxa"/>
          </w:tcPr>
          <w:p w14:paraId="3342C8BD" w14:textId="77777777" w:rsidR="00470CC7" w:rsidRDefault="00470CC7" w:rsidP="00814BAB"/>
        </w:tc>
        <w:tc>
          <w:tcPr>
            <w:tcW w:w="2880" w:type="dxa"/>
          </w:tcPr>
          <w:p w14:paraId="241BCE48" w14:textId="77777777" w:rsidR="00470CC7" w:rsidRDefault="00470CC7" w:rsidP="00814BAB">
            <w:r>
              <w:t xml:space="preserve">I want to see it fly! </w:t>
            </w:r>
          </w:p>
        </w:tc>
      </w:tr>
      <w:tr w:rsidR="00470CC7" w14:paraId="3105FE45" w14:textId="77777777" w:rsidTr="00814BAB">
        <w:tc>
          <w:tcPr>
            <w:tcW w:w="2880" w:type="dxa"/>
          </w:tcPr>
          <w:p w14:paraId="063C9074" w14:textId="77777777" w:rsidR="00470CC7" w:rsidRDefault="00470CC7" w:rsidP="00814BAB">
            <w:r>
              <w:t>01:15:39:21</w:t>
            </w:r>
          </w:p>
        </w:tc>
        <w:tc>
          <w:tcPr>
            <w:tcW w:w="2880" w:type="dxa"/>
          </w:tcPr>
          <w:p w14:paraId="5C7E6145" w14:textId="77777777" w:rsidR="00470CC7" w:rsidRDefault="00470CC7" w:rsidP="00814BAB"/>
        </w:tc>
        <w:tc>
          <w:tcPr>
            <w:tcW w:w="2880" w:type="dxa"/>
          </w:tcPr>
          <w:p w14:paraId="77667791" w14:textId="77777777" w:rsidR="00470CC7" w:rsidRDefault="00470CC7" w:rsidP="00814BAB">
            <w:r>
              <w:t xml:space="preserve">Whoosh! </w:t>
            </w:r>
          </w:p>
        </w:tc>
      </w:tr>
      <w:tr w:rsidR="00470CC7" w14:paraId="3A6A1BEC" w14:textId="77777777" w:rsidTr="00814BAB">
        <w:tc>
          <w:tcPr>
            <w:tcW w:w="2880" w:type="dxa"/>
          </w:tcPr>
          <w:p w14:paraId="4DF87C00" w14:textId="77777777" w:rsidR="00470CC7" w:rsidRDefault="00470CC7" w:rsidP="00814BAB">
            <w:r>
              <w:t>01:15:41:20</w:t>
            </w:r>
          </w:p>
        </w:tc>
        <w:tc>
          <w:tcPr>
            <w:tcW w:w="2880" w:type="dxa"/>
          </w:tcPr>
          <w:p w14:paraId="50B9EB29" w14:textId="77777777" w:rsidR="00470CC7" w:rsidRDefault="00470CC7" w:rsidP="00814BAB"/>
        </w:tc>
        <w:tc>
          <w:tcPr>
            <w:tcW w:w="2880" w:type="dxa"/>
          </w:tcPr>
          <w:p w14:paraId="077F5199" w14:textId="77777777" w:rsidR="00470CC7" w:rsidRDefault="00470CC7" w:rsidP="00814BAB">
            <w:r>
              <w:rPr>
                <w:b/>
              </w:rPr>
              <w:t xml:space="preserve">OLIVE: </w:t>
            </w:r>
            <w:r>
              <w:t xml:space="preserve">Ok, let's wait. </w:t>
            </w:r>
          </w:p>
        </w:tc>
      </w:tr>
      <w:tr w:rsidR="00470CC7" w14:paraId="782D7548" w14:textId="77777777" w:rsidTr="00814BAB">
        <w:tc>
          <w:tcPr>
            <w:tcW w:w="2880" w:type="dxa"/>
          </w:tcPr>
          <w:p w14:paraId="13BDEF33" w14:textId="77777777" w:rsidR="00470CC7" w:rsidRDefault="00470CC7" w:rsidP="00814BAB">
            <w:r>
              <w:t>01:15:43:11</w:t>
            </w:r>
          </w:p>
        </w:tc>
        <w:tc>
          <w:tcPr>
            <w:tcW w:w="2880" w:type="dxa"/>
          </w:tcPr>
          <w:p w14:paraId="788E2F6C" w14:textId="77777777" w:rsidR="00470CC7" w:rsidRDefault="00470CC7" w:rsidP="00814BAB"/>
        </w:tc>
        <w:tc>
          <w:tcPr>
            <w:tcW w:w="2880" w:type="dxa"/>
          </w:tcPr>
          <w:p w14:paraId="01BE2F69" w14:textId="77777777" w:rsidR="00470CC7" w:rsidRDefault="00470CC7" w:rsidP="00814BAB">
            <w:r>
              <w:t xml:space="preserve">[ººº] </w:t>
            </w:r>
          </w:p>
        </w:tc>
      </w:tr>
      <w:tr w:rsidR="00470CC7" w14:paraId="294BA927" w14:textId="77777777" w:rsidTr="00814BAB">
        <w:tc>
          <w:tcPr>
            <w:tcW w:w="2880" w:type="dxa"/>
          </w:tcPr>
          <w:p w14:paraId="02F93676" w14:textId="77777777" w:rsidR="00470CC7" w:rsidRDefault="00470CC7" w:rsidP="00814BAB">
            <w:r>
              <w:t>01:16:02:11</w:t>
            </w:r>
          </w:p>
        </w:tc>
        <w:tc>
          <w:tcPr>
            <w:tcW w:w="2880" w:type="dxa"/>
          </w:tcPr>
          <w:p w14:paraId="2DAAF541" w14:textId="77777777" w:rsidR="00470CC7" w:rsidRDefault="00470CC7" w:rsidP="00814BAB"/>
        </w:tc>
        <w:tc>
          <w:tcPr>
            <w:tcW w:w="2880" w:type="dxa"/>
          </w:tcPr>
          <w:p w14:paraId="128F94C9" w14:textId="77777777" w:rsidR="00470CC7" w:rsidRDefault="00470CC7" w:rsidP="00814BAB">
            <w:r>
              <w:rPr>
                <w:b/>
              </w:rPr>
              <w:t xml:space="preserve">ELINOR: </w:t>
            </w:r>
            <w:r>
              <w:t xml:space="preserve">[gasp] </w:t>
            </w:r>
          </w:p>
        </w:tc>
      </w:tr>
      <w:tr w:rsidR="00470CC7" w14:paraId="2A68C043" w14:textId="77777777" w:rsidTr="00814BAB">
        <w:tc>
          <w:tcPr>
            <w:tcW w:w="2880" w:type="dxa"/>
          </w:tcPr>
          <w:p w14:paraId="56A5179B" w14:textId="77777777" w:rsidR="00470CC7" w:rsidRDefault="00470CC7" w:rsidP="00814BAB">
            <w:r>
              <w:lastRenderedPageBreak/>
              <w:t>01:16:04:19</w:t>
            </w:r>
          </w:p>
        </w:tc>
        <w:tc>
          <w:tcPr>
            <w:tcW w:w="2880" w:type="dxa"/>
          </w:tcPr>
          <w:p w14:paraId="1687785E" w14:textId="77777777" w:rsidR="00470CC7" w:rsidRDefault="00470CC7" w:rsidP="00814BAB"/>
        </w:tc>
        <w:tc>
          <w:tcPr>
            <w:tcW w:w="2880" w:type="dxa"/>
          </w:tcPr>
          <w:p w14:paraId="66216691" w14:textId="77777777" w:rsidR="00470CC7" w:rsidRDefault="00470CC7" w:rsidP="00814BAB">
            <w:r>
              <w:rPr>
                <w:b/>
              </w:rPr>
              <w:t xml:space="preserve">ELINOR: </w:t>
            </w:r>
            <w:r>
              <w:t xml:space="preserve">[sigh] Is the owl going to sleep all day? </w:t>
            </w:r>
          </w:p>
        </w:tc>
      </w:tr>
      <w:tr w:rsidR="00470CC7" w14:paraId="131215F5" w14:textId="77777777" w:rsidTr="00814BAB">
        <w:tc>
          <w:tcPr>
            <w:tcW w:w="2880" w:type="dxa"/>
          </w:tcPr>
          <w:p w14:paraId="0FA4A049" w14:textId="77777777" w:rsidR="00470CC7" w:rsidRDefault="00470CC7" w:rsidP="00814BAB">
            <w:r>
              <w:t>01:16:09:06</w:t>
            </w:r>
          </w:p>
        </w:tc>
        <w:tc>
          <w:tcPr>
            <w:tcW w:w="2880" w:type="dxa"/>
          </w:tcPr>
          <w:p w14:paraId="39A5D11C" w14:textId="77777777" w:rsidR="00470CC7" w:rsidRDefault="00470CC7" w:rsidP="00814BAB"/>
        </w:tc>
        <w:tc>
          <w:tcPr>
            <w:tcW w:w="2880" w:type="dxa"/>
          </w:tcPr>
          <w:p w14:paraId="2953E8AE" w14:textId="77777777" w:rsidR="00470CC7" w:rsidRDefault="00470CC7" w:rsidP="00814BAB">
            <w:r>
              <w:rPr>
                <w:b/>
              </w:rPr>
              <w:t xml:space="preserve">OLIVE: </w:t>
            </w:r>
            <w:r>
              <w:t xml:space="preserve">It can't sleep all day. </w:t>
            </w:r>
          </w:p>
        </w:tc>
      </w:tr>
      <w:tr w:rsidR="00470CC7" w14:paraId="26ECB72E" w14:textId="77777777" w:rsidTr="00814BAB">
        <w:tc>
          <w:tcPr>
            <w:tcW w:w="2880" w:type="dxa"/>
          </w:tcPr>
          <w:p w14:paraId="37E11B11" w14:textId="77777777" w:rsidR="00470CC7" w:rsidRDefault="00470CC7" w:rsidP="00814BAB">
            <w:r>
              <w:t>01:16:11:10</w:t>
            </w:r>
          </w:p>
        </w:tc>
        <w:tc>
          <w:tcPr>
            <w:tcW w:w="2880" w:type="dxa"/>
          </w:tcPr>
          <w:p w14:paraId="51D82474" w14:textId="77777777" w:rsidR="00470CC7" w:rsidRDefault="00470CC7" w:rsidP="00814BAB"/>
        </w:tc>
        <w:tc>
          <w:tcPr>
            <w:tcW w:w="2880" w:type="dxa"/>
          </w:tcPr>
          <w:p w14:paraId="6BFB68B4" w14:textId="77777777" w:rsidR="00470CC7" w:rsidRDefault="00470CC7" w:rsidP="00814BAB">
            <w:r>
              <w:t xml:space="preserve">Can it? </w:t>
            </w:r>
          </w:p>
        </w:tc>
      </w:tr>
      <w:tr w:rsidR="00470CC7" w14:paraId="4F2D9380" w14:textId="77777777" w:rsidTr="00814BAB">
        <w:tc>
          <w:tcPr>
            <w:tcW w:w="2880" w:type="dxa"/>
          </w:tcPr>
          <w:p w14:paraId="623C27DD" w14:textId="77777777" w:rsidR="00470CC7" w:rsidRDefault="00470CC7" w:rsidP="00814BAB">
            <w:r>
              <w:t>01:16:12:10</w:t>
            </w:r>
          </w:p>
        </w:tc>
        <w:tc>
          <w:tcPr>
            <w:tcW w:w="2880" w:type="dxa"/>
          </w:tcPr>
          <w:p w14:paraId="38D2466B" w14:textId="77777777" w:rsidR="00470CC7" w:rsidRDefault="00470CC7" w:rsidP="00814BAB"/>
        </w:tc>
        <w:tc>
          <w:tcPr>
            <w:tcW w:w="2880" w:type="dxa"/>
          </w:tcPr>
          <w:p w14:paraId="75E43762" w14:textId="77777777" w:rsidR="00470CC7" w:rsidRDefault="00470CC7" w:rsidP="00814BAB">
            <w:r>
              <w:rPr>
                <w:b/>
              </w:rPr>
              <w:t xml:space="preserve">ARI: </w:t>
            </w:r>
            <w:r>
              <w:t xml:space="preserve">Sounds pretty good to me. </w:t>
            </w:r>
          </w:p>
        </w:tc>
      </w:tr>
      <w:tr w:rsidR="00470CC7" w14:paraId="27AFFF1F" w14:textId="77777777" w:rsidTr="00814BAB">
        <w:tc>
          <w:tcPr>
            <w:tcW w:w="2880" w:type="dxa"/>
          </w:tcPr>
          <w:p w14:paraId="22807ABB" w14:textId="77777777" w:rsidR="00470CC7" w:rsidRDefault="00470CC7" w:rsidP="00814BAB">
            <w:r>
              <w:t>01:16:14:06</w:t>
            </w:r>
          </w:p>
        </w:tc>
        <w:tc>
          <w:tcPr>
            <w:tcW w:w="2880" w:type="dxa"/>
          </w:tcPr>
          <w:p w14:paraId="35F11A9F" w14:textId="77777777" w:rsidR="00470CC7" w:rsidRDefault="00470CC7" w:rsidP="00814BAB"/>
        </w:tc>
        <w:tc>
          <w:tcPr>
            <w:tcW w:w="2880" w:type="dxa"/>
          </w:tcPr>
          <w:p w14:paraId="7D97128F" w14:textId="77777777" w:rsidR="00470CC7" w:rsidRDefault="00470CC7" w:rsidP="00814BAB">
            <w:r>
              <w:t xml:space="preserve">Some of my cousins sleep all day. </w:t>
            </w:r>
          </w:p>
        </w:tc>
      </w:tr>
      <w:tr w:rsidR="00470CC7" w14:paraId="7CA3D4DA" w14:textId="77777777" w:rsidTr="00814BAB">
        <w:tc>
          <w:tcPr>
            <w:tcW w:w="2880" w:type="dxa"/>
          </w:tcPr>
          <w:p w14:paraId="25DB15D0" w14:textId="77777777" w:rsidR="00470CC7" w:rsidRDefault="00470CC7" w:rsidP="00814BAB">
            <w:r>
              <w:t>01:16:15:22</w:t>
            </w:r>
          </w:p>
        </w:tc>
        <w:tc>
          <w:tcPr>
            <w:tcW w:w="2880" w:type="dxa"/>
          </w:tcPr>
          <w:p w14:paraId="60E0A653" w14:textId="77777777" w:rsidR="00470CC7" w:rsidRDefault="00470CC7" w:rsidP="00814BAB"/>
        </w:tc>
        <w:tc>
          <w:tcPr>
            <w:tcW w:w="2880" w:type="dxa"/>
          </w:tcPr>
          <w:p w14:paraId="2559AF39" w14:textId="77777777" w:rsidR="00470CC7" w:rsidRDefault="00470CC7" w:rsidP="00814BAB">
            <w:r>
              <w:rPr>
                <w:b/>
              </w:rPr>
              <w:t xml:space="preserve">OLIVE: </w:t>
            </w:r>
            <w:r>
              <w:t xml:space="preserve">I wonder when it eats. </w:t>
            </w:r>
          </w:p>
        </w:tc>
      </w:tr>
      <w:tr w:rsidR="00470CC7" w14:paraId="23ABA20B" w14:textId="77777777" w:rsidTr="00814BAB">
        <w:tc>
          <w:tcPr>
            <w:tcW w:w="2880" w:type="dxa"/>
          </w:tcPr>
          <w:p w14:paraId="3429A369" w14:textId="77777777" w:rsidR="00470CC7" w:rsidRDefault="00470CC7" w:rsidP="00814BAB">
            <w:r>
              <w:t>01:16:17:23</w:t>
            </w:r>
          </w:p>
        </w:tc>
        <w:tc>
          <w:tcPr>
            <w:tcW w:w="2880" w:type="dxa"/>
          </w:tcPr>
          <w:p w14:paraId="3C6EC27E" w14:textId="77777777" w:rsidR="00470CC7" w:rsidRDefault="00470CC7" w:rsidP="00814BAB"/>
        </w:tc>
        <w:tc>
          <w:tcPr>
            <w:tcW w:w="2880" w:type="dxa"/>
          </w:tcPr>
          <w:p w14:paraId="00284354" w14:textId="77777777" w:rsidR="00470CC7" w:rsidRDefault="00470CC7" w:rsidP="00814BAB">
            <w:r>
              <w:rPr>
                <w:b/>
              </w:rPr>
              <w:t xml:space="preserve">ARI: </w:t>
            </w:r>
            <w:r>
              <w:t xml:space="preserve">Speaking of eating... </w:t>
            </w:r>
          </w:p>
        </w:tc>
      </w:tr>
      <w:tr w:rsidR="00470CC7" w14:paraId="4D94223D" w14:textId="77777777" w:rsidTr="00814BAB">
        <w:tc>
          <w:tcPr>
            <w:tcW w:w="2880" w:type="dxa"/>
          </w:tcPr>
          <w:p w14:paraId="0A744024" w14:textId="77777777" w:rsidR="00470CC7" w:rsidRDefault="00470CC7" w:rsidP="00814BAB">
            <w:r>
              <w:t>01:16:19:09</w:t>
            </w:r>
          </w:p>
        </w:tc>
        <w:tc>
          <w:tcPr>
            <w:tcW w:w="2880" w:type="dxa"/>
          </w:tcPr>
          <w:p w14:paraId="28CD5329" w14:textId="77777777" w:rsidR="00470CC7" w:rsidRDefault="00470CC7" w:rsidP="00814BAB"/>
        </w:tc>
        <w:tc>
          <w:tcPr>
            <w:tcW w:w="2880" w:type="dxa"/>
          </w:tcPr>
          <w:p w14:paraId="67FC1A91" w14:textId="77777777" w:rsidR="00470CC7" w:rsidRDefault="00470CC7" w:rsidP="00814BAB">
            <w:r>
              <w:t xml:space="preserve">It's almost dinner time! </w:t>
            </w:r>
          </w:p>
        </w:tc>
      </w:tr>
      <w:tr w:rsidR="00470CC7" w14:paraId="0BC402FF" w14:textId="77777777" w:rsidTr="00814BAB">
        <w:tc>
          <w:tcPr>
            <w:tcW w:w="2880" w:type="dxa"/>
          </w:tcPr>
          <w:p w14:paraId="46F257C6" w14:textId="77777777" w:rsidR="00470CC7" w:rsidRDefault="00470CC7" w:rsidP="00814BAB">
            <w:r>
              <w:t>01:16:20:23</w:t>
            </w:r>
          </w:p>
        </w:tc>
        <w:tc>
          <w:tcPr>
            <w:tcW w:w="2880" w:type="dxa"/>
          </w:tcPr>
          <w:p w14:paraId="5A1E2A0F" w14:textId="77777777" w:rsidR="00470CC7" w:rsidRDefault="00470CC7" w:rsidP="00814BAB"/>
        </w:tc>
        <w:tc>
          <w:tcPr>
            <w:tcW w:w="2880" w:type="dxa"/>
          </w:tcPr>
          <w:p w14:paraId="52406733" w14:textId="77777777" w:rsidR="00470CC7" w:rsidRDefault="00470CC7" w:rsidP="00814BAB">
            <w:r>
              <w:rPr>
                <w:b/>
              </w:rPr>
              <w:t xml:space="preserve">OLIVE: </w:t>
            </w:r>
            <w:r>
              <w:t xml:space="preserve">You're right. </w:t>
            </w:r>
          </w:p>
        </w:tc>
      </w:tr>
      <w:tr w:rsidR="00470CC7" w14:paraId="13CD3E96" w14:textId="77777777" w:rsidTr="00814BAB">
        <w:tc>
          <w:tcPr>
            <w:tcW w:w="2880" w:type="dxa"/>
          </w:tcPr>
          <w:p w14:paraId="79B3A096" w14:textId="77777777" w:rsidR="00470CC7" w:rsidRDefault="00470CC7" w:rsidP="00814BAB">
            <w:r>
              <w:t>01:16:22:17</w:t>
            </w:r>
          </w:p>
        </w:tc>
        <w:tc>
          <w:tcPr>
            <w:tcW w:w="2880" w:type="dxa"/>
          </w:tcPr>
          <w:p w14:paraId="7B24A448" w14:textId="77777777" w:rsidR="00470CC7" w:rsidRDefault="00470CC7" w:rsidP="00814BAB"/>
        </w:tc>
        <w:tc>
          <w:tcPr>
            <w:tcW w:w="2880" w:type="dxa"/>
          </w:tcPr>
          <w:p w14:paraId="47BF5FDB" w14:textId="77777777" w:rsidR="00470CC7" w:rsidRDefault="00470CC7" w:rsidP="00814BAB">
            <w:r>
              <w:t xml:space="preserve">We'd better go. </w:t>
            </w:r>
          </w:p>
        </w:tc>
      </w:tr>
      <w:tr w:rsidR="00470CC7" w14:paraId="7FF7F1AC" w14:textId="77777777" w:rsidTr="00814BAB">
        <w:tc>
          <w:tcPr>
            <w:tcW w:w="2880" w:type="dxa"/>
          </w:tcPr>
          <w:p w14:paraId="43E6B4CB" w14:textId="77777777" w:rsidR="00470CC7" w:rsidRDefault="00470CC7" w:rsidP="00814BAB">
            <w:r>
              <w:t>01:16:25:08</w:t>
            </w:r>
          </w:p>
        </w:tc>
        <w:tc>
          <w:tcPr>
            <w:tcW w:w="2880" w:type="dxa"/>
          </w:tcPr>
          <w:p w14:paraId="04B2A159" w14:textId="77777777" w:rsidR="00470CC7" w:rsidRDefault="00470CC7" w:rsidP="00814BAB"/>
        </w:tc>
        <w:tc>
          <w:tcPr>
            <w:tcW w:w="2880" w:type="dxa"/>
          </w:tcPr>
          <w:p w14:paraId="53E47F64" w14:textId="77777777" w:rsidR="00470CC7" w:rsidRDefault="00470CC7" w:rsidP="00814BAB">
            <w:r>
              <w:t xml:space="preserve">C'mon Elinor. </w:t>
            </w:r>
          </w:p>
        </w:tc>
      </w:tr>
      <w:tr w:rsidR="00470CC7" w14:paraId="679FBAAF" w14:textId="77777777" w:rsidTr="00814BAB">
        <w:tc>
          <w:tcPr>
            <w:tcW w:w="2880" w:type="dxa"/>
          </w:tcPr>
          <w:p w14:paraId="65FF4539" w14:textId="77777777" w:rsidR="00470CC7" w:rsidRDefault="00470CC7" w:rsidP="00814BAB">
            <w:r>
              <w:t>01:16:29:10</w:t>
            </w:r>
          </w:p>
        </w:tc>
        <w:tc>
          <w:tcPr>
            <w:tcW w:w="2880" w:type="dxa"/>
          </w:tcPr>
          <w:p w14:paraId="0D0F91B9" w14:textId="77777777" w:rsidR="00470CC7" w:rsidRDefault="00470CC7" w:rsidP="00814BAB"/>
        </w:tc>
        <w:tc>
          <w:tcPr>
            <w:tcW w:w="2880" w:type="dxa"/>
          </w:tcPr>
          <w:p w14:paraId="29561CE8" w14:textId="77777777" w:rsidR="00470CC7" w:rsidRDefault="00470CC7" w:rsidP="00814BAB">
            <w:r>
              <w:rPr>
                <w:b/>
              </w:rPr>
              <w:t xml:space="preserve">ELINOR: </w:t>
            </w:r>
            <w:r>
              <w:t xml:space="preserve">Oh, </w:t>
            </w:r>
            <w:proofErr w:type="gramStart"/>
            <w:r>
              <w:t>please  wake</w:t>
            </w:r>
            <w:proofErr w:type="gramEnd"/>
            <w:r>
              <w:t xml:space="preserve"> up! </w:t>
            </w:r>
          </w:p>
        </w:tc>
      </w:tr>
      <w:tr w:rsidR="00470CC7" w14:paraId="6A105CDD" w14:textId="77777777" w:rsidTr="00814BAB">
        <w:tc>
          <w:tcPr>
            <w:tcW w:w="2880" w:type="dxa"/>
          </w:tcPr>
          <w:p w14:paraId="75C9B392" w14:textId="77777777" w:rsidR="00470CC7" w:rsidRDefault="00470CC7" w:rsidP="00814BAB">
            <w:r>
              <w:t>01:16:33:04</w:t>
            </w:r>
          </w:p>
        </w:tc>
        <w:tc>
          <w:tcPr>
            <w:tcW w:w="2880" w:type="dxa"/>
          </w:tcPr>
          <w:p w14:paraId="55FAECBC" w14:textId="77777777" w:rsidR="00470CC7" w:rsidRDefault="00470CC7" w:rsidP="00814BAB"/>
        </w:tc>
        <w:tc>
          <w:tcPr>
            <w:tcW w:w="2880" w:type="dxa"/>
          </w:tcPr>
          <w:p w14:paraId="1658DC83" w14:textId="77777777" w:rsidR="00470CC7" w:rsidRDefault="00470CC7" w:rsidP="00814BAB">
            <w:r>
              <w:t xml:space="preserve">[sigh] </w:t>
            </w:r>
          </w:p>
        </w:tc>
      </w:tr>
      <w:tr w:rsidR="00470CC7" w14:paraId="1F7F627A" w14:textId="77777777" w:rsidTr="00814BAB">
        <w:tc>
          <w:tcPr>
            <w:tcW w:w="2880" w:type="dxa"/>
          </w:tcPr>
          <w:p w14:paraId="10C76ADF" w14:textId="77777777" w:rsidR="00470CC7" w:rsidRDefault="00470CC7" w:rsidP="00814BAB">
            <w:r>
              <w:t>01:16:39:19</w:t>
            </w:r>
          </w:p>
        </w:tc>
        <w:tc>
          <w:tcPr>
            <w:tcW w:w="2880" w:type="dxa"/>
          </w:tcPr>
          <w:p w14:paraId="4D5BA5A8" w14:textId="77777777" w:rsidR="00470CC7" w:rsidRDefault="00470CC7" w:rsidP="00814BAB"/>
        </w:tc>
        <w:tc>
          <w:tcPr>
            <w:tcW w:w="2880" w:type="dxa"/>
          </w:tcPr>
          <w:p w14:paraId="4FEF0428" w14:textId="77777777" w:rsidR="00470CC7" w:rsidRDefault="00470CC7" w:rsidP="00814BAB">
            <w:r>
              <w:t xml:space="preserve">[owl hooting] </w:t>
            </w:r>
          </w:p>
        </w:tc>
      </w:tr>
      <w:tr w:rsidR="00470CC7" w14:paraId="55B40F2F" w14:textId="77777777" w:rsidTr="00814BAB">
        <w:tc>
          <w:tcPr>
            <w:tcW w:w="2880" w:type="dxa"/>
          </w:tcPr>
          <w:p w14:paraId="74F1A408" w14:textId="77777777" w:rsidR="00470CC7" w:rsidRDefault="00470CC7" w:rsidP="00814BAB">
            <w:r>
              <w:t>01:16:43:11</w:t>
            </w:r>
          </w:p>
        </w:tc>
        <w:tc>
          <w:tcPr>
            <w:tcW w:w="2880" w:type="dxa"/>
          </w:tcPr>
          <w:p w14:paraId="752EAC35" w14:textId="77777777" w:rsidR="00470CC7" w:rsidRDefault="00470CC7" w:rsidP="00814BAB"/>
        </w:tc>
        <w:tc>
          <w:tcPr>
            <w:tcW w:w="2880" w:type="dxa"/>
          </w:tcPr>
          <w:p w14:paraId="1A915D46" w14:textId="77777777" w:rsidR="00470CC7" w:rsidRDefault="00470CC7" w:rsidP="00814BAB">
            <w:r>
              <w:rPr>
                <w:b/>
              </w:rPr>
              <w:t xml:space="preserve">ELINOR: </w:t>
            </w:r>
            <w:r>
              <w:t xml:space="preserve">[snoring] </w:t>
            </w:r>
          </w:p>
        </w:tc>
      </w:tr>
      <w:tr w:rsidR="00470CC7" w14:paraId="4D4179C5" w14:textId="77777777" w:rsidTr="00814BAB">
        <w:tc>
          <w:tcPr>
            <w:tcW w:w="2880" w:type="dxa"/>
          </w:tcPr>
          <w:p w14:paraId="77B76639" w14:textId="77777777" w:rsidR="00470CC7" w:rsidRDefault="00470CC7" w:rsidP="00814BAB">
            <w:r>
              <w:t>01:16:46:12</w:t>
            </w:r>
          </w:p>
        </w:tc>
        <w:tc>
          <w:tcPr>
            <w:tcW w:w="2880" w:type="dxa"/>
          </w:tcPr>
          <w:p w14:paraId="51D984FA" w14:textId="77777777" w:rsidR="00470CC7" w:rsidRDefault="00470CC7" w:rsidP="00814BAB"/>
        </w:tc>
        <w:tc>
          <w:tcPr>
            <w:tcW w:w="2880" w:type="dxa"/>
          </w:tcPr>
          <w:p w14:paraId="20CF56CB" w14:textId="77777777" w:rsidR="00470CC7" w:rsidRDefault="00470CC7" w:rsidP="00814BAB">
            <w:r>
              <w:t xml:space="preserve">[sleep talking] Owl, wake up, please wake up. </w:t>
            </w:r>
          </w:p>
        </w:tc>
      </w:tr>
      <w:tr w:rsidR="00470CC7" w14:paraId="7833E0D1" w14:textId="77777777" w:rsidTr="00814BAB">
        <w:tc>
          <w:tcPr>
            <w:tcW w:w="2880" w:type="dxa"/>
          </w:tcPr>
          <w:p w14:paraId="63E9541B" w14:textId="77777777" w:rsidR="00470CC7" w:rsidRDefault="00470CC7" w:rsidP="00814BAB">
            <w:r>
              <w:t>01:16:49:08</w:t>
            </w:r>
          </w:p>
        </w:tc>
        <w:tc>
          <w:tcPr>
            <w:tcW w:w="2880" w:type="dxa"/>
          </w:tcPr>
          <w:p w14:paraId="094C6BF9" w14:textId="77777777" w:rsidR="00470CC7" w:rsidRDefault="00470CC7" w:rsidP="00814BAB"/>
        </w:tc>
        <w:tc>
          <w:tcPr>
            <w:tcW w:w="2880" w:type="dxa"/>
          </w:tcPr>
          <w:p w14:paraId="53D6F2F7" w14:textId="77777777" w:rsidR="00470CC7" w:rsidRDefault="00470CC7" w:rsidP="00814BAB">
            <w:r>
              <w:t xml:space="preserve">[owl hooting] </w:t>
            </w:r>
          </w:p>
        </w:tc>
      </w:tr>
      <w:tr w:rsidR="00470CC7" w14:paraId="2B2AC802" w14:textId="77777777" w:rsidTr="00814BAB">
        <w:tc>
          <w:tcPr>
            <w:tcW w:w="2880" w:type="dxa"/>
          </w:tcPr>
          <w:p w14:paraId="7944B220" w14:textId="77777777" w:rsidR="00470CC7" w:rsidRDefault="00470CC7" w:rsidP="00814BAB">
            <w:r>
              <w:t>01:16:50:08</w:t>
            </w:r>
          </w:p>
        </w:tc>
        <w:tc>
          <w:tcPr>
            <w:tcW w:w="2880" w:type="dxa"/>
          </w:tcPr>
          <w:p w14:paraId="5B726DBC" w14:textId="77777777" w:rsidR="00470CC7" w:rsidRDefault="00470CC7" w:rsidP="00814BAB"/>
        </w:tc>
        <w:tc>
          <w:tcPr>
            <w:tcW w:w="2880" w:type="dxa"/>
          </w:tcPr>
          <w:p w14:paraId="4FE8A5BB" w14:textId="77777777" w:rsidR="00470CC7" w:rsidRDefault="00470CC7" w:rsidP="00814BAB">
            <w:r>
              <w:rPr>
                <w:b/>
              </w:rPr>
              <w:t xml:space="preserve">ELINOR: </w:t>
            </w:r>
            <w:r>
              <w:t xml:space="preserve">[gasp] </w:t>
            </w:r>
          </w:p>
        </w:tc>
      </w:tr>
      <w:tr w:rsidR="00470CC7" w14:paraId="1C85FC2D" w14:textId="77777777" w:rsidTr="00814BAB">
        <w:tc>
          <w:tcPr>
            <w:tcW w:w="2880" w:type="dxa"/>
          </w:tcPr>
          <w:p w14:paraId="2347BCBC" w14:textId="77777777" w:rsidR="00470CC7" w:rsidRDefault="00470CC7" w:rsidP="00814BAB">
            <w:r>
              <w:t>01:16:51:08</w:t>
            </w:r>
          </w:p>
        </w:tc>
        <w:tc>
          <w:tcPr>
            <w:tcW w:w="2880" w:type="dxa"/>
          </w:tcPr>
          <w:p w14:paraId="12204121" w14:textId="77777777" w:rsidR="00470CC7" w:rsidRDefault="00470CC7" w:rsidP="00814BAB"/>
        </w:tc>
        <w:tc>
          <w:tcPr>
            <w:tcW w:w="2880" w:type="dxa"/>
          </w:tcPr>
          <w:p w14:paraId="7A6F57BE" w14:textId="77777777" w:rsidR="00470CC7" w:rsidRDefault="00470CC7" w:rsidP="00814BAB">
            <w:r>
              <w:t xml:space="preserve">[owl hooting] </w:t>
            </w:r>
          </w:p>
        </w:tc>
      </w:tr>
      <w:tr w:rsidR="00470CC7" w14:paraId="2718BB02" w14:textId="77777777" w:rsidTr="00814BAB">
        <w:tc>
          <w:tcPr>
            <w:tcW w:w="2880" w:type="dxa"/>
          </w:tcPr>
          <w:p w14:paraId="5B281067" w14:textId="77777777" w:rsidR="00470CC7" w:rsidRDefault="00470CC7" w:rsidP="00814BAB">
            <w:r>
              <w:t>01:16:54:11</w:t>
            </w:r>
          </w:p>
        </w:tc>
        <w:tc>
          <w:tcPr>
            <w:tcW w:w="2880" w:type="dxa"/>
          </w:tcPr>
          <w:p w14:paraId="2B0A3941" w14:textId="77777777" w:rsidR="00470CC7" w:rsidRDefault="00470CC7" w:rsidP="00814BAB"/>
        </w:tc>
        <w:tc>
          <w:tcPr>
            <w:tcW w:w="2880" w:type="dxa"/>
          </w:tcPr>
          <w:p w14:paraId="4243336D" w14:textId="77777777" w:rsidR="00470CC7" w:rsidRDefault="00470CC7" w:rsidP="00814BAB">
            <w:r>
              <w:rPr>
                <w:b/>
              </w:rPr>
              <w:t xml:space="preserve">ELINOR: </w:t>
            </w:r>
            <w:r>
              <w:t xml:space="preserve">Who's out there? </w:t>
            </w:r>
          </w:p>
        </w:tc>
      </w:tr>
      <w:tr w:rsidR="00470CC7" w14:paraId="17416163" w14:textId="77777777" w:rsidTr="00814BAB">
        <w:tc>
          <w:tcPr>
            <w:tcW w:w="2880" w:type="dxa"/>
          </w:tcPr>
          <w:p w14:paraId="7ACB1078" w14:textId="77777777" w:rsidR="00470CC7" w:rsidRDefault="00470CC7" w:rsidP="00814BAB">
            <w:r>
              <w:t>01:16:55:20</w:t>
            </w:r>
          </w:p>
        </w:tc>
        <w:tc>
          <w:tcPr>
            <w:tcW w:w="2880" w:type="dxa"/>
          </w:tcPr>
          <w:p w14:paraId="5B43B624" w14:textId="77777777" w:rsidR="00470CC7" w:rsidRDefault="00470CC7" w:rsidP="00814BAB"/>
        </w:tc>
        <w:tc>
          <w:tcPr>
            <w:tcW w:w="2880" w:type="dxa"/>
          </w:tcPr>
          <w:p w14:paraId="4FAF684E" w14:textId="77777777" w:rsidR="00470CC7" w:rsidRDefault="00470CC7" w:rsidP="00814BAB">
            <w:r>
              <w:t xml:space="preserve">[owl hoots] </w:t>
            </w:r>
          </w:p>
        </w:tc>
      </w:tr>
      <w:tr w:rsidR="00470CC7" w14:paraId="3A63486B" w14:textId="77777777" w:rsidTr="00814BAB">
        <w:tc>
          <w:tcPr>
            <w:tcW w:w="2880" w:type="dxa"/>
          </w:tcPr>
          <w:p w14:paraId="4241DFC4" w14:textId="77777777" w:rsidR="00470CC7" w:rsidRDefault="00470CC7" w:rsidP="00814BAB">
            <w:r>
              <w:t>01:16:57:00</w:t>
            </w:r>
          </w:p>
        </w:tc>
        <w:tc>
          <w:tcPr>
            <w:tcW w:w="2880" w:type="dxa"/>
          </w:tcPr>
          <w:p w14:paraId="74324302" w14:textId="77777777" w:rsidR="00470CC7" w:rsidRDefault="00470CC7" w:rsidP="00814BAB"/>
        </w:tc>
        <w:tc>
          <w:tcPr>
            <w:tcW w:w="2880" w:type="dxa"/>
          </w:tcPr>
          <w:p w14:paraId="474197A4" w14:textId="77777777" w:rsidR="00470CC7" w:rsidRDefault="00470CC7" w:rsidP="00814BAB">
            <w:r>
              <w:rPr>
                <w:b/>
              </w:rPr>
              <w:t xml:space="preserve">ELINOR: </w:t>
            </w:r>
            <w:r>
              <w:t xml:space="preserve">Who what? </w:t>
            </w:r>
          </w:p>
        </w:tc>
      </w:tr>
      <w:tr w:rsidR="00470CC7" w14:paraId="08657B0F" w14:textId="77777777" w:rsidTr="00814BAB">
        <w:tc>
          <w:tcPr>
            <w:tcW w:w="2880" w:type="dxa"/>
          </w:tcPr>
          <w:p w14:paraId="0DDE028C" w14:textId="77777777" w:rsidR="00470CC7" w:rsidRDefault="00470CC7" w:rsidP="00814BAB">
            <w:r>
              <w:lastRenderedPageBreak/>
              <w:t>01:16:58:00</w:t>
            </w:r>
          </w:p>
        </w:tc>
        <w:tc>
          <w:tcPr>
            <w:tcW w:w="2880" w:type="dxa"/>
          </w:tcPr>
          <w:p w14:paraId="191467E3" w14:textId="77777777" w:rsidR="00470CC7" w:rsidRDefault="00470CC7" w:rsidP="00814BAB"/>
        </w:tc>
        <w:tc>
          <w:tcPr>
            <w:tcW w:w="2880" w:type="dxa"/>
          </w:tcPr>
          <w:p w14:paraId="3EE23DB1" w14:textId="77777777" w:rsidR="00470CC7" w:rsidRDefault="00470CC7" w:rsidP="00814BAB">
            <w:r>
              <w:t xml:space="preserve">[owl hoots] </w:t>
            </w:r>
          </w:p>
        </w:tc>
      </w:tr>
      <w:tr w:rsidR="00470CC7" w14:paraId="0DC897B8" w14:textId="77777777" w:rsidTr="00814BAB">
        <w:tc>
          <w:tcPr>
            <w:tcW w:w="2880" w:type="dxa"/>
          </w:tcPr>
          <w:p w14:paraId="382E9410" w14:textId="77777777" w:rsidR="00470CC7" w:rsidRDefault="00470CC7" w:rsidP="00814BAB">
            <w:r>
              <w:t>01:16:59:00</w:t>
            </w:r>
          </w:p>
        </w:tc>
        <w:tc>
          <w:tcPr>
            <w:tcW w:w="2880" w:type="dxa"/>
          </w:tcPr>
          <w:p w14:paraId="6DF30AB1" w14:textId="77777777" w:rsidR="00470CC7" w:rsidRDefault="00470CC7" w:rsidP="00814BAB"/>
        </w:tc>
        <w:tc>
          <w:tcPr>
            <w:tcW w:w="2880" w:type="dxa"/>
          </w:tcPr>
          <w:p w14:paraId="1FEE232F" w14:textId="77777777" w:rsidR="00470CC7" w:rsidRDefault="00470CC7" w:rsidP="00814BAB">
            <w:r>
              <w:rPr>
                <w:b/>
              </w:rPr>
              <w:t xml:space="preserve">ELINOR: </w:t>
            </w:r>
            <w:r>
              <w:t xml:space="preserve">Who, me? </w:t>
            </w:r>
          </w:p>
        </w:tc>
      </w:tr>
      <w:tr w:rsidR="00470CC7" w14:paraId="06E7A214" w14:textId="77777777" w:rsidTr="00814BAB">
        <w:tc>
          <w:tcPr>
            <w:tcW w:w="2880" w:type="dxa"/>
          </w:tcPr>
          <w:p w14:paraId="637138EC" w14:textId="77777777" w:rsidR="00470CC7" w:rsidRDefault="00470CC7" w:rsidP="00814BAB">
            <w:r>
              <w:t>01:17:00:03</w:t>
            </w:r>
          </w:p>
        </w:tc>
        <w:tc>
          <w:tcPr>
            <w:tcW w:w="2880" w:type="dxa"/>
          </w:tcPr>
          <w:p w14:paraId="09A18FBA" w14:textId="77777777" w:rsidR="00470CC7" w:rsidRDefault="00470CC7" w:rsidP="00814BAB"/>
        </w:tc>
        <w:tc>
          <w:tcPr>
            <w:tcW w:w="2880" w:type="dxa"/>
          </w:tcPr>
          <w:p w14:paraId="16138BD2" w14:textId="77777777" w:rsidR="00470CC7" w:rsidRDefault="00470CC7" w:rsidP="00814BAB">
            <w:r>
              <w:t xml:space="preserve">[owl hoots] </w:t>
            </w:r>
          </w:p>
        </w:tc>
      </w:tr>
      <w:tr w:rsidR="00470CC7" w14:paraId="12CCDDC9" w14:textId="77777777" w:rsidTr="00814BAB">
        <w:tc>
          <w:tcPr>
            <w:tcW w:w="2880" w:type="dxa"/>
          </w:tcPr>
          <w:p w14:paraId="7F4181E0" w14:textId="77777777" w:rsidR="00470CC7" w:rsidRDefault="00470CC7" w:rsidP="00814BAB">
            <w:r>
              <w:t>01:17:01:03</w:t>
            </w:r>
          </w:p>
        </w:tc>
        <w:tc>
          <w:tcPr>
            <w:tcW w:w="2880" w:type="dxa"/>
          </w:tcPr>
          <w:p w14:paraId="0F205973" w14:textId="77777777" w:rsidR="00470CC7" w:rsidRDefault="00470CC7" w:rsidP="00814BAB"/>
        </w:tc>
        <w:tc>
          <w:tcPr>
            <w:tcW w:w="2880" w:type="dxa"/>
          </w:tcPr>
          <w:p w14:paraId="671459FB" w14:textId="77777777" w:rsidR="00470CC7" w:rsidRDefault="00470CC7" w:rsidP="00814BAB">
            <w:r>
              <w:rPr>
                <w:b/>
              </w:rPr>
              <w:t xml:space="preserve">ELINOR: </w:t>
            </w:r>
            <w:r>
              <w:t xml:space="preserve">[yelling] Yes, I heard you! </w:t>
            </w:r>
          </w:p>
        </w:tc>
      </w:tr>
      <w:tr w:rsidR="00470CC7" w14:paraId="1644AC0D" w14:textId="77777777" w:rsidTr="00814BAB">
        <w:tc>
          <w:tcPr>
            <w:tcW w:w="2880" w:type="dxa"/>
          </w:tcPr>
          <w:p w14:paraId="58651533" w14:textId="77777777" w:rsidR="00470CC7" w:rsidRDefault="00470CC7" w:rsidP="00814BAB">
            <w:r>
              <w:t>01:17:03:03</w:t>
            </w:r>
          </w:p>
        </w:tc>
        <w:tc>
          <w:tcPr>
            <w:tcW w:w="2880" w:type="dxa"/>
          </w:tcPr>
          <w:p w14:paraId="38EB33AC" w14:textId="77777777" w:rsidR="00470CC7" w:rsidRDefault="00470CC7" w:rsidP="00814BAB"/>
        </w:tc>
        <w:tc>
          <w:tcPr>
            <w:tcW w:w="2880" w:type="dxa"/>
          </w:tcPr>
          <w:p w14:paraId="322A27C6" w14:textId="77777777" w:rsidR="00470CC7" w:rsidRDefault="00470CC7" w:rsidP="00814BAB">
            <w:r>
              <w:t xml:space="preserve">Do you mean me? </w:t>
            </w:r>
          </w:p>
        </w:tc>
      </w:tr>
      <w:tr w:rsidR="00470CC7" w14:paraId="4312E249" w14:textId="77777777" w:rsidTr="00814BAB">
        <w:tc>
          <w:tcPr>
            <w:tcW w:w="2880" w:type="dxa"/>
          </w:tcPr>
          <w:p w14:paraId="63892F62" w14:textId="77777777" w:rsidR="00470CC7" w:rsidRDefault="00470CC7" w:rsidP="00814BAB">
            <w:r>
              <w:t>01:17:04:18</w:t>
            </w:r>
          </w:p>
        </w:tc>
        <w:tc>
          <w:tcPr>
            <w:tcW w:w="2880" w:type="dxa"/>
          </w:tcPr>
          <w:p w14:paraId="20EBB971" w14:textId="77777777" w:rsidR="00470CC7" w:rsidRDefault="00470CC7" w:rsidP="00814BAB"/>
        </w:tc>
        <w:tc>
          <w:tcPr>
            <w:tcW w:w="2880" w:type="dxa"/>
          </w:tcPr>
          <w:p w14:paraId="0E35DAAD" w14:textId="77777777" w:rsidR="00470CC7" w:rsidRDefault="00470CC7" w:rsidP="00814BAB">
            <w:r>
              <w:t xml:space="preserve">I'm Elinor, that's who. </w:t>
            </w:r>
          </w:p>
        </w:tc>
      </w:tr>
      <w:tr w:rsidR="00470CC7" w14:paraId="35049B0E" w14:textId="77777777" w:rsidTr="00814BAB">
        <w:tc>
          <w:tcPr>
            <w:tcW w:w="2880" w:type="dxa"/>
          </w:tcPr>
          <w:p w14:paraId="467FD047" w14:textId="77777777" w:rsidR="00470CC7" w:rsidRDefault="00470CC7" w:rsidP="00814BAB">
            <w:r>
              <w:t>01:17:07:04</w:t>
            </w:r>
          </w:p>
        </w:tc>
        <w:tc>
          <w:tcPr>
            <w:tcW w:w="2880" w:type="dxa"/>
          </w:tcPr>
          <w:p w14:paraId="306611C1" w14:textId="77777777" w:rsidR="00470CC7" w:rsidRDefault="00470CC7" w:rsidP="00814BAB"/>
        </w:tc>
        <w:tc>
          <w:tcPr>
            <w:tcW w:w="2880" w:type="dxa"/>
          </w:tcPr>
          <w:p w14:paraId="56C3EA69" w14:textId="77777777" w:rsidR="00470CC7" w:rsidRDefault="00470CC7" w:rsidP="00814BAB">
            <w:r>
              <w:t xml:space="preserve">[owl hoots] </w:t>
            </w:r>
          </w:p>
        </w:tc>
      </w:tr>
      <w:tr w:rsidR="00470CC7" w14:paraId="6F7D458F" w14:textId="77777777" w:rsidTr="00814BAB">
        <w:tc>
          <w:tcPr>
            <w:tcW w:w="2880" w:type="dxa"/>
          </w:tcPr>
          <w:p w14:paraId="0CBD4AEB" w14:textId="77777777" w:rsidR="00470CC7" w:rsidRDefault="00470CC7" w:rsidP="00814BAB">
            <w:r>
              <w:t>01:17:12:10</w:t>
            </w:r>
          </w:p>
        </w:tc>
        <w:tc>
          <w:tcPr>
            <w:tcW w:w="2880" w:type="dxa"/>
          </w:tcPr>
          <w:p w14:paraId="54EFE340" w14:textId="77777777" w:rsidR="00470CC7" w:rsidRDefault="00470CC7" w:rsidP="00814BAB"/>
        </w:tc>
        <w:tc>
          <w:tcPr>
            <w:tcW w:w="2880" w:type="dxa"/>
          </w:tcPr>
          <w:p w14:paraId="11EDEBD7" w14:textId="77777777" w:rsidR="00470CC7" w:rsidRDefault="00470CC7" w:rsidP="00814BAB">
            <w:r>
              <w:rPr>
                <w:b/>
              </w:rPr>
              <w:t xml:space="preserve">ELINOR: </w:t>
            </w:r>
            <w:r>
              <w:t xml:space="preserve">Mom! Wake up! </w:t>
            </w:r>
          </w:p>
        </w:tc>
      </w:tr>
      <w:tr w:rsidR="00470CC7" w14:paraId="55EE3182" w14:textId="77777777" w:rsidTr="00814BAB">
        <w:tc>
          <w:tcPr>
            <w:tcW w:w="2880" w:type="dxa"/>
          </w:tcPr>
          <w:p w14:paraId="33E27077" w14:textId="77777777" w:rsidR="00470CC7" w:rsidRDefault="00470CC7" w:rsidP="00814BAB">
            <w:r>
              <w:t>01:17:14:13</w:t>
            </w:r>
          </w:p>
        </w:tc>
        <w:tc>
          <w:tcPr>
            <w:tcW w:w="2880" w:type="dxa"/>
          </w:tcPr>
          <w:p w14:paraId="11016644" w14:textId="77777777" w:rsidR="00470CC7" w:rsidRDefault="00470CC7" w:rsidP="00814BAB"/>
        </w:tc>
        <w:tc>
          <w:tcPr>
            <w:tcW w:w="2880" w:type="dxa"/>
          </w:tcPr>
          <w:p w14:paraId="7DBCFACB" w14:textId="77777777" w:rsidR="00470CC7" w:rsidRDefault="00470CC7" w:rsidP="00814BAB">
            <w:r>
              <w:t xml:space="preserve">Mom! </w:t>
            </w:r>
          </w:p>
        </w:tc>
      </w:tr>
      <w:tr w:rsidR="00470CC7" w14:paraId="59A25008" w14:textId="77777777" w:rsidTr="00814BAB">
        <w:tc>
          <w:tcPr>
            <w:tcW w:w="2880" w:type="dxa"/>
          </w:tcPr>
          <w:p w14:paraId="2DEE3A7E" w14:textId="77777777" w:rsidR="00470CC7" w:rsidRDefault="00470CC7" w:rsidP="00814BAB">
            <w:r>
              <w:t>01:17:16:06</w:t>
            </w:r>
          </w:p>
        </w:tc>
        <w:tc>
          <w:tcPr>
            <w:tcW w:w="2880" w:type="dxa"/>
          </w:tcPr>
          <w:p w14:paraId="2746CDB0" w14:textId="77777777" w:rsidR="00470CC7" w:rsidRDefault="00470CC7" w:rsidP="00814BAB"/>
        </w:tc>
        <w:tc>
          <w:tcPr>
            <w:tcW w:w="2880" w:type="dxa"/>
          </w:tcPr>
          <w:p w14:paraId="624DB193" w14:textId="77777777" w:rsidR="00470CC7" w:rsidRDefault="00470CC7" w:rsidP="00814BAB">
            <w:proofErr w:type="gramStart"/>
            <w:r>
              <w:t>Mom,</w:t>
            </w:r>
            <w:proofErr w:type="gramEnd"/>
            <w:r>
              <w:t xml:space="preserve"> wake up! </w:t>
            </w:r>
          </w:p>
        </w:tc>
      </w:tr>
      <w:tr w:rsidR="00470CC7" w14:paraId="72726CCE" w14:textId="77777777" w:rsidTr="00814BAB">
        <w:tc>
          <w:tcPr>
            <w:tcW w:w="2880" w:type="dxa"/>
          </w:tcPr>
          <w:p w14:paraId="42E537DF" w14:textId="77777777" w:rsidR="00470CC7" w:rsidRDefault="00470CC7" w:rsidP="00814BAB">
            <w:r>
              <w:t>01:17:17:09</w:t>
            </w:r>
          </w:p>
        </w:tc>
        <w:tc>
          <w:tcPr>
            <w:tcW w:w="2880" w:type="dxa"/>
          </w:tcPr>
          <w:p w14:paraId="6E9D2E3D" w14:textId="77777777" w:rsidR="00470CC7" w:rsidRDefault="00470CC7" w:rsidP="00814BAB"/>
        </w:tc>
        <w:tc>
          <w:tcPr>
            <w:tcW w:w="2880" w:type="dxa"/>
          </w:tcPr>
          <w:p w14:paraId="1F03DE43" w14:textId="77777777" w:rsidR="00470CC7" w:rsidRDefault="00470CC7" w:rsidP="00814BAB">
            <w:r>
              <w:rPr>
                <w:b/>
              </w:rPr>
              <w:t xml:space="preserve">RANGER RABBIT: </w:t>
            </w:r>
            <w:r>
              <w:t xml:space="preserve">Huh? What? </w:t>
            </w:r>
          </w:p>
        </w:tc>
      </w:tr>
      <w:tr w:rsidR="00470CC7" w14:paraId="0872AB64" w14:textId="77777777" w:rsidTr="00814BAB">
        <w:tc>
          <w:tcPr>
            <w:tcW w:w="2880" w:type="dxa"/>
          </w:tcPr>
          <w:p w14:paraId="2AC50B15" w14:textId="77777777" w:rsidR="00470CC7" w:rsidRDefault="00470CC7" w:rsidP="00814BAB">
            <w:r>
              <w:t>01:17:18:20</w:t>
            </w:r>
          </w:p>
        </w:tc>
        <w:tc>
          <w:tcPr>
            <w:tcW w:w="2880" w:type="dxa"/>
          </w:tcPr>
          <w:p w14:paraId="6446DC00" w14:textId="77777777" w:rsidR="00470CC7" w:rsidRDefault="00470CC7" w:rsidP="00814BAB"/>
        </w:tc>
        <w:tc>
          <w:tcPr>
            <w:tcW w:w="2880" w:type="dxa"/>
          </w:tcPr>
          <w:p w14:paraId="0D72CEC2" w14:textId="77777777" w:rsidR="00470CC7" w:rsidRDefault="00470CC7" w:rsidP="00814BAB">
            <w:r>
              <w:t xml:space="preserve">Elinor? </w:t>
            </w:r>
          </w:p>
        </w:tc>
      </w:tr>
      <w:tr w:rsidR="00470CC7" w14:paraId="50921B10" w14:textId="77777777" w:rsidTr="00814BAB">
        <w:tc>
          <w:tcPr>
            <w:tcW w:w="2880" w:type="dxa"/>
          </w:tcPr>
          <w:p w14:paraId="3225D6AC" w14:textId="77777777" w:rsidR="00470CC7" w:rsidRDefault="00470CC7" w:rsidP="00814BAB">
            <w:r>
              <w:t>01:17:19:20</w:t>
            </w:r>
          </w:p>
        </w:tc>
        <w:tc>
          <w:tcPr>
            <w:tcW w:w="2880" w:type="dxa"/>
          </w:tcPr>
          <w:p w14:paraId="70A958ED" w14:textId="77777777" w:rsidR="00470CC7" w:rsidRDefault="00470CC7" w:rsidP="00814BAB"/>
        </w:tc>
        <w:tc>
          <w:tcPr>
            <w:tcW w:w="2880" w:type="dxa"/>
          </w:tcPr>
          <w:p w14:paraId="2BC57123" w14:textId="77777777" w:rsidR="00470CC7" w:rsidRDefault="00470CC7" w:rsidP="00814BAB">
            <w:r>
              <w:t xml:space="preserve">Is something wrong? </w:t>
            </w:r>
          </w:p>
        </w:tc>
      </w:tr>
      <w:tr w:rsidR="00470CC7" w14:paraId="5D8B51F7" w14:textId="77777777" w:rsidTr="00814BAB">
        <w:tc>
          <w:tcPr>
            <w:tcW w:w="2880" w:type="dxa"/>
          </w:tcPr>
          <w:p w14:paraId="10251C5E" w14:textId="77777777" w:rsidR="00470CC7" w:rsidRDefault="00470CC7" w:rsidP="00814BAB">
            <w:r>
              <w:t>01:17:20:20</w:t>
            </w:r>
          </w:p>
        </w:tc>
        <w:tc>
          <w:tcPr>
            <w:tcW w:w="2880" w:type="dxa"/>
          </w:tcPr>
          <w:p w14:paraId="7ABDF6AB" w14:textId="77777777" w:rsidR="00470CC7" w:rsidRDefault="00470CC7" w:rsidP="00814BAB"/>
        </w:tc>
        <w:tc>
          <w:tcPr>
            <w:tcW w:w="2880" w:type="dxa"/>
          </w:tcPr>
          <w:p w14:paraId="64AD0AFC" w14:textId="77777777" w:rsidR="00470CC7" w:rsidRDefault="00470CC7" w:rsidP="00814BAB">
            <w:r>
              <w:rPr>
                <w:b/>
              </w:rPr>
              <w:t xml:space="preserve">ELINOR: </w:t>
            </w:r>
            <w:r>
              <w:t xml:space="preserve">I can't sleep. </w:t>
            </w:r>
          </w:p>
        </w:tc>
      </w:tr>
      <w:tr w:rsidR="00470CC7" w14:paraId="57348708" w14:textId="77777777" w:rsidTr="00814BAB">
        <w:tc>
          <w:tcPr>
            <w:tcW w:w="2880" w:type="dxa"/>
          </w:tcPr>
          <w:p w14:paraId="44D46A90" w14:textId="77777777" w:rsidR="00470CC7" w:rsidRDefault="00470CC7" w:rsidP="00814BAB">
            <w:r>
              <w:t>01:17:21:23</w:t>
            </w:r>
          </w:p>
        </w:tc>
        <w:tc>
          <w:tcPr>
            <w:tcW w:w="2880" w:type="dxa"/>
          </w:tcPr>
          <w:p w14:paraId="2408FD7E" w14:textId="77777777" w:rsidR="00470CC7" w:rsidRDefault="00470CC7" w:rsidP="00814BAB"/>
        </w:tc>
        <w:tc>
          <w:tcPr>
            <w:tcW w:w="2880" w:type="dxa"/>
          </w:tcPr>
          <w:p w14:paraId="07F182D3" w14:textId="77777777" w:rsidR="00470CC7" w:rsidRDefault="00470CC7" w:rsidP="00814BAB">
            <w:r>
              <w:rPr>
                <w:b/>
              </w:rPr>
              <w:t xml:space="preserve">RANGER RABBIT: </w:t>
            </w:r>
            <w:r>
              <w:t xml:space="preserve">Honey, </w:t>
            </w:r>
            <w:proofErr w:type="gramStart"/>
            <w:r>
              <w:t>What's</w:t>
            </w:r>
            <w:proofErr w:type="gramEnd"/>
            <w:r>
              <w:t xml:space="preserve"> keeping you awake? </w:t>
            </w:r>
          </w:p>
        </w:tc>
      </w:tr>
      <w:tr w:rsidR="00470CC7" w14:paraId="6082C78C" w14:textId="77777777" w:rsidTr="00814BAB">
        <w:tc>
          <w:tcPr>
            <w:tcW w:w="2880" w:type="dxa"/>
          </w:tcPr>
          <w:p w14:paraId="152D2875" w14:textId="77777777" w:rsidR="00470CC7" w:rsidRDefault="00470CC7" w:rsidP="00814BAB">
            <w:r>
              <w:t>01:17:24:04</w:t>
            </w:r>
          </w:p>
        </w:tc>
        <w:tc>
          <w:tcPr>
            <w:tcW w:w="2880" w:type="dxa"/>
          </w:tcPr>
          <w:p w14:paraId="0075CF39" w14:textId="77777777" w:rsidR="00470CC7" w:rsidRDefault="00470CC7" w:rsidP="00814BAB"/>
        </w:tc>
        <w:tc>
          <w:tcPr>
            <w:tcW w:w="2880" w:type="dxa"/>
          </w:tcPr>
          <w:p w14:paraId="429B7275" w14:textId="77777777" w:rsidR="00470CC7" w:rsidRDefault="00470CC7" w:rsidP="00814BAB">
            <w:r>
              <w:rPr>
                <w:b/>
              </w:rPr>
              <w:t xml:space="preserve">ELINOR: </w:t>
            </w:r>
            <w:r>
              <w:t xml:space="preserve">I can't sleep because of a question. </w:t>
            </w:r>
          </w:p>
        </w:tc>
      </w:tr>
      <w:tr w:rsidR="00470CC7" w14:paraId="52BAA1F3" w14:textId="77777777" w:rsidTr="00814BAB">
        <w:tc>
          <w:tcPr>
            <w:tcW w:w="2880" w:type="dxa"/>
          </w:tcPr>
          <w:p w14:paraId="142E3162" w14:textId="77777777" w:rsidR="00470CC7" w:rsidRDefault="00470CC7" w:rsidP="00814BAB">
            <w:r>
              <w:t>01:17:26:17</w:t>
            </w:r>
          </w:p>
        </w:tc>
        <w:tc>
          <w:tcPr>
            <w:tcW w:w="2880" w:type="dxa"/>
          </w:tcPr>
          <w:p w14:paraId="4B29492E" w14:textId="77777777" w:rsidR="00470CC7" w:rsidRDefault="00470CC7" w:rsidP="00814BAB"/>
        </w:tc>
        <w:tc>
          <w:tcPr>
            <w:tcW w:w="2880" w:type="dxa"/>
          </w:tcPr>
          <w:p w14:paraId="09E9359E" w14:textId="77777777" w:rsidR="00470CC7" w:rsidRDefault="00470CC7" w:rsidP="00814BAB">
            <w:r>
              <w:rPr>
                <w:b/>
              </w:rPr>
              <w:t xml:space="preserve">RANGER RABBIT: </w:t>
            </w:r>
            <w:r>
              <w:t xml:space="preserve">Right. </w:t>
            </w:r>
          </w:p>
        </w:tc>
      </w:tr>
      <w:tr w:rsidR="00470CC7" w14:paraId="74746DF0" w14:textId="77777777" w:rsidTr="00814BAB">
        <w:tc>
          <w:tcPr>
            <w:tcW w:w="2880" w:type="dxa"/>
          </w:tcPr>
          <w:p w14:paraId="5CE3BFEB" w14:textId="77777777" w:rsidR="00470CC7" w:rsidRDefault="00470CC7" w:rsidP="00814BAB">
            <w:r>
              <w:t>01:17:27:23</w:t>
            </w:r>
          </w:p>
        </w:tc>
        <w:tc>
          <w:tcPr>
            <w:tcW w:w="2880" w:type="dxa"/>
          </w:tcPr>
          <w:p w14:paraId="28466FA4" w14:textId="77777777" w:rsidR="00470CC7" w:rsidRDefault="00470CC7" w:rsidP="00814BAB"/>
        </w:tc>
        <w:tc>
          <w:tcPr>
            <w:tcW w:w="2880" w:type="dxa"/>
          </w:tcPr>
          <w:p w14:paraId="3135B52E" w14:textId="77777777" w:rsidR="00470CC7" w:rsidRDefault="00470CC7" w:rsidP="00814BAB">
            <w:r>
              <w:t xml:space="preserve">Tell me, what is your middle-of-the-night question? </w:t>
            </w:r>
          </w:p>
        </w:tc>
      </w:tr>
      <w:tr w:rsidR="00470CC7" w14:paraId="5B82E223" w14:textId="77777777" w:rsidTr="00814BAB">
        <w:tc>
          <w:tcPr>
            <w:tcW w:w="2880" w:type="dxa"/>
          </w:tcPr>
          <w:p w14:paraId="31AA944A" w14:textId="77777777" w:rsidR="00470CC7" w:rsidRDefault="00470CC7" w:rsidP="00814BAB">
            <w:r>
              <w:t>01:17:31:11</w:t>
            </w:r>
          </w:p>
        </w:tc>
        <w:tc>
          <w:tcPr>
            <w:tcW w:w="2880" w:type="dxa"/>
          </w:tcPr>
          <w:p w14:paraId="78079759" w14:textId="77777777" w:rsidR="00470CC7" w:rsidRDefault="00470CC7" w:rsidP="00814BAB"/>
        </w:tc>
        <w:tc>
          <w:tcPr>
            <w:tcW w:w="2880" w:type="dxa"/>
          </w:tcPr>
          <w:p w14:paraId="56462193" w14:textId="77777777" w:rsidR="00470CC7" w:rsidRDefault="00470CC7" w:rsidP="00814BAB">
            <w:r>
              <w:rPr>
                <w:b/>
              </w:rPr>
              <w:t xml:space="preserve">ELINOR: </w:t>
            </w:r>
            <w:r>
              <w:t xml:space="preserve">It's not my question. </w:t>
            </w:r>
          </w:p>
        </w:tc>
      </w:tr>
      <w:tr w:rsidR="00470CC7" w14:paraId="0D027082" w14:textId="77777777" w:rsidTr="00814BAB">
        <w:tc>
          <w:tcPr>
            <w:tcW w:w="2880" w:type="dxa"/>
          </w:tcPr>
          <w:p w14:paraId="472A3B78" w14:textId="77777777" w:rsidR="00470CC7" w:rsidRDefault="00470CC7" w:rsidP="00814BAB">
            <w:r>
              <w:t>01:17:33:03</w:t>
            </w:r>
          </w:p>
        </w:tc>
        <w:tc>
          <w:tcPr>
            <w:tcW w:w="2880" w:type="dxa"/>
          </w:tcPr>
          <w:p w14:paraId="3A3853DE" w14:textId="77777777" w:rsidR="00470CC7" w:rsidRDefault="00470CC7" w:rsidP="00814BAB"/>
        </w:tc>
        <w:tc>
          <w:tcPr>
            <w:tcW w:w="2880" w:type="dxa"/>
          </w:tcPr>
          <w:p w14:paraId="1DF64D5B" w14:textId="77777777" w:rsidR="00470CC7" w:rsidRDefault="00470CC7" w:rsidP="00814BAB">
            <w:r>
              <w:t xml:space="preserve">Someone's outside my window asking me questions! </w:t>
            </w:r>
          </w:p>
        </w:tc>
      </w:tr>
      <w:tr w:rsidR="00470CC7" w14:paraId="1F4986E8" w14:textId="77777777" w:rsidTr="00814BAB">
        <w:tc>
          <w:tcPr>
            <w:tcW w:w="2880" w:type="dxa"/>
          </w:tcPr>
          <w:p w14:paraId="31A2D38A" w14:textId="77777777" w:rsidR="00470CC7" w:rsidRDefault="00470CC7" w:rsidP="00814BAB">
            <w:r>
              <w:lastRenderedPageBreak/>
              <w:t>01:17:37:19</w:t>
            </w:r>
          </w:p>
        </w:tc>
        <w:tc>
          <w:tcPr>
            <w:tcW w:w="2880" w:type="dxa"/>
          </w:tcPr>
          <w:p w14:paraId="4E9A2455" w14:textId="77777777" w:rsidR="00470CC7" w:rsidRDefault="00470CC7" w:rsidP="00814BAB"/>
        </w:tc>
        <w:tc>
          <w:tcPr>
            <w:tcW w:w="2880" w:type="dxa"/>
          </w:tcPr>
          <w:p w14:paraId="0A70AA7F" w14:textId="77777777" w:rsidR="00470CC7" w:rsidRDefault="00470CC7" w:rsidP="00814BAB">
            <w:r>
              <w:t>They keep saying "Who!</w:t>
            </w:r>
            <w:proofErr w:type="gramStart"/>
            <w:r>
              <w:t>", and</w:t>
            </w:r>
            <w:proofErr w:type="gramEnd"/>
            <w:r>
              <w:t xml:space="preserve"> won't stop. </w:t>
            </w:r>
          </w:p>
        </w:tc>
      </w:tr>
      <w:tr w:rsidR="00470CC7" w14:paraId="2CE658A1" w14:textId="77777777" w:rsidTr="00814BAB">
        <w:tc>
          <w:tcPr>
            <w:tcW w:w="2880" w:type="dxa"/>
          </w:tcPr>
          <w:p w14:paraId="62C931AB" w14:textId="77777777" w:rsidR="00470CC7" w:rsidRDefault="00470CC7" w:rsidP="00814BAB">
            <w:r>
              <w:t>01:17:40:22</w:t>
            </w:r>
          </w:p>
        </w:tc>
        <w:tc>
          <w:tcPr>
            <w:tcW w:w="2880" w:type="dxa"/>
          </w:tcPr>
          <w:p w14:paraId="5B836096" w14:textId="77777777" w:rsidR="00470CC7" w:rsidRDefault="00470CC7" w:rsidP="00814BAB"/>
        </w:tc>
        <w:tc>
          <w:tcPr>
            <w:tcW w:w="2880" w:type="dxa"/>
          </w:tcPr>
          <w:p w14:paraId="5A1D30CF" w14:textId="77777777" w:rsidR="00470CC7" w:rsidRDefault="00470CC7" w:rsidP="00814BAB">
            <w:r>
              <w:rPr>
                <w:b/>
              </w:rPr>
              <w:t xml:space="preserve">RANGER RABBIT: </w:t>
            </w:r>
            <w:r>
              <w:t xml:space="preserve">I see. </w:t>
            </w:r>
          </w:p>
        </w:tc>
      </w:tr>
      <w:tr w:rsidR="00470CC7" w14:paraId="18D38B19" w14:textId="77777777" w:rsidTr="00814BAB">
        <w:tc>
          <w:tcPr>
            <w:tcW w:w="2880" w:type="dxa"/>
          </w:tcPr>
          <w:p w14:paraId="1BE2F3C1" w14:textId="77777777" w:rsidR="00470CC7" w:rsidRDefault="00470CC7" w:rsidP="00814BAB">
            <w:r>
              <w:t>01:17:42:01</w:t>
            </w:r>
          </w:p>
        </w:tc>
        <w:tc>
          <w:tcPr>
            <w:tcW w:w="2880" w:type="dxa"/>
          </w:tcPr>
          <w:p w14:paraId="6CADEFBA" w14:textId="77777777" w:rsidR="00470CC7" w:rsidRDefault="00470CC7" w:rsidP="00814BAB"/>
        </w:tc>
        <w:tc>
          <w:tcPr>
            <w:tcW w:w="2880" w:type="dxa"/>
          </w:tcPr>
          <w:p w14:paraId="67D2B0BF" w14:textId="77777777" w:rsidR="00470CC7" w:rsidRDefault="00470CC7" w:rsidP="00814BAB">
            <w:r>
              <w:rPr>
                <w:b/>
              </w:rPr>
              <w:t xml:space="preserve">ELINOR: </w:t>
            </w:r>
            <w:r>
              <w:t xml:space="preserve">I want to go outside and see who it is. </w:t>
            </w:r>
          </w:p>
        </w:tc>
      </w:tr>
      <w:tr w:rsidR="00470CC7" w14:paraId="5C7FCFD6" w14:textId="77777777" w:rsidTr="00814BAB">
        <w:tc>
          <w:tcPr>
            <w:tcW w:w="2880" w:type="dxa"/>
          </w:tcPr>
          <w:p w14:paraId="068BED4A" w14:textId="77777777" w:rsidR="00470CC7" w:rsidRDefault="00470CC7" w:rsidP="00814BAB">
            <w:r>
              <w:t>01:17:44:04</w:t>
            </w:r>
          </w:p>
        </w:tc>
        <w:tc>
          <w:tcPr>
            <w:tcW w:w="2880" w:type="dxa"/>
          </w:tcPr>
          <w:p w14:paraId="411AF3FE" w14:textId="77777777" w:rsidR="00470CC7" w:rsidRDefault="00470CC7" w:rsidP="00814BAB"/>
        </w:tc>
        <w:tc>
          <w:tcPr>
            <w:tcW w:w="2880" w:type="dxa"/>
          </w:tcPr>
          <w:p w14:paraId="420F3562" w14:textId="77777777" w:rsidR="00470CC7" w:rsidRDefault="00470CC7" w:rsidP="00814BAB">
            <w:r>
              <w:t xml:space="preserve">Can you come with me? </w:t>
            </w:r>
          </w:p>
        </w:tc>
      </w:tr>
      <w:tr w:rsidR="00470CC7" w14:paraId="0AF89E86" w14:textId="77777777" w:rsidTr="00814BAB">
        <w:tc>
          <w:tcPr>
            <w:tcW w:w="2880" w:type="dxa"/>
          </w:tcPr>
          <w:p w14:paraId="2E55196A" w14:textId="77777777" w:rsidR="00470CC7" w:rsidRDefault="00470CC7" w:rsidP="00814BAB">
            <w:r>
              <w:t>01:17:45:13</w:t>
            </w:r>
          </w:p>
        </w:tc>
        <w:tc>
          <w:tcPr>
            <w:tcW w:w="2880" w:type="dxa"/>
          </w:tcPr>
          <w:p w14:paraId="11BCB4BA" w14:textId="77777777" w:rsidR="00470CC7" w:rsidRDefault="00470CC7" w:rsidP="00814BAB"/>
        </w:tc>
        <w:tc>
          <w:tcPr>
            <w:tcW w:w="2880" w:type="dxa"/>
          </w:tcPr>
          <w:p w14:paraId="0F6E0669" w14:textId="77777777" w:rsidR="00470CC7" w:rsidRDefault="00470CC7" w:rsidP="00814BAB">
            <w:r>
              <w:rPr>
                <w:b/>
              </w:rPr>
              <w:t xml:space="preserve">RANGER RABBIT: </w:t>
            </w:r>
            <w:r>
              <w:t xml:space="preserve">[sigh] </w:t>
            </w:r>
            <w:proofErr w:type="gramStart"/>
            <w:r>
              <w:t>Yes</w:t>
            </w:r>
            <w:proofErr w:type="gramEnd"/>
            <w:r>
              <w:t xml:space="preserve"> I can. </w:t>
            </w:r>
          </w:p>
        </w:tc>
      </w:tr>
      <w:tr w:rsidR="00470CC7" w14:paraId="57A4EECE" w14:textId="77777777" w:rsidTr="00814BAB">
        <w:tc>
          <w:tcPr>
            <w:tcW w:w="2880" w:type="dxa"/>
          </w:tcPr>
          <w:p w14:paraId="7EE62CE1" w14:textId="77777777" w:rsidR="00470CC7" w:rsidRDefault="00470CC7" w:rsidP="00814BAB">
            <w:r>
              <w:t>01:17:47:23</w:t>
            </w:r>
          </w:p>
        </w:tc>
        <w:tc>
          <w:tcPr>
            <w:tcW w:w="2880" w:type="dxa"/>
          </w:tcPr>
          <w:p w14:paraId="5F54A866" w14:textId="77777777" w:rsidR="00470CC7" w:rsidRDefault="00470CC7" w:rsidP="00814BAB"/>
        </w:tc>
        <w:tc>
          <w:tcPr>
            <w:tcW w:w="2880" w:type="dxa"/>
          </w:tcPr>
          <w:p w14:paraId="4DCD4A37" w14:textId="77777777" w:rsidR="00470CC7" w:rsidRDefault="00470CC7" w:rsidP="00814BAB">
            <w:r>
              <w:t xml:space="preserve">Let's get our night-time observation kit! </w:t>
            </w:r>
          </w:p>
        </w:tc>
      </w:tr>
      <w:tr w:rsidR="00470CC7" w14:paraId="1371D5A5" w14:textId="77777777" w:rsidTr="00814BAB">
        <w:tc>
          <w:tcPr>
            <w:tcW w:w="2880" w:type="dxa"/>
          </w:tcPr>
          <w:p w14:paraId="6D6A31F8" w14:textId="77777777" w:rsidR="00470CC7" w:rsidRDefault="00470CC7" w:rsidP="00814BAB">
            <w:r>
              <w:t>01:17:50:20</w:t>
            </w:r>
          </w:p>
        </w:tc>
        <w:tc>
          <w:tcPr>
            <w:tcW w:w="2880" w:type="dxa"/>
          </w:tcPr>
          <w:p w14:paraId="1E0BEED5" w14:textId="77777777" w:rsidR="00470CC7" w:rsidRDefault="00470CC7" w:rsidP="00814BAB"/>
        </w:tc>
        <w:tc>
          <w:tcPr>
            <w:tcW w:w="2880" w:type="dxa"/>
          </w:tcPr>
          <w:p w14:paraId="4AD61F0B" w14:textId="77777777" w:rsidR="00470CC7" w:rsidRDefault="00470CC7" w:rsidP="00814BAB">
            <w:r>
              <w:rPr>
                <w:b/>
              </w:rPr>
              <w:t xml:space="preserve">ELINOR: </w:t>
            </w:r>
            <w:r>
              <w:t xml:space="preserve">Yay! </w:t>
            </w:r>
          </w:p>
        </w:tc>
      </w:tr>
      <w:tr w:rsidR="00470CC7" w14:paraId="1B0BA307" w14:textId="77777777" w:rsidTr="00814BAB">
        <w:tc>
          <w:tcPr>
            <w:tcW w:w="2880" w:type="dxa"/>
          </w:tcPr>
          <w:p w14:paraId="111DDCF5" w14:textId="77777777" w:rsidR="00470CC7" w:rsidRDefault="00470CC7" w:rsidP="00814BAB">
            <w:r>
              <w:t>01:17:54:06</w:t>
            </w:r>
          </w:p>
        </w:tc>
        <w:tc>
          <w:tcPr>
            <w:tcW w:w="2880" w:type="dxa"/>
          </w:tcPr>
          <w:p w14:paraId="41B25774" w14:textId="77777777" w:rsidR="00470CC7" w:rsidRDefault="00470CC7" w:rsidP="00814BAB"/>
        </w:tc>
        <w:tc>
          <w:tcPr>
            <w:tcW w:w="2880" w:type="dxa"/>
          </w:tcPr>
          <w:p w14:paraId="71D1DCAC" w14:textId="77777777" w:rsidR="00470CC7" w:rsidRDefault="00470CC7" w:rsidP="00814BAB">
            <w:r>
              <w:rPr>
                <w:b/>
              </w:rPr>
              <w:t xml:space="preserve">RANGER RABBIT: </w:t>
            </w:r>
            <w:r>
              <w:t xml:space="preserve">[yawns] </w:t>
            </w:r>
          </w:p>
        </w:tc>
      </w:tr>
      <w:tr w:rsidR="00470CC7" w14:paraId="350ECCBF" w14:textId="77777777" w:rsidTr="00814BAB">
        <w:tc>
          <w:tcPr>
            <w:tcW w:w="2880" w:type="dxa"/>
          </w:tcPr>
          <w:p w14:paraId="287A16CA" w14:textId="77777777" w:rsidR="00470CC7" w:rsidRDefault="00470CC7" w:rsidP="00814BAB">
            <w:r>
              <w:t>01:18:01:05</w:t>
            </w:r>
          </w:p>
        </w:tc>
        <w:tc>
          <w:tcPr>
            <w:tcW w:w="2880" w:type="dxa"/>
          </w:tcPr>
          <w:p w14:paraId="6EC915A7" w14:textId="77777777" w:rsidR="00470CC7" w:rsidRDefault="00470CC7" w:rsidP="00814BAB"/>
        </w:tc>
        <w:tc>
          <w:tcPr>
            <w:tcW w:w="2880" w:type="dxa"/>
          </w:tcPr>
          <w:p w14:paraId="33509271" w14:textId="77777777" w:rsidR="00470CC7" w:rsidRDefault="00470CC7" w:rsidP="00814BAB">
            <w:r>
              <w:rPr>
                <w:b/>
              </w:rPr>
              <w:t xml:space="preserve">ELINOR: </w:t>
            </w:r>
            <w:r>
              <w:t xml:space="preserve">I'm ready! Are you? </w:t>
            </w:r>
          </w:p>
        </w:tc>
      </w:tr>
      <w:tr w:rsidR="00470CC7" w14:paraId="77433A94" w14:textId="77777777" w:rsidTr="00814BAB">
        <w:tc>
          <w:tcPr>
            <w:tcW w:w="2880" w:type="dxa"/>
          </w:tcPr>
          <w:p w14:paraId="13D1911C" w14:textId="77777777" w:rsidR="00470CC7" w:rsidRDefault="00470CC7" w:rsidP="00814BAB">
            <w:r>
              <w:t>01:18:02:21</w:t>
            </w:r>
          </w:p>
        </w:tc>
        <w:tc>
          <w:tcPr>
            <w:tcW w:w="2880" w:type="dxa"/>
          </w:tcPr>
          <w:p w14:paraId="69B88ADA" w14:textId="77777777" w:rsidR="00470CC7" w:rsidRDefault="00470CC7" w:rsidP="00814BAB"/>
        </w:tc>
        <w:tc>
          <w:tcPr>
            <w:tcW w:w="2880" w:type="dxa"/>
          </w:tcPr>
          <w:p w14:paraId="67B3C96D" w14:textId="77777777" w:rsidR="00470CC7" w:rsidRDefault="00470CC7" w:rsidP="00814BAB">
            <w:r>
              <w:rPr>
                <w:b/>
              </w:rPr>
              <w:t xml:space="preserve">RANGER RABBIT: </w:t>
            </w:r>
            <w:r>
              <w:t xml:space="preserve">It's the middle of the night. </w:t>
            </w:r>
          </w:p>
        </w:tc>
      </w:tr>
      <w:tr w:rsidR="00470CC7" w14:paraId="6DD02A64" w14:textId="77777777" w:rsidTr="00814BAB">
        <w:tc>
          <w:tcPr>
            <w:tcW w:w="2880" w:type="dxa"/>
          </w:tcPr>
          <w:p w14:paraId="692B33C1" w14:textId="77777777" w:rsidR="00470CC7" w:rsidRDefault="00470CC7" w:rsidP="00814BAB">
            <w:r>
              <w:t>01:18:04:20</w:t>
            </w:r>
          </w:p>
        </w:tc>
        <w:tc>
          <w:tcPr>
            <w:tcW w:w="2880" w:type="dxa"/>
          </w:tcPr>
          <w:p w14:paraId="396D53D9" w14:textId="77777777" w:rsidR="00470CC7" w:rsidRDefault="00470CC7" w:rsidP="00814BAB"/>
        </w:tc>
        <w:tc>
          <w:tcPr>
            <w:tcW w:w="2880" w:type="dxa"/>
          </w:tcPr>
          <w:p w14:paraId="3236726A" w14:textId="77777777" w:rsidR="00470CC7" w:rsidRDefault="00470CC7" w:rsidP="00814BAB">
            <w:proofErr w:type="gramStart"/>
            <w:r>
              <w:t>Of course</w:t>
            </w:r>
            <w:proofErr w:type="gramEnd"/>
            <w:r>
              <w:t xml:space="preserve"> I'm ready! </w:t>
            </w:r>
          </w:p>
        </w:tc>
      </w:tr>
      <w:tr w:rsidR="00470CC7" w14:paraId="3C3EDA49" w14:textId="77777777" w:rsidTr="00814BAB">
        <w:tc>
          <w:tcPr>
            <w:tcW w:w="2880" w:type="dxa"/>
          </w:tcPr>
          <w:p w14:paraId="65F72F05" w14:textId="77777777" w:rsidR="00470CC7" w:rsidRDefault="00470CC7" w:rsidP="00814BAB">
            <w:r>
              <w:t>01:18:06:16</w:t>
            </w:r>
          </w:p>
        </w:tc>
        <w:tc>
          <w:tcPr>
            <w:tcW w:w="2880" w:type="dxa"/>
          </w:tcPr>
          <w:p w14:paraId="56D3B3D9" w14:textId="77777777" w:rsidR="00470CC7" w:rsidRDefault="00470CC7" w:rsidP="00814BAB"/>
        </w:tc>
        <w:tc>
          <w:tcPr>
            <w:tcW w:w="2880" w:type="dxa"/>
          </w:tcPr>
          <w:p w14:paraId="12A76E4A" w14:textId="77777777" w:rsidR="00470CC7" w:rsidRDefault="00470CC7" w:rsidP="00814BAB">
            <w:r>
              <w:t xml:space="preserve">[owl hooting] </w:t>
            </w:r>
          </w:p>
        </w:tc>
      </w:tr>
      <w:tr w:rsidR="00470CC7" w14:paraId="5DD7737A" w14:textId="77777777" w:rsidTr="00814BAB">
        <w:tc>
          <w:tcPr>
            <w:tcW w:w="2880" w:type="dxa"/>
          </w:tcPr>
          <w:p w14:paraId="5248EE59" w14:textId="77777777" w:rsidR="00470CC7" w:rsidRDefault="00470CC7" w:rsidP="00814BAB">
            <w:r>
              <w:t>01:18:07:16</w:t>
            </w:r>
          </w:p>
        </w:tc>
        <w:tc>
          <w:tcPr>
            <w:tcW w:w="2880" w:type="dxa"/>
          </w:tcPr>
          <w:p w14:paraId="52EC9F47" w14:textId="77777777" w:rsidR="00470CC7" w:rsidRDefault="00470CC7" w:rsidP="00814BAB"/>
        </w:tc>
        <w:tc>
          <w:tcPr>
            <w:tcW w:w="2880" w:type="dxa"/>
          </w:tcPr>
          <w:p w14:paraId="5AA7438E" w14:textId="77777777" w:rsidR="00470CC7" w:rsidRDefault="00470CC7" w:rsidP="00814BAB">
            <w:r>
              <w:rPr>
                <w:b/>
              </w:rPr>
              <w:t xml:space="preserve">RANGER RABBIT: </w:t>
            </w:r>
            <w:r>
              <w:t xml:space="preserve">[gasp] </w:t>
            </w:r>
            <w:r>
              <w:rPr>
                <w:b/>
              </w:rPr>
              <w:t xml:space="preserve">ELINOR: </w:t>
            </w:r>
            <w:r>
              <w:t xml:space="preserve">There it is again! </w:t>
            </w:r>
          </w:p>
        </w:tc>
      </w:tr>
      <w:tr w:rsidR="00470CC7" w14:paraId="3559F455" w14:textId="77777777" w:rsidTr="00814BAB">
        <w:tc>
          <w:tcPr>
            <w:tcW w:w="2880" w:type="dxa"/>
          </w:tcPr>
          <w:p w14:paraId="2D7607CE" w14:textId="77777777" w:rsidR="00470CC7" w:rsidRDefault="00470CC7" w:rsidP="00814BAB">
            <w:r>
              <w:t>01:18:08:23</w:t>
            </w:r>
          </w:p>
        </w:tc>
        <w:tc>
          <w:tcPr>
            <w:tcW w:w="2880" w:type="dxa"/>
          </w:tcPr>
          <w:p w14:paraId="241646AD" w14:textId="77777777" w:rsidR="00470CC7" w:rsidRDefault="00470CC7" w:rsidP="00814BAB"/>
        </w:tc>
        <w:tc>
          <w:tcPr>
            <w:tcW w:w="2880" w:type="dxa"/>
          </w:tcPr>
          <w:p w14:paraId="05A2105A" w14:textId="77777777" w:rsidR="00470CC7" w:rsidRDefault="00470CC7" w:rsidP="00814BAB">
            <w:r>
              <w:t xml:space="preserve">Come on, Mom! </w:t>
            </w:r>
          </w:p>
        </w:tc>
      </w:tr>
      <w:tr w:rsidR="00470CC7" w14:paraId="091B3A52" w14:textId="77777777" w:rsidTr="00814BAB">
        <w:tc>
          <w:tcPr>
            <w:tcW w:w="2880" w:type="dxa"/>
          </w:tcPr>
          <w:p w14:paraId="56FF3E17" w14:textId="77777777" w:rsidR="00470CC7" w:rsidRDefault="00470CC7" w:rsidP="00814BAB">
            <w:r>
              <w:t>01:18:10:02</w:t>
            </w:r>
          </w:p>
        </w:tc>
        <w:tc>
          <w:tcPr>
            <w:tcW w:w="2880" w:type="dxa"/>
          </w:tcPr>
          <w:p w14:paraId="18FDD0B3" w14:textId="77777777" w:rsidR="00470CC7" w:rsidRDefault="00470CC7" w:rsidP="00814BAB"/>
        </w:tc>
        <w:tc>
          <w:tcPr>
            <w:tcW w:w="2880" w:type="dxa"/>
          </w:tcPr>
          <w:p w14:paraId="5C3C1C6C" w14:textId="77777777" w:rsidR="00470CC7" w:rsidRDefault="00470CC7" w:rsidP="00814BAB">
            <w:r>
              <w:t xml:space="preserve">We need more observations! </w:t>
            </w:r>
          </w:p>
        </w:tc>
      </w:tr>
      <w:tr w:rsidR="00470CC7" w14:paraId="45C30BE9" w14:textId="77777777" w:rsidTr="00814BAB">
        <w:tc>
          <w:tcPr>
            <w:tcW w:w="2880" w:type="dxa"/>
          </w:tcPr>
          <w:p w14:paraId="74992285" w14:textId="77777777" w:rsidR="00470CC7" w:rsidRDefault="00470CC7" w:rsidP="00814BAB">
            <w:r>
              <w:t>01:18:12:12</w:t>
            </w:r>
          </w:p>
        </w:tc>
        <w:tc>
          <w:tcPr>
            <w:tcW w:w="2880" w:type="dxa"/>
          </w:tcPr>
          <w:p w14:paraId="31CE3424" w14:textId="77777777" w:rsidR="00470CC7" w:rsidRDefault="00470CC7" w:rsidP="00814BAB"/>
        </w:tc>
        <w:tc>
          <w:tcPr>
            <w:tcW w:w="2880" w:type="dxa"/>
          </w:tcPr>
          <w:p w14:paraId="4EB30B3D" w14:textId="77777777" w:rsidR="00470CC7" w:rsidRDefault="00470CC7" w:rsidP="00814BAB">
            <w:r>
              <w:t xml:space="preserve">[ººº] </w:t>
            </w:r>
          </w:p>
        </w:tc>
      </w:tr>
      <w:tr w:rsidR="00470CC7" w14:paraId="4F574621" w14:textId="77777777" w:rsidTr="00814BAB">
        <w:tc>
          <w:tcPr>
            <w:tcW w:w="2880" w:type="dxa"/>
          </w:tcPr>
          <w:p w14:paraId="66ACC0EF" w14:textId="77777777" w:rsidR="00470CC7" w:rsidRDefault="00470CC7" w:rsidP="00814BAB">
            <w:r>
              <w:t>01:18:15:13</w:t>
            </w:r>
          </w:p>
        </w:tc>
        <w:tc>
          <w:tcPr>
            <w:tcW w:w="2880" w:type="dxa"/>
          </w:tcPr>
          <w:p w14:paraId="0C72821F" w14:textId="77777777" w:rsidR="00470CC7" w:rsidRDefault="00470CC7" w:rsidP="00814BAB"/>
        </w:tc>
        <w:tc>
          <w:tcPr>
            <w:tcW w:w="2880" w:type="dxa"/>
          </w:tcPr>
          <w:p w14:paraId="1FF684F4" w14:textId="77777777" w:rsidR="00470CC7" w:rsidRDefault="00470CC7" w:rsidP="00814BAB">
            <w:r>
              <w:rPr>
                <w:b/>
              </w:rPr>
              <w:t xml:space="preserve">ELINOR: </w:t>
            </w:r>
            <w:r>
              <w:t xml:space="preserve">Wow, it's so dark! </w:t>
            </w:r>
          </w:p>
        </w:tc>
      </w:tr>
      <w:tr w:rsidR="00470CC7" w14:paraId="385A8331" w14:textId="77777777" w:rsidTr="00814BAB">
        <w:tc>
          <w:tcPr>
            <w:tcW w:w="2880" w:type="dxa"/>
          </w:tcPr>
          <w:p w14:paraId="622A3062" w14:textId="77777777" w:rsidR="00470CC7" w:rsidRDefault="00470CC7" w:rsidP="00814BAB">
            <w:r>
              <w:t>01:18:18:00</w:t>
            </w:r>
          </w:p>
        </w:tc>
        <w:tc>
          <w:tcPr>
            <w:tcW w:w="2880" w:type="dxa"/>
          </w:tcPr>
          <w:p w14:paraId="078F1BFC" w14:textId="77777777" w:rsidR="00470CC7" w:rsidRDefault="00470CC7" w:rsidP="00814BAB"/>
        </w:tc>
        <w:tc>
          <w:tcPr>
            <w:tcW w:w="2880" w:type="dxa"/>
          </w:tcPr>
          <w:p w14:paraId="18315A1B" w14:textId="77777777" w:rsidR="00470CC7" w:rsidRDefault="00470CC7" w:rsidP="00814BAB">
            <w:r>
              <w:t xml:space="preserve">I can't see anything! </w:t>
            </w:r>
          </w:p>
        </w:tc>
      </w:tr>
      <w:tr w:rsidR="00470CC7" w14:paraId="5B883B7C" w14:textId="77777777" w:rsidTr="00814BAB">
        <w:tc>
          <w:tcPr>
            <w:tcW w:w="2880" w:type="dxa"/>
          </w:tcPr>
          <w:p w14:paraId="0367D049" w14:textId="77777777" w:rsidR="00470CC7" w:rsidRDefault="00470CC7" w:rsidP="00814BAB">
            <w:r>
              <w:t>01:18:20:16</w:t>
            </w:r>
          </w:p>
        </w:tc>
        <w:tc>
          <w:tcPr>
            <w:tcW w:w="2880" w:type="dxa"/>
          </w:tcPr>
          <w:p w14:paraId="40AE400F" w14:textId="77777777" w:rsidR="00470CC7" w:rsidRDefault="00470CC7" w:rsidP="00814BAB"/>
        </w:tc>
        <w:tc>
          <w:tcPr>
            <w:tcW w:w="2880" w:type="dxa"/>
          </w:tcPr>
          <w:p w14:paraId="77DC5A7C" w14:textId="77777777" w:rsidR="00470CC7" w:rsidRDefault="00470CC7" w:rsidP="00814BAB">
            <w:r>
              <w:t xml:space="preserve">Thanks Mom! </w:t>
            </w:r>
          </w:p>
        </w:tc>
      </w:tr>
      <w:tr w:rsidR="00470CC7" w14:paraId="2D35C56C" w14:textId="77777777" w:rsidTr="00814BAB">
        <w:tc>
          <w:tcPr>
            <w:tcW w:w="2880" w:type="dxa"/>
          </w:tcPr>
          <w:p w14:paraId="145EE861" w14:textId="77777777" w:rsidR="00470CC7" w:rsidRDefault="00470CC7" w:rsidP="00814BAB">
            <w:r>
              <w:t>01:18:23:18</w:t>
            </w:r>
          </w:p>
        </w:tc>
        <w:tc>
          <w:tcPr>
            <w:tcW w:w="2880" w:type="dxa"/>
          </w:tcPr>
          <w:p w14:paraId="18058D09" w14:textId="77777777" w:rsidR="00470CC7" w:rsidRDefault="00470CC7" w:rsidP="00814BAB"/>
        </w:tc>
        <w:tc>
          <w:tcPr>
            <w:tcW w:w="2880" w:type="dxa"/>
          </w:tcPr>
          <w:p w14:paraId="280043CD" w14:textId="77777777" w:rsidR="00470CC7" w:rsidRDefault="00470CC7" w:rsidP="00814BAB">
            <w:proofErr w:type="gramStart"/>
            <w:r>
              <w:rPr>
                <w:b/>
              </w:rPr>
              <w:t>ELINOR:Is</w:t>
            </w:r>
            <w:proofErr w:type="gramEnd"/>
            <w:r>
              <w:rPr>
                <w:b/>
              </w:rPr>
              <w:t xml:space="preserve"> </w:t>
            </w:r>
            <w:r>
              <w:t xml:space="preserve">there anything awake out here? </w:t>
            </w:r>
          </w:p>
        </w:tc>
      </w:tr>
      <w:tr w:rsidR="00470CC7" w14:paraId="25441644" w14:textId="77777777" w:rsidTr="00814BAB">
        <w:tc>
          <w:tcPr>
            <w:tcW w:w="2880" w:type="dxa"/>
          </w:tcPr>
          <w:p w14:paraId="02E391AF" w14:textId="77777777" w:rsidR="00470CC7" w:rsidRDefault="00470CC7" w:rsidP="00814BAB">
            <w:r>
              <w:lastRenderedPageBreak/>
              <w:t>01:18:26:00</w:t>
            </w:r>
          </w:p>
        </w:tc>
        <w:tc>
          <w:tcPr>
            <w:tcW w:w="2880" w:type="dxa"/>
          </w:tcPr>
          <w:p w14:paraId="6F58AB0E" w14:textId="77777777" w:rsidR="00470CC7" w:rsidRDefault="00470CC7" w:rsidP="00814BAB"/>
        </w:tc>
        <w:tc>
          <w:tcPr>
            <w:tcW w:w="2880" w:type="dxa"/>
          </w:tcPr>
          <w:p w14:paraId="37A7390A" w14:textId="77777777" w:rsidR="00470CC7" w:rsidRDefault="00470CC7" w:rsidP="00814BAB">
            <w:r>
              <w:rPr>
                <w:b/>
              </w:rPr>
              <w:t xml:space="preserve">RANGER RABBIT: </w:t>
            </w:r>
            <w:r>
              <w:t xml:space="preserve">[yawns] Other than two sleepy rabbits? </w:t>
            </w:r>
          </w:p>
        </w:tc>
      </w:tr>
      <w:tr w:rsidR="00470CC7" w14:paraId="03AE4CDD" w14:textId="77777777" w:rsidTr="00814BAB">
        <w:tc>
          <w:tcPr>
            <w:tcW w:w="2880" w:type="dxa"/>
          </w:tcPr>
          <w:p w14:paraId="4016FC2E" w14:textId="77777777" w:rsidR="00470CC7" w:rsidRDefault="00470CC7" w:rsidP="00814BAB">
            <w:r>
              <w:t>01:18:29:04</w:t>
            </w:r>
          </w:p>
        </w:tc>
        <w:tc>
          <w:tcPr>
            <w:tcW w:w="2880" w:type="dxa"/>
          </w:tcPr>
          <w:p w14:paraId="4CD54382" w14:textId="77777777" w:rsidR="00470CC7" w:rsidRDefault="00470CC7" w:rsidP="00814BAB"/>
        </w:tc>
        <w:tc>
          <w:tcPr>
            <w:tcW w:w="2880" w:type="dxa"/>
          </w:tcPr>
          <w:p w14:paraId="2C8BA10D" w14:textId="77777777" w:rsidR="00470CC7" w:rsidRDefault="00470CC7" w:rsidP="00814BAB">
            <w:r>
              <w:t xml:space="preserve">[yawns] </w:t>
            </w:r>
          </w:p>
        </w:tc>
      </w:tr>
      <w:tr w:rsidR="00470CC7" w14:paraId="5EDC517F" w14:textId="77777777" w:rsidTr="00814BAB">
        <w:tc>
          <w:tcPr>
            <w:tcW w:w="2880" w:type="dxa"/>
          </w:tcPr>
          <w:p w14:paraId="50C7654B" w14:textId="77777777" w:rsidR="00470CC7" w:rsidRDefault="00470CC7" w:rsidP="00814BAB">
            <w:r>
              <w:t>01:18:30:06</w:t>
            </w:r>
          </w:p>
        </w:tc>
        <w:tc>
          <w:tcPr>
            <w:tcW w:w="2880" w:type="dxa"/>
          </w:tcPr>
          <w:p w14:paraId="0C85D221" w14:textId="77777777" w:rsidR="00470CC7" w:rsidRDefault="00470CC7" w:rsidP="00814BAB"/>
        </w:tc>
        <w:tc>
          <w:tcPr>
            <w:tcW w:w="2880" w:type="dxa"/>
          </w:tcPr>
          <w:p w14:paraId="04DAF457" w14:textId="77777777" w:rsidR="00470CC7" w:rsidRDefault="00470CC7" w:rsidP="00814BAB">
            <w:r>
              <w:t xml:space="preserve">Let's have a look! </w:t>
            </w:r>
          </w:p>
        </w:tc>
      </w:tr>
      <w:tr w:rsidR="00470CC7" w14:paraId="7FC00716" w14:textId="77777777" w:rsidTr="00814BAB">
        <w:tc>
          <w:tcPr>
            <w:tcW w:w="2880" w:type="dxa"/>
          </w:tcPr>
          <w:p w14:paraId="452F4F33" w14:textId="77777777" w:rsidR="00470CC7" w:rsidRDefault="00470CC7" w:rsidP="00814BAB">
            <w:r>
              <w:t>01:18:53:13</w:t>
            </w:r>
          </w:p>
        </w:tc>
        <w:tc>
          <w:tcPr>
            <w:tcW w:w="2880" w:type="dxa"/>
          </w:tcPr>
          <w:p w14:paraId="42FE3E1B" w14:textId="77777777" w:rsidR="00470CC7" w:rsidRDefault="00470CC7" w:rsidP="00814BAB"/>
        </w:tc>
        <w:tc>
          <w:tcPr>
            <w:tcW w:w="2880" w:type="dxa"/>
          </w:tcPr>
          <w:p w14:paraId="2EA15ED6" w14:textId="77777777" w:rsidR="00470CC7" w:rsidRDefault="00470CC7" w:rsidP="00814BAB">
            <w:r>
              <w:rPr>
                <w:b/>
              </w:rPr>
              <w:t xml:space="preserve">ELINOR: </w:t>
            </w:r>
            <w:r>
              <w:t xml:space="preserve">Wow! </w:t>
            </w:r>
          </w:p>
        </w:tc>
      </w:tr>
      <w:tr w:rsidR="00470CC7" w14:paraId="64ECA876" w14:textId="77777777" w:rsidTr="00814BAB">
        <w:tc>
          <w:tcPr>
            <w:tcW w:w="2880" w:type="dxa"/>
          </w:tcPr>
          <w:p w14:paraId="04DCE4E9" w14:textId="77777777" w:rsidR="00470CC7" w:rsidRDefault="00470CC7" w:rsidP="00814BAB">
            <w:r>
              <w:t>01:18:54:13</w:t>
            </w:r>
          </w:p>
        </w:tc>
        <w:tc>
          <w:tcPr>
            <w:tcW w:w="2880" w:type="dxa"/>
          </w:tcPr>
          <w:p w14:paraId="29467352" w14:textId="77777777" w:rsidR="00470CC7" w:rsidRDefault="00470CC7" w:rsidP="00814BAB"/>
        </w:tc>
        <w:tc>
          <w:tcPr>
            <w:tcW w:w="2880" w:type="dxa"/>
          </w:tcPr>
          <w:p w14:paraId="0EC2DEDE" w14:textId="77777777" w:rsidR="00470CC7" w:rsidRDefault="00470CC7" w:rsidP="00814BAB">
            <w:r>
              <w:t xml:space="preserve">That was such a cool lizard! </w:t>
            </w:r>
          </w:p>
        </w:tc>
      </w:tr>
      <w:tr w:rsidR="00470CC7" w14:paraId="1FD45FBF" w14:textId="77777777" w:rsidTr="00814BAB">
        <w:tc>
          <w:tcPr>
            <w:tcW w:w="2880" w:type="dxa"/>
          </w:tcPr>
          <w:p w14:paraId="6607B173" w14:textId="77777777" w:rsidR="00470CC7" w:rsidRDefault="00470CC7" w:rsidP="00814BAB">
            <w:r>
              <w:t>01:18:56:17</w:t>
            </w:r>
          </w:p>
        </w:tc>
        <w:tc>
          <w:tcPr>
            <w:tcW w:w="2880" w:type="dxa"/>
          </w:tcPr>
          <w:p w14:paraId="502F68E9" w14:textId="77777777" w:rsidR="00470CC7" w:rsidRDefault="00470CC7" w:rsidP="00814BAB"/>
        </w:tc>
        <w:tc>
          <w:tcPr>
            <w:tcW w:w="2880" w:type="dxa"/>
          </w:tcPr>
          <w:p w14:paraId="45D88E35" w14:textId="77777777" w:rsidR="00470CC7" w:rsidRDefault="00470CC7" w:rsidP="00814BAB">
            <w:r>
              <w:t xml:space="preserve">I've never seen one like that before. </w:t>
            </w:r>
          </w:p>
        </w:tc>
      </w:tr>
      <w:tr w:rsidR="00470CC7" w14:paraId="077916A7" w14:textId="77777777" w:rsidTr="00814BAB">
        <w:tc>
          <w:tcPr>
            <w:tcW w:w="2880" w:type="dxa"/>
          </w:tcPr>
          <w:p w14:paraId="3169E9B8" w14:textId="77777777" w:rsidR="00470CC7" w:rsidRDefault="00470CC7" w:rsidP="00814BAB">
            <w:r>
              <w:t>01:18:59:02</w:t>
            </w:r>
          </w:p>
        </w:tc>
        <w:tc>
          <w:tcPr>
            <w:tcW w:w="2880" w:type="dxa"/>
          </w:tcPr>
          <w:p w14:paraId="47380EAF" w14:textId="77777777" w:rsidR="00470CC7" w:rsidRDefault="00470CC7" w:rsidP="00814BAB"/>
        </w:tc>
        <w:tc>
          <w:tcPr>
            <w:tcW w:w="2880" w:type="dxa"/>
          </w:tcPr>
          <w:p w14:paraId="4C983D6B" w14:textId="77777777" w:rsidR="00470CC7" w:rsidRDefault="00470CC7" w:rsidP="00814BAB">
            <w:r>
              <w:rPr>
                <w:b/>
              </w:rPr>
              <w:t xml:space="preserve">RANGER RABBIT: </w:t>
            </w:r>
            <w:r>
              <w:t xml:space="preserve">That's because you usually go... </w:t>
            </w:r>
          </w:p>
        </w:tc>
      </w:tr>
      <w:tr w:rsidR="00470CC7" w14:paraId="1757EC29" w14:textId="77777777" w:rsidTr="00814BAB">
        <w:tc>
          <w:tcPr>
            <w:tcW w:w="2880" w:type="dxa"/>
          </w:tcPr>
          <w:p w14:paraId="4B66C3E8" w14:textId="77777777" w:rsidR="00470CC7" w:rsidRDefault="00470CC7" w:rsidP="00814BAB">
            <w:r>
              <w:t>01:19:01:00</w:t>
            </w:r>
          </w:p>
        </w:tc>
        <w:tc>
          <w:tcPr>
            <w:tcW w:w="2880" w:type="dxa"/>
          </w:tcPr>
          <w:p w14:paraId="407680CF" w14:textId="77777777" w:rsidR="00470CC7" w:rsidRDefault="00470CC7" w:rsidP="00814BAB"/>
        </w:tc>
        <w:tc>
          <w:tcPr>
            <w:tcW w:w="2880" w:type="dxa"/>
          </w:tcPr>
          <w:p w14:paraId="1D3863C3" w14:textId="77777777" w:rsidR="00470CC7" w:rsidRDefault="00470CC7" w:rsidP="00814BAB">
            <w:r>
              <w:t xml:space="preserve">into the forest during the day. </w:t>
            </w:r>
          </w:p>
        </w:tc>
      </w:tr>
      <w:tr w:rsidR="00470CC7" w14:paraId="444DC05E" w14:textId="77777777" w:rsidTr="00814BAB">
        <w:tc>
          <w:tcPr>
            <w:tcW w:w="2880" w:type="dxa"/>
          </w:tcPr>
          <w:p w14:paraId="230B9CD7" w14:textId="77777777" w:rsidR="00470CC7" w:rsidRDefault="00470CC7" w:rsidP="00814BAB">
            <w:r>
              <w:t>01:19:03:05</w:t>
            </w:r>
          </w:p>
        </w:tc>
        <w:tc>
          <w:tcPr>
            <w:tcW w:w="2880" w:type="dxa"/>
          </w:tcPr>
          <w:p w14:paraId="0F8CA393" w14:textId="77777777" w:rsidR="00470CC7" w:rsidRDefault="00470CC7" w:rsidP="00814BAB"/>
        </w:tc>
        <w:tc>
          <w:tcPr>
            <w:tcW w:w="2880" w:type="dxa"/>
          </w:tcPr>
          <w:p w14:paraId="216BEC1C" w14:textId="77777777" w:rsidR="00470CC7" w:rsidRDefault="00470CC7" w:rsidP="00814BAB">
            <w:r>
              <w:t xml:space="preserve">Some animals only come out at night. </w:t>
            </w:r>
          </w:p>
        </w:tc>
      </w:tr>
      <w:tr w:rsidR="00470CC7" w14:paraId="551ADE61" w14:textId="77777777" w:rsidTr="00814BAB">
        <w:tc>
          <w:tcPr>
            <w:tcW w:w="2880" w:type="dxa"/>
          </w:tcPr>
          <w:p w14:paraId="75D9B9F3" w14:textId="77777777" w:rsidR="00470CC7" w:rsidRDefault="00470CC7" w:rsidP="00814BAB">
            <w:r>
              <w:t>01:19:07:19</w:t>
            </w:r>
          </w:p>
        </w:tc>
        <w:tc>
          <w:tcPr>
            <w:tcW w:w="2880" w:type="dxa"/>
          </w:tcPr>
          <w:p w14:paraId="3CBF9D62" w14:textId="77777777" w:rsidR="00470CC7" w:rsidRDefault="00470CC7" w:rsidP="00814BAB"/>
        </w:tc>
        <w:tc>
          <w:tcPr>
            <w:tcW w:w="2880" w:type="dxa"/>
          </w:tcPr>
          <w:p w14:paraId="1E05870E" w14:textId="77777777" w:rsidR="00470CC7" w:rsidRDefault="00470CC7" w:rsidP="00814BAB">
            <w:r>
              <w:t xml:space="preserve">Like this lizard, it's called a gecko! </w:t>
            </w:r>
          </w:p>
        </w:tc>
      </w:tr>
      <w:tr w:rsidR="00470CC7" w14:paraId="7D25E0D7" w14:textId="77777777" w:rsidTr="00814BAB">
        <w:tc>
          <w:tcPr>
            <w:tcW w:w="2880" w:type="dxa"/>
          </w:tcPr>
          <w:p w14:paraId="02D21538" w14:textId="77777777" w:rsidR="00470CC7" w:rsidRDefault="00470CC7" w:rsidP="00814BAB">
            <w:r>
              <w:t>01:19:10:08</w:t>
            </w:r>
          </w:p>
        </w:tc>
        <w:tc>
          <w:tcPr>
            <w:tcW w:w="2880" w:type="dxa"/>
          </w:tcPr>
          <w:p w14:paraId="5084C0FC" w14:textId="77777777" w:rsidR="00470CC7" w:rsidRDefault="00470CC7" w:rsidP="00814BAB"/>
        </w:tc>
        <w:tc>
          <w:tcPr>
            <w:tcW w:w="2880" w:type="dxa"/>
          </w:tcPr>
          <w:p w14:paraId="0FEC73DF" w14:textId="77777777" w:rsidR="00470CC7" w:rsidRDefault="00470CC7" w:rsidP="00814BAB">
            <w:r>
              <w:rPr>
                <w:b/>
              </w:rPr>
              <w:t xml:space="preserve">ELINOR: </w:t>
            </w:r>
            <w:r>
              <w:t xml:space="preserve">[gasp] Look at this! </w:t>
            </w:r>
          </w:p>
        </w:tc>
      </w:tr>
      <w:tr w:rsidR="00470CC7" w14:paraId="16C5CBE0" w14:textId="77777777" w:rsidTr="00814BAB">
        <w:tc>
          <w:tcPr>
            <w:tcW w:w="2880" w:type="dxa"/>
          </w:tcPr>
          <w:p w14:paraId="312F861A" w14:textId="77777777" w:rsidR="00470CC7" w:rsidRDefault="00470CC7" w:rsidP="00814BAB">
            <w:r>
              <w:t>01:19:12:10</w:t>
            </w:r>
          </w:p>
        </w:tc>
        <w:tc>
          <w:tcPr>
            <w:tcW w:w="2880" w:type="dxa"/>
          </w:tcPr>
          <w:p w14:paraId="07385FCD" w14:textId="77777777" w:rsidR="00470CC7" w:rsidRDefault="00470CC7" w:rsidP="00814BAB"/>
        </w:tc>
        <w:tc>
          <w:tcPr>
            <w:tcW w:w="2880" w:type="dxa"/>
          </w:tcPr>
          <w:p w14:paraId="18BFF279" w14:textId="77777777" w:rsidR="00470CC7" w:rsidRDefault="00470CC7" w:rsidP="00814BAB">
            <w:r>
              <w:t xml:space="preserve">These worms and bugs are awake! </w:t>
            </w:r>
          </w:p>
        </w:tc>
      </w:tr>
      <w:tr w:rsidR="00470CC7" w14:paraId="2176E893" w14:textId="77777777" w:rsidTr="00814BAB">
        <w:tc>
          <w:tcPr>
            <w:tcW w:w="2880" w:type="dxa"/>
          </w:tcPr>
          <w:p w14:paraId="3D2B0187" w14:textId="77777777" w:rsidR="00470CC7" w:rsidRDefault="00470CC7" w:rsidP="00814BAB">
            <w:r>
              <w:t>01:19:14:20</w:t>
            </w:r>
          </w:p>
        </w:tc>
        <w:tc>
          <w:tcPr>
            <w:tcW w:w="2880" w:type="dxa"/>
          </w:tcPr>
          <w:p w14:paraId="35E677E1" w14:textId="77777777" w:rsidR="00470CC7" w:rsidRDefault="00470CC7" w:rsidP="00814BAB"/>
        </w:tc>
        <w:tc>
          <w:tcPr>
            <w:tcW w:w="2880" w:type="dxa"/>
          </w:tcPr>
          <w:p w14:paraId="6591B26D" w14:textId="77777777" w:rsidR="00470CC7" w:rsidRDefault="00470CC7" w:rsidP="00814BAB">
            <w:r>
              <w:t xml:space="preserve">That is so interesting! </w:t>
            </w:r>
          </w:p>
        </w:tc>
      </w:tr>
      <w:tr w:rsidR="00470CC7" w14:paraId="64C1D3AC" w14:textId="77777777" w:rsidTr="00814BAB">
        <w:tc>
          <w:tcPr>
            <w:tcW w:w="2880" w:type="dxa"/>
          </w:tcPr>
          <w:p w14:paraId="69C5153C" w14:textId="77777777" w:rsidR="00470CC7" w:rsidRDefault="00470CC7" w:rsidP="00814BAB">
            <w:r>
              <w:t>01:19:17:14</w:t>
            </w:r>
          </w:p>
        </w:tc>
        <w:tc>
          <w:tcPr>
            <w:tcW w:w="2880" w:type="dxa"/>
          </w:tcPr>
          <w:p w14:paraId="48CC83BA" w14:textId="77777777" w:rsidR="00470CC7" w:rsidRDefault="00470CC7" w:rsidP="00814BAB"/>
        </w:tc>
        <w:tc>
          <w:tcPr>
            <w:tcW w:w="2880" w:type="dxa"/>
          </w:tcPr>
          <w:p w14:paraId="68E643BF" w14:textId="77777777" w:rsidR="00470CC7" w:rsidRDefault="00470CC7" w:rsidP="00814BAB">
            <w:r>
              <w:rPr>
                <w:b/>
              </w:rPr>
              <w:t xml:space="preserve">ELINOR: </w:t>
            </w:r>
            <w:r>
              <w:t xml:space="preserve">I wonder what all these animals are doing up so late? </w:t>
            </w:r>
          </w:p>
        </w:tc>
      </w:tr>
      <w:tr w:rsidR="00470CC7" w14:paraId="228036E5" w14:textId="77777777" w:rsidTr="00814BAB">
        <w:tc>
          <w:tcPr>
            <w:tcW w:w="2880" w:type="dxa"/>
          </w:tcPr>
          <w:p w14:paraId="7AE24CCA" w14:textId="77777777" w:rsidR="00470CC7" w:rsidRDefault="00470CC7" w:rsidP="00814BAB">
            <w:r>
              <w:t>01:19:21:06</w:t>
            </w:r>
          </w:p>
        </w:tc>
        <w:tc>
          <w:tcPr>
            <w:tcW w:w="2880" w:type="dxa"/>
          </w:tcPr>
          <w:p w14:paraId="56A8E362" w14:textId="77777777" w:rsidR="00470CC7" w:rsidRDefault="00470CC7" w:rsidP="00814BAB"/>
        </w:tc>
        <w:tc>
          <w:tcPr>
            <w:tcW w:w="2880" w:type="dxa"/>
          </w:tcPr>
          <w:p w14:paraId="28280623" w14:textId="77777777" w:rsidR="00470CC7" w:rsidRDefault="00470CC7" w:rsidP="00814BAB">
            <w:r>
              <w:rPr>
                <w:b/>
              </w:rPr>
              <w:t xml:space="preserve">RANGER RABBIT: </w:t>
            </w:r>
            <w:r>
              <w:t xml:space="preserve">Maybe their children woke them up... </w:t>
            </w:r>
          </w:p>
        </w:tc>
      </w:tr>
      <w:tr w:rsidR="00470CC7" w14:paraId="66E13682" w14:textId="77777777" w:rsidTr="00814BAB">
        <w:tc>
          <w:tcPr>
            <w:tcW w:w="2880" w:type="dxa"/>
          </w:tcPr>
          <w:p w14:paraId="2BC6C24A" w14:textId="77777777" w:rsidR="00470CC7" w:rsidRDefault="00470CC7" w:rsidP="00814BAB">
            <w:r>
              <w:t>01:19:23:03</w:t>
            </w:r>
          </w:p>
        </w:tc>
        <w:tc>
          <w:tcPr>
            <w:tcW w:w="2880" w:type="dxa"/>
          </w:tcPr>
          <w:p w14:paraId="03185539" w14:textId="77777777" w:rsidR="00470CC7" w:rsidRDefault="00470CC7" w:rsidP="00814BAB"/>
        </w:tc>
        <w:tc>
          <w:tcPr>
            <w:tcW w:w="2880" w:type="dxa"/>
          </w:tcPr>
          <w:p w14:paraId="578A11FF" w14:textId="77777777" w:rsidR="00470CC7" w:rsidRDefault="00470CC7" w:rsidP="00814BAB">
            <w:r>
              <w:t xml:space="preserve">to go </w:t>
            </w:r>
            <w:proofErr w:type="gramStart"/>
            <w:r>
              <w:t>exploring?</w:t>
            </w:r>
            <w:proofErr w:type="gramEnd"/>
            <w:r>
              <w:t xml:space="preserve"> </w:t>
            </w:r>
          </w:p>
        </w:tc>
      </w:tr>
      <w:tr w:rsidR="00470CC7" w14:paraId="2649863C" w14:textId="77777777" w:rsidTr="00814BAB">
        <w:tc>
          <w:tcPr>
            <w:tcW w:w="2880" w:type="dxa"/>
          </w:tcPr>
          <w:p w14:paraId="68F50605" w14:textId="77777777" w:rsidR="00470CC7" w:rsidRDefault="00470CC7" w:rsidP="00814BAB">
            <w:r>
              <w:t>01:19:24:12</w:t>
            </w:r>
          </w:p>
        </w:tc>
        <w:tc>
          <w:tcPr>
            <w:tcW w:w="2880" w:type="dxa"/>
          </w:tcPr>
          <w:p w14:paraId="1AF4E421" w14:textId="77777777" w:rsidR="00470CC7" w:rsidRDefault="00470CC7" w:rsidP="00814BAB"/>
        </w:tc>
        <w:tc>
          <w:tcPr>
            <w:tcW w:w="2880" w:type="dxa"/>
          </w:tcPr>
          <w:p w14:paraId="3FE0988F" w14:textId="77777777" w:rsidR="00470CC7" w:rsidRDefault="00470CC7" w:rsidP="00814BAB">
            <w:r>
              <w:rPr>
                <w:b/>
              </w:rPr>
              <w:t xml:space="preserve">ELINOR: </w:t>
            </w:r>
            <w:r>
              <w:t xml:space="preserve">[laughs] </w:t>
            </w:r>
          </w:p>
        </w:tc>
      </w:tr>
      <w:tr w:rsidR="00470CC7" w14:paraId="7D0B224A" w14:textId="77777777" w:rsidTr="00814BAB">
        <w:tc>
          <w:tcPr>
            <w:tcW w:w="2880" w:type="dxa"/>
          </w:tcPr>
          <w:p w14:paraId="6DAF6EEE" w14:textId="77777777" w:rsidR="00470CC7" w:rsidRDefault="00470CC7" w:rsidP="00814BAB">
            <w:r>
              <w:lastRenderedPageBreak/>
              <w:t>01:19:25:18</w:t>
            </w:r>
          </w:p>
        </w:tc>
        <w:tc>
          <w:tcPr>
            <w:tcW w:w="2880" w:type="dxa"/>
          </w:tcPr>
          <w:p w14:paraId="7E3F9712" w14:textId="77777777" w:rsidR="00470CC7" w:rsidRDefault="00470CC7" w:rsidP="00814BAB"/>
        </w:tc>
        <w:tc>
          <w:tcPr>
            <w:tcW w:w="2880" w:type="dxa"/>
          </w:tcPr>
          <w:p w14:paraId="68937C0E" w14:textId="77777777" w:rsidR="00470CC7" w:rsidRDefault="00470CC7" w:rsidP="00814BAB">
            <w:r>
              <w:rPr>
                <w:b/>
              </w:rPr>
              <w:t xml:space="preserve">MR. RACCOON: </w:t>
            </w:r>
            <w:r>
              <w:t xml:space="preserve">[humming] </w:t>
            </w:r>
          </w:p>
        </w:tc>
      </w:tr>
      <w:tr w:rsidR="00470CC7" w14:paraId="4419B322" w14:textId="77777777" w:rsidTr="00814BAB">
        <w:tc>
          <w:tcPr>
            <w:tcW w:w="2880" w:type="dxa"/>
          </w:tcPr>
          <w:p w14:paraId="2F2F5EBB" w14:textId="77777777" w:rsidR="00470CC7" w:rsidRDefault="00470CC7" w:rsidP="00814BAB">
            <w:r>
              <w:t>01:19:27:06</w:t>
            </w:r>
          </w:p>
        </w:tc>
        <w:tc>
          <w:tcPr>
            <w:tcW w:w="2880" w:type="dxa"/>
          </w:tcPr>
          <w:p w14:paraId="4751EA80" w14:textId="77777777" w:rsidR="00470CC7" w:rsidRDefault="00470CC7" w:rsidP="00814BAB"/>
        </w:tc>
        <w:tc>
          <w:tcPr>
            <w:tcW w:w="2880" w:type="dxa"/>
          </w:tcPr>
          <w:p w14:paraId="2C9DFDAD" w14:textId="77777777" w:rsidR="00470CC7" w:rsidRDefault="00470CC7" w:rsidP="00814BAB">
            <w:r>
              <w:t xml:space="preserve">Oh, </w:t>
            </w:r>
            <w:proofErr w:type="spellStart"/>
            <w:r>
              <w:t>Oooh</w:t>
            </w:r>
            <w:proofErr w:type="spellEnd"/>
            <w:r>
              <w:t xml:space="preserve">! Hmm! </w:t>
            </w:r>
          </w:p>
        </w:tc>
      </w:tr>
      <w:tr w:rsidR="00470CC7" w14:paraId="0DE3405D" w14:textId="77777777" w:rsidTr="00814BAB">
        <w:tc>
          <w:tcPr>
            <w:tcW w:w="2880" w:type="dxa"/>
          </w:tcPr>
          <w:p w14:paraId="28F9FEA9" w14:textId="77777777" w:rsidR="00470CC7" w:rsidRDefault="00470CC7" w:rsidP="00814BAB">
            <w:r>
              <w:t>01:19:28:16</w:t>
            </w:r>
          </w:p>
        </w:tc>
        <w:tc>
          <w:tcPr>
            <w:tcW w:w="2880" w:type="dxa"/>
          </w:tcPr>
          <w:p w14:paraId="19AB7509" w14:textId="77777777" w:rsidR="00470CC7" w:rsidRDefault="00470CC7" w:rsidP="00814BAB"/>
        </w:tc>
        <w:tc>
          <w:tcPr>
            <w:tcW w:w="2880" w:type="dxa"/>
          </w:tcPr>
          <w:p w14:paraId="61B5935D" w14:textId="77777777" w:rsidR="00470CC7" w:rsidRDefault="00470CC7" w:rsidP="00814BAB">
            <w:r>
              <w:t xml:space="preserve">Oh! Hello, Ranger Rabbit! </w:t>
            </w:r>
          </w:p>
        </w:tc>
      </w:tr>
      <w:tr w:rsidR="00470CC7" w14:paraId="33500CD0" w14:textId="77777777" w:rsidTr="00814BAB">
        <w:tc>
          <w:tcPr>
            <w:tcW w:w="2880" w:type="dxa"/>
          </w:tcPr>
          <w:p w14:paraId="6228E0A3" w14:textId="77777777" w:rsidR="00470CC7" w:rsidRDefault="00470CC7" w:rsidP="00814BAB">
            <w:r>
              <w:t>01:19:30:17</w:t>
            </w:r>
          </w:p>
        </w:tc>
        <w:tc>
          <w:tcPr>
            <w:tcW w:w="2880" w:type="dxa"/>
          </w:tcPr>
          <w:p w14:paraId="553EB78A" w14:textId="77777777" w:rsidR="00470CC7" w:rsidRDefault="00470CC7" w:rsidP="00814BAB"/>
        </w:tc>
        <w:tc>
          <w:tcPr>
            <w:tcW w:w="2880" w:type="dxa"/>
          </w:tcPr>
          <w:p w14:paraId="6213F94E" w14:textId="77777777" w:rsidR="00470CC7" w:rsidRDefault="00470CC7" w:rsidP="00814BAB">
            <w:r>
              <w:t xml:space="preserve">Hello, Elinor! </w:t>
            </w:r>
          </w:p>
        </w:tc>
      </w:tr>
      <w:tr w:rsidR="00470CC7" w14:paraId="1EC7DA98" w14:textId="77777777" w:rsidTr="00814BAB">
        <w:tc>
          <w:tcPr>
            <w:tcW w:w="2880" w:type="dxa"/>
          </w:tcPr>
          <w:p w14:paraId="21085B7C" w14:textId="77777777" w:rsidR="00470CC7" w:rsidRDefault="00470CC7" w:rsidP="00814BAB">
            <w:r>
              <w:t>01:19:31:23</w:t>
            </w:r>
          </w:p>
        </w:tc>
        <w:tc>
          <w:tcPr>
            <w:tcW w:w="2880" w:type="dxa"/>
          </w:tcPr>
          <w:p w14:paraId="58AA684E" w14:textId="77777777" w:rsidR="00470CC7" w:rsidRDefault="00470CC7" w:rsidP="00814BAB"/>
        </w:tc>
        <w:tc>
          <w:tcPr>
            <w:tcW w:w="2880" w:type="dxa"/>
          </w:tcPr>
          <w:p w14:paraId="1C706463" w14:textId="77777777" w:rsidR="00470CC7" w:rsidRDefault="00470CC7" w:rsidP="00814BAB">
            <w:r>
              <w:rPr>
                <w:b/>
              </w:rPr>
              <w:t xml:space="preserve">ELINOR: </w:t>
            </w:r>
            <w:r>
              <w:t xml:space="preserve">Hello, Mr. Raccoon! </w:t>
            </w:r>
          </w:p>
        </w:tc>
      </w:tr>
      <w:tr w:rsidR="00470CC7" w14:paraId="2E5B76CD" w14:textId="77777777" w:rsidTr="00814BAB">
        <w:tc>
          <w:tcPr>
            <w:tcW w:w="2880" w:type="dxa"/>
          </w:tcPr>
          <w:p w14:paraId="7419CEA2" w14:textId="77777777" w:rsidR="00470CC7" w:rsidRDefault="00470CC7" w:rsidP="00814BAB">
            <w:r>
              <w:t>01:19:33:15</w:t>
            </w:r>
          </w:p>
        </w:tc>
        <w:tc>
          <w:tcPr>
            <w:tcW w:w="2880" w:type="dxa"/>
          </w:tcPr>
          <w:p w14:paraId="1D191FC1" w14:textId="77777777" w:rsidR="00470CC7" w:rsidRDefault="00470CC7" w:rsidP="00814BAB"/>
        </w:tc>
        <w:tc>
          <w:tcPr>
            <w:tcW w:w="2880" w:type="dxa"/>
          </w:tcPr>
          <w:p w14:paraId="67E3EF2D" w14:textId="77777777" w:rsidR="00470CC7" w:rsidRDefault="00470CC7" w:rsidP="00814BAB">
            <w:r>
              <w:t xml:space="preserve">Are you out looking for the mysterious "who" too? </w:t>
            </w:r>
          </w:p>
        </w:tc>
      </w:tr>
      <w:tr w:rsidR="00470CC7" w14:paraId="42798714" w14:textId="77777777" w:rsidTr="00814BAB">
        <w:tc>
          <w:tcPr>
            <w:tcW w:w="2880" w:type="dxa"/>
          </w:tcPr>
          <w:p w14:paraId="05E96E11" w14:textId="77777777" w:rsidR="00470CC7" w:rsidRDefault="00470CC7" w:rsidP="00814BAB">
            <w:r>
              <w:t>01:19:37:01</w:t>
            </w:r>
          </w:p>
        </w:tc>
        <w:tc>
          <w:tcPr>
            <w:tcW w:w="2880" w:type="dxa"/>
          </w:tcPr>
          <w:p w14:paraId="6730429D" w14:textId="77777777" w:rsidR="00470CC7" w:rsidRDefault="00470CC7" w:rsidP="00814BAB"/>
        </w:tc>
        <w:tc>
          <w:tcPr>
            <w:tcW w:w="2880" w:type="dxa"/>
          </w:tcPr>
          <w:p w14:paraId="417862F7" w14:textId="77777777" w:rsidR="00470CC7" w:rsidRDefault="00470CC7" w:rsidP="00814BAB">
            <w:r>
              <w:rPr>
                <w:b/>
              </w:rPr>
              <w:t xml:space="preserve">MR. RACCOON: </w:t>
            </w:r>
            <w:r>
              <w:t xml:space="preserve">Mysterious who? </w:t>
            </w:r>
          </w:p>
        </w:tc>
      </w:tr>
      <w:tr w:rsidR="00470CC7" w14:paraId="0BE8D05B" w14:textId="77777777" w:rsidTr="00814BAB">
        <w:tc>
          <w:tcPr>
            <w:tcW w:w="2880" w:type="dxa"/>
          </w:tcPr>
          <w:p w14:paraId="4B3FF2F1" w14:textId="77777777" w:rsidR="00470CC7" w:rsidRDefault="00470CC7" w:rsidP="00814BAB">
            <w:r>
              <w:t>01:19:38:19</w:t>
            </w:r>
          </w:p>
        </w:tc>
        <w:tc>
          <w:tcPr>
            <w:tcW w:w="2880" w:type="dxa"/>
          </w:tcPr>
          <w:p w14:paraId="6F57D7DF" w14:textId="77777777" w:rsidR="00470CC7" w:rsidRDefault="00470CC7" w:rsidP="00814BAB"/>
        </w:tc>
        <w:tc>
          <w:tcPr>
            <w:tcW w:w="2880" w:type="dxa"/>
          </w:tcPr>
          <w:p w14:paraId="18017B6D" w14:textId="77777777" w:rsidR="00470CC7" w:rsidRDefault="00470CC7" w:rsidP="00814BAB">
            <w:r>
              <w:rPr>
                <w:b/>
              </w:rPr>
              <w:t xml:space="preserve">ELINOR: </w:t>
            </w:r>
            <w:r>
              <w:t xml:space="preserve">Yes, who! </w:t>
            </w:r>
          </w:p>
        </w:tc>
      </w:tr>
      <w:tr w:rsidR="00470CC7" w14:paraId="32D5AEA3" w14:textId="77777777" w:rsidTr="00814BAB">
        <w:tc>
          <w:tcPr>
            <w:tcW w:w="2880" w:type="dxa"/>
          </w:tcPr>
          <w:p w14:paraId="7D8DD8AB" w14:textId="77777777" w:rsidR="00470CC7" w:rsidRDefault="00470CC7" w:rsidP="00814BAB">
            <w:r>
              <w:t>01:19:40:23</w:t>
            </w:r>
          </w:p>
        </w:tc>
        <w:tc>
          <w:tcPr>
            <w:tcW w:w="2880" w:type="dxa"/>
          </w:tcPr>
          <w:p w14:paraId="45BE1F5E" w14:textId="77777777" w:rsidR="00470CC7" w:rsidRDefault="00470CC7" w:rsidP="00814BAB"/>
        </w:tc>
        <w:tc>
          <w:tcPr>
            <w:tcW w:w="2880" w:type="dxa"/>
          </w:tcPr>
          <w:p w14:paraId="29C62DBF" w14:textId="77777777" w:rsidR="00470CC7" w:rsidRDefault="00470CC7" w:rsidP="00814BAB">
            <w:r>
              <w:rPr>
                <w:b/>
              </w:rPr>
              <w:t xml:space="preserve">MR. RACCOON: </w:t>
            </w:r>
            <w:r>
              <w:t xml:space="preserve">I mean, who are you looking for? </w:t>
            </w:r>
          </w:p>
        </w:tc>
      </w:tr>
      <w:tr w:rsidR="00470CC7" w14:paraId="304AA9DA" w14:textId="77777777" w:rsidTr="00814BAB">
        <w:tc>
          <w:tcPr>
            <w:tcW w:w="2880" w:type="dxa"/>
          </w:tcPr>
          <w:p w14:paraId="4A996A2C" w14:textId="77777777" w:rsidR="00470CC7" w:rsidRDefault="00470CC7" w:rsidP="00814BAB">
            <w:r>
              <w:t>01:19:43:15</w:t>
            </w:r>
          </w:p>
        </w:tc>
        <w:tc>
          <w:tcPr>
            <w:tcW w:w="2880" w:type="dxa"/>
          </w:tcPr>
          <w:p w14:paraId="7A8AF458" w14:textId="77777777" w:rsidR="00470CC7" w:rsidRDefault="00470CC7" w:rsidP="00814BAB"/>
        </w:tc>
        <w:tc>
          <w:tcPr>
            <w:tcW w:w="2880" w:type="dxa"/>
          </w:tcPr>
          <w:p w14:paraId="3FCCD66B" w14:textId="77777777" w:rsidR="00470CC7" w:rsidRDefault="00470CC7" w:rsidP="00814BAB">
            <w:r>
              <w:rPr>
                <w:b/>
              </w:rPr>
              <w:t xml:space="preserve">ELINOR: </w:t>
            </w:r>
            <w:r>
              <w:t xml:space="preserve">We're looking for the who, that's who! </w:t>
            </w:r>
          </w:p>
        </w:tc>
      </w:tr>
      <w:tr w:rsidR="00470CC7" w14:paraId="3E51604D" w14:textId="77777777" w:rsidTr="00814BAB">
        <w:tc>
          <w:tcPr>
            <w:tcW w:w="2880" w:type="dxa"/>
          </w:tcPr>
          <w:p w14:paraId="3B62E803" w14:textId="77777777" w:rsidR="00470CC7" w:rsidRDefault="00470CC7" w:rsidP="00814BAB">
            <w:r>
              <w:t>01:19:46:15</w:t>
            </w:r>
          </w:p>
        </w:tc>
        <w:tc>
          <w:tcPr>
            <w:tcW w:w="2880" w:type="dxa"/>
          </w:tcPr>
          <w:p w14:paraId="5C6B906F" w14:textId="77777777" w:rsidR="00470CC7" w:rsidRDefault="00470CC7" w:rsidP="00814BAB"/>
        </w:tc>
        <w:tc>
          <w:tcPr>
            <w:tcW w:w="2880" w:type="dxa"/>
          </w:tcPr>
          <w:p w14:paraId="2590C7E5" w14:textId="77777777" w:rsidR="00470CC7" w:rsidRDefault="00470CC7" w:rsidP="00814BAB">
            <w:r>
              <w:rPr>
                <w:b/>
              </w:rPr>
              <w:t xml:space="preserve">RANGER RABBIT: </w:t>
            </w:r>
            <w:r>
              <w:t xml:space="preserve">We are out exploring, Mr. Raccoon. </w:t>
            </w:r>
          </w:p>
        </w:tc>
      </w:tr>
      <w:tr w:rsidR="00470CC7" w14:paraId="4A1EEA38" w14:textId="77777777" w:rsidTr="00814BAB">
        <w:tc>
          <w:tcPr>
            <w:tcW w:w="2880" w:type="dxa"/>
          </w:tcPr>
          <w:p w14:paraId="52E84815" w14:textId="77777777" w:rsidR="00470CC7" w:rsidRDefault="00470CC7" w:rsidP="00814BAB">
            <w:r>
              <w:t>01:19:48:18</w:t>
            </w:r>
          </w:p>
        </w:tc>
        <w:tc>
          <w:tcPr>
            <w:tcW w:w="2880" w:type="dxa"/>
          </w:tcPr>
          <w:p w14:paraId="34222CDD" w14:textId="77777777" w:rsidR="00470CC7" w:rsidRDefault="00470CC7" w:rsidP="00814BAB"/>
        </w:tc>
        <w:tc>
          <w:tcPr>
            <w:tcW w:w="2880" w:type="dxa"/>
          </w:tcPr>
          <w:p w14:paraId="1E1FEEF5" w14:textId="77777777" w:rsidR="00470CC7" w:rsidRDefault="00470CC7" w:rsidP="00814BAB">
            <w:r>
              <w:rPr>
                <w:b/>
              </w:rPr>
              <w:t xml:space="preserve">ELINOR: </w:t>
            </w:r>
            <w:r>
              <w:t xml:space="preserve">Why are you awake so late? </w:t>
            </w:r>
          </w:p>
        </w:tc>
      </w:tr>
      <w:tr w:rsidR="00470CC7" w14:paraId="42686E16" w14:textId="77777777" w:rsidTr="00814BAB">
        <w:tc>
          <w:tcPr>
            <w:tcW w:w="2880" w:type="dxa"/>
          </w:tcPr>
          <w:p w14:paraId="1F0C4F8C" w14:textId="77777777" w:rsidR="00470CC7" w:rsidRDefault="00470CC7" w:rsidP="00814BAB">
            <w:r>
              <w:t>01:19:50:13</w:t>
            </w:r>
          </w:p>
        </w:tc>
        <w:tc>
          <w:tcPr>
            <w:tcW w:w="2880" w:type="dxa"/>
          </w:tcPr>
          <w:p w14:paraId="3654623C" w14:textId="77777777" w:rsidR="00470CC7" w:rsidRDefault="00470CC7" w:rsidP="00814BAB"/>
        </w:tc>
        <w:tc>
          <w:tcPr>
            <w:tcW w:w="2880" w:type="dxa"/>
          </w:tcPr>
          <w:p w14:paraId="5E49705C" w14:textId="77777777" w:rsidR="00470CC7" w:rsidRDefault="00470CC7" w:rsidP="00814BAB">
            <w:r>
              <w:rPr>
                <w:b/>
              </w:rPr>
              <w:t xml:space="preserve">MR. RACCOON: </w:t>
            </w:r>
            <w:r>
              <w:t xml:space="preserve">Oh, I always get up around this time. </w:t>
            </w:r>
          </w:p>
        </w:tc>
      </w:tr>
      <w:tr w:rsidR="00470CC7" w14:paraId="67CD6B7F" w14:textId="77777777" w:rsidTr="00814BAB">
        <w:tc>
          <w:tcPr>
            <w:tcW w:w="2880" w:type="dxa"/>
          </w:tcPr>
          <w:p w14:paraId="3B5414B7" w14:textId="77777777" w:rsidR="00470CC7" w:rsidRDefault="00470CC7" w:rsidP="00814BAB">
            <w:r>
              <w:t>01:19:53:08</w:t>
            </w:r>
          </w:p>
        </w:tc>
        <w:tc>
          <w:tcPr>
            <w:tcW w:w="2880" w:type="dxa"/>
          </w:tcPr>
          <w:p w14:paraId="23AB7857" w14:textId="77777777" w:rsidR="00470CC7" w:rsidRDefault="00470CC7" w:rsidP="00814BAB"/>
        </w:tc>
        <w:tc>
          <w:tcPr>
            <w:tcW w:w="2880" w:type="dxa"/>
          </w:tcPr>
          <w:p w14:paraId="04345C81" w14:textId="77777777" w:rsidR="00470CC7" w:rsidRDefault="00470CC7" w:rsidP="00814BAB">
            <w:r>
              <w:t xml:space="preserve">I </w:t>
            </w:r>
            <w:proofErr w:type="gramStart"/>
            <w:r>
              <w:t>have to</w:t>
            </w:r>
            <w:proofErr w:type="gramEnd"/>
            <w:r>
              <w:t xml:space="preserve"> wake up to work at the bakery! </w:t>
            </w:r>
          </w:p>
        </w:tc>
      </w:tr>
      <w:tr w:rsidR="00470CC7" w14:paraId="591C052F" w14:textId="77777777" w:rsidTr="00814BAB">
        <w:tc>
          <w:tcPr>
            <w:tcW w:w="2880" w:type="dxa"/>
          </w:tcPr>
          <w:p w14:paraId="4EA1CE8A" w14:textId="77777777" w:rsidR="00470CC7" w:rsidRDefault="00470CC7" w:rsidP="00814BAB">
            <w:r>
              <w:t>01:19:55:19</w:t>
            </w:r>
          </w:p>
        </w:tc>
        <w:tc>
          <w:tcPr>
            <w:tcW w:w="2880" w:type="dxa"/>
          </w:tcPr>
          <w:p w14:paraId="307D5116" w14:textId="77777777" w:rsidR="00470CC7" w:rsidRDefault="00470CC7" w:rsidP="00814BAB"/>
        </w:tc>
        <w:tc>
          <w:tcPr>
            <w:tcW w:w="2880" w:type="dxa"/>
          </w:tcPr>
          <w:p w14:paraId="529C815F" w14:textId="77777777" w:rsidR="00470CC7" w:rsidRDefault="00470CC7" w:rsidP="00814BAB">
            <w:r>
              <w:rPr>
                <w:b/>
              </w:rPr>
              <w:t xml:space="preserve">ELINOR: </w:t>
            </w:r>
            <w:r>
              <w:t xml:space="preserve">You can't do that during the day? </w:t>
            </w:r>
          </w:p>
        </w:tc>
      </w:tr>
      <w:tr w:rsidR="00470CC7" w14:paraId="50D76AFF" w14:textId="77777777" w:rsidTr="00814BAB">
        <w:tc>
          <w:tcPr>
            <w:tcW w:w="2880" w:type="dxa"/>
          </w:tcPr>
          <w:p w14:paraId="22FFB697" w14:textId="77777777" w:rsidR="00470CC7" w:rsidRDefault="00470CC7" w:rsidP="00814BAB">
            <w:r>
              <w:t>01:19:57:15</w:t>
            </w:r>
          </w:p>
        </w:tc>
        <w:tc>
          <w:tcPr>
            <w:tcW w:w="2880" w:type="dxa"/>
          </w:tcPr>
          <w:p w14:paraId="470C8284" w14:textId="77777777" w:rsidR="00470CC7" w:rsidRDefault="00470CC7" w:rsidP="00814BAB"/>
        </w:tc>
        <w:tc>
          <w:tcPr>
            <w:tcW w:w="2880" w:type="dxa"/>
          </w:tcPr>
          <w:p w14:paraId="45F7DC9E" w14:textId="77777777" w:rsidR="00470CC7" w:rsidRDefault="00470CC7" w:rsidP="00814BAB">
            <w:r>
              <w:rPr>
                <w:b/>
              </w:rPr>
              <w:t xml:space="preserve">MR. RACCOON: </w:t>
            </w:r>
            <w:r>
              <w:t xml:space="preserve">Oh, no. [giggles] </w:t>
            </w:r>
          </w:p>
        </w:tc>
      </w:tr>
      <w:tr w:rsidR="00470CC7" w14:paraId="349D43C8" w14:textId="77777777" w:rsidTr="00814BAB">
        <w:tc>
          <w:tcPr>
            <w:tcW w:w="2880" w:type="dxa"/>
          </w:tcPr>
          <w:p w14:paraId="73308B0E" w14:textId="77777777" w:rsidR="00470CC7" w:rsidRDefault="00470CC7" w:rsidP="00814BAB">
            <w:r>
              <w:t>01:19:59:14</w:t>
            </w:r>
          </w:p>
        </w:tc>
        <w:tc>
          <w:tcPr>
            <w:tcW w:w="2880" w:type="dxa"/>
          </w:tcPr>
          <w:p w14:paraId="285390CC" w14:textId="77777777" w:rsidR="00470CC7" w:rsidRDefault="00470CC7" w:rsidP="00814BAB"/>
        </w:tc>
        <w:tc>
          <w:tcPr>
            <w:tcW w:w="2880" w:type="dxa"/>
          </w:tcPr>
          <w:p w14:paraId="28E6AD90" w14:textId="77777777" w:rsidR="00470CC7" w:rsidRDefault="00470CC7" w:rsidP="00814BAB">
            <w:r>
              <w:t xml:space="preserve">I </w:t>
            </w:r>
            <w:proofErr w:type="gramStart"/>
            <w:r>
              <w:t>have to</w:t>
            </w:r>
            <w:proofErr w:type="gramEnd"/>
            <w:r>
              <w:t xml:space="preserve"> start baking the tasty treats at night, </w:t>
            </w:r>
          </w:p>
        </w:tc>
      </w:tr>
      <w:tr w:rsidR="00470CC7" w14:paraId="52763AEF" w14:textId="77777777" w:rsidTr="00814BAB">
        <w:tc>
          <w:tcPr>
            <w:tcW w:w="2880" w:type="dxa"/>
          </w:tcPr>
          <w:p w14:paraId="103E1AAA" w14:textId="77777777" w:rsidR="00470CC7" w:rsidRDefault="00470CC7" w:rsidP="00814BAB">
            <w:r>
              <w:lastRenderedPageBreak/>
              <w:t>01:20:01:23</w:t>
            </w:r>
          </w:p>
        </w:tc>
        <w:tc>
          <w:tcPr>
            <w:tcW w:w="2880" w:type="dxa"/>
          </w:tcPr>
          <w:p w14:paraId="3991986A" w14:textId="77777777" w:rsidR="00470CC7" w:rsidRDefault="00470CC7" w:rsidP="00814BAB"/>
        </w:tc>
        <w:tc>
          <w:tcPr>
            <w:tcW w:w="2880" w:type="dxa"/>
          </w:tcPr>
          <w:p w14:paraId="2190FE3D" w14:textId="77777777" w:rsidR="00470CC7" w:rsidRDefault="00470CC7" w:rsidP="00814BAB">
            <w:proofErr w:type="gramStart"/>
            <w:r>
              <w:t>so</w:t>
            </w:r>
            <w:proofErr w:type="gramEnd"/>
            <w:r>
              <w:t xml:space="preserve"> they'll be ready in time for breakfast! </w:t>
            </w:r>
          </w:p>
        </w:tc>
      </w:tr>
      <w:tr w:rsidR="00470CC7" w14:paraId="6638070C" w14:textId="77777777" w:rsidTr="00814BAB">
        <w:tc>
          <w:tcPr>
            <w:tcW w:w="2880" w:type="dxa"/>
          </w:tcPr>
          <w:p w14:paraId="1CBFB553" w14:textId="77777777" w:rsidR="00470CC7" w:rsidRDefault="00470CC7" w:rsidP="00814BAB">
            <w:r>
              <w:t>01:20:04:04</w:t>
            </w:r>
          </w:p>
        </w:tc>
        <w:tc>
          <w:tcPr>
            <w:tcW w:w="2880" w:type="dxa"/>
          </w:tcPr>
          <w:p w14:paraId="019BE41C" w14:textId="77777777" w:rsidR="00470CC7" w:rsidRDefault="00470CC7" w:rsidP="00814BAB"/>
        </w:tc>
        <w:tc>
          <w:tcPr>
            <w:tcW w:w="2880" w:type="dxa"/>
          </w:tcPr>
          <w:p w14:paraId="548AA711" w14:textId="77777777" w:rsidR="00470CC7" w:rsidRDefault="00470CC7" w:rsidP="00814BAB">
            <w:r>
              <w:rPr>
                <w:b/>
              </w:rPr>
              <w:t xml:space="preserve">ELINOR: </w:t>
            </w:r>
            <w:proofErr w:type="spellStart"/>
            <w:r>
              <w:t>Ohhhh</w:t>
            </w:r>
            <w:proofErr w:type="spellEnd"/>
            <w:r>
              <w:t xml:space="preserve">... I didn't know that. </w:t>
            </w:r>
          </w:p>
        </w:tc>
      </w:tr>
      <w:tr w:rsidR="00470CC7" w14:paraId="2C7ED9E9" w14:textId="77777777" w:rsidTr="00814BAB">
        <w:tc>
          <w:tcPr>
            <w:tcW w:w="2880" w:type="dxa"/>
          </w:tcPr>
          <w:p w14:paraId="0E7354CB" w14:textId="77777777" w:rsidR="00470CC7" w:rsidRDefault="00470CC7" w:rsidP="00814BAB">
            <w:r>
              <w:t>01:20:06:14</w:t>
            </w:r>
          </w:p>
        </w:tc>
        <w:tc>
          <w:tcPr>
            <w:tcW w:w="2880" w:type="dxa"/>
          </w:tcPr>
          <w:p w14:paraId="7988A5C4" w14:textId="77777777" w:rsidR="00470CC7" w:rsidRDefault="00470CC7" w:rsidP="00814BAB"/>
        </w:tc>
        <w:tc>
          <w:tcPr>
            <w:tcW w:w="2880" w:type="dxa"/>
          </w:tcPr>
          <w:p w14:paraId="0A4C4EFC" w14:textId="77777777" w:rsidR="00470CC7" w:rsidRDefault="00470CC7" w:rsidP="00814BAB">
            <w:r>
              <w:t xml:space="preserve">Then... when do you sleep? </w:t>
            </w:r>
          </w:p>
        </w:tc>
      </w:tr>
      <w:tr w:rsidR="00470CC7" w14:paraId="2027CE11" w14:textId="77777777" w:rsidTr="00814BAB">
        <w:tc>
          <w:tcPr>
            <w:tcW w:w="2880" w:type="dxa"/>
          </w:tcPr>
          <w:p w14:paraId="197A9A9C" w14:textId="77777777" w:rsidR="00470CC7" w:rsidRDefault="00470CC7" w:rsidP="00814BAB">
            <w:r>
              <w:t>01:20:08:14</w:t>
            </w:r>
          </w:p>
        </w:tc>
        <w:tc>
          <w:tcPr>
            <w:tcW w:w="2880" w:type="dxa"/>
          </w:tcPr>
          <w:p w14:paraId="0F8A19C8" w14:textId="77777777" w:rsidR="00470CC7" w:rsidRDefault="00470CC7" w:rsidP="00814BAB"/>
        </w:tc>
        <w:tc>
          <w:tcPr>
            <w:tcW w:w="2880" w:type="dxa"/>
          </w:tcPr>
          <w:p w14:paraId="400BCF98" w14:textId="77777777" w:rsidR="00470CC7" w:rsidRDefault="00470CC7" w:rsidP="00814BAB">
            <w:r>
              <w:rPr>
                <w:b/>
              </w:rPr>
              <w:t xml:space="preserve">MR. RACCOON: </w:t>
            </w:r>
            <w:proofErr w:type="gramStart"/>
            <w:r>
              <w:t>Oh</w:t>
            </w:r>
            <w:proofErr w:type="gramEnd"/>
            <w:r>
              <w:t xml:space="preserve"> I sleep in the afternoon... </w:t>
            </w:r>
          </w:p>
        </w:tc>
      </w:tr>
      <w:tr w:rsidR="00470CC7" w14:paraId="46472A6D" w14:textId="77777777" w:rsidTr="00814BAB">
        <w:tc>
          <w:tcPr>
            <w:tcW w:w="2880" w:type="dxa"/>
          </w:tcPr>
          <w:p w14:paraId="32191F78" w14:textId="77777777" w:rsidR="00470CC7" w:rsidRDefault="00470CC7" w:rsidP="00814BAB">
            <w:r>
              <w:t>01:20:10:04</w:t>
            </w:r>
          </w:p>
        </w:tc>
        <w:tc>
          <w:tcPr>
            <w:tcW w:w="2880" w:type="dxa"/>
          </w:tcPr>
          <w:p w14:paraId="08D90867" w14:textId="77777777" w:rsidR="00470CC7" w:rsidRDefault="00470CC7" w:rsidP="00814BAB"/>
        </w:tc>
        <w:tc>
          <w:tcPr>
            <w:tcW w:w="2880" w:type="dxa"/>
          </w:tcPr>
          <w:p w14:paraId="092407AD" w14:textId="77777777" w:rsidR="00470CC7" w:rsidRDefault="00470CC7" w:rsidP="00814BAB">
            <w:r>
              <w:t xml:space="preserve">when everyone is awake. </w:t>
            </w:r>
          </w:p>
        </w:tc>
      </w:tr>
      <w:tr w:rsidR="00470CC7" w14:paraId="2F32FA08" w14:textId="77777777" w:rsidTr="00814BAB">
        <w:tc>
          <w:tcPr>
            <w:tcW w:w="2880" w:type="dxa"/>
          </w:tcPr>
          <w:p w14:paraId="33336261" w14:textId="77777777" w:rsidR="00470CC7" w:rsidRDefault="00470CC7" w:rsidP="00814BAB">
            <w:r>
              <w:t>01:20:11:20</w:t>
            </w:r>
          </w:p>
        </w:tc>
        <w:tc>
          <w:tcPr>
            <w:tcW w:w="2880" w:type="dxa"/>
          </w:tcPr>
          <w:p w14:paraId="5551E15A" w14:textId="77777777" w:rsidR="00470CC7" w:rsidRDefault="00470CC7" w:rsidP="00814BAB"/>
        </w:tc>
        <w:tc>
          <w:tcPr>
            <w:tcW w:w="2880" w:type="dxa"/>
          </w:tcPr>
          <w:p w14:paraId="413F29CA" w14:textId="77777777" w:rsidR="00470CC7" w:rsidRDefault="00470CC7" w:rsidP="00814BAB">
            <w:r>
              <w:rPr>
                <w:b/>
              </w:rPr>
              <w:t xml:space="preserve">ELINOR: </w:t>
            </w:r>
            <w:proofErr w:type="spellStart"/>
            <w:r>
              <w:t>Ohh</w:t>
            </w:r>
            <w:proofErr w:type="spellEnd"/>
            <w:r>
              <w:t xml:space="preserve">. </w:t>
            </w:r>
          </w:p>
        </w:tc>
      </w:tr>
      <w:tr w:rsidR="00470CC7" w14:paraId="25DB460D" w14:textId="77777777" w:rsidTr="00814BAB">
        <w:tc>
          <w:tcPr>
            <w:tcW w:w="2880" w:type="dxa"/>
          </w:tcPr>
          <w:p w14:paraId="51AEE1F7" w14:textId="77777777" w:rsidR="00470CC7" w:rsidRDefault="00470CC7" w:rsidP="00814BAB">
            <w:r>
              <w:t>01:20:13:14</w:t>
            </w:r>
          </w:p>
        </w:tc>
        <w:tc>
          <w:tcPr>
            <w:tcW w:w="2880" w:type="dxa"/>
          </w:tcPr>
          <w:p w14:paraId="3D1FB180" w14:textId="77777777" w:rsidR="00470CC7" w:rsidRDefault="00470CC7" w:rsidP="00814BAB"/>
        </w:tc>
        <w:tc>
          <w:tcPr>
            <w:tcW w:w="2880" w:type="dxa"/>
          </w:tcPr>
          <w:p w14:paraId="03E93D24" w14:textId="77777777" w:rsidR="00470CC7" w:rsidRDefault="00470CC7" w:rsidP="00814BAB">
            <w:r>
              <w:rPr>
                <w:b/>
              </w:rPr>
              <w:t xml:space="preserve">MR. RACCOON: </w:t>
            </w:r>
            <w:r>
              <w:t xml:space="preserve">Well, love to chat more, </w:t>
            </w:r>
          </w:p>
        </w:tc>
      </w:tr>
      <w:tr w:rsidR="00470CC7" w14:paraId="16276FC5" w14:textId="77777777" w:rsidTr="00814BAB">
        <w:tc>
          <w:tcPr>
            <w:tcW w:w="2880" w:type="dxa"/>
          </w:tcPr>
          <w:p w14:paraId="681B2E7F" w14:textId="77777777" w:rsidR="00470CC7" w:rsidRDefault="00470CC7" w:rsidP="00814BAB">
            <w:r>
              <w:t>01:20:15:05</w:t>
            </w:r>
          </w:p>
        </w:tc>
        <w:tc>
          <w:tcPr>
            <w:tcW w:w="2880" w:type="dxa"/>
          </w:tcPr>
          <w:p w14:paraId="75D3ACCE" w14:textId="77777777" w:rsidR="00470CC7" w:rsidRDefault="00470CC7" w:rsidP="00814BAB"/>
        </w:tc>
        <w:tc>
          <w:tcPr>
            <w:tcW w:w="2880" w:type="dxa"/>
          </w:tcPr>
          <w:p w14:paraId="54993F8A" w14:textId="77777777" w:rsidR="00470CC7" w:rsidRDefault="00470CC7" w:rsidP="00814BAB">
            <w:r>
              <w:t xml:space="preserve">but I </w:t>
            </w:r>
            <w:proofErr w:type="gramStart"/>
            <w:r>
              <w:t>have to</w:t>
            </w:r>
            <w:proofErr w:type="gramEnd"/>
            <w:r>
              <w:t xml:space="preserve"> get going. </w:t>
            </w:r>
          </w:p>
        </w:tc>
      </w:tr>
      <w:tr w:rsidR="00470CC7" w14:paraId="6E62C199" w14:textId="77777777" w:rsidTr="00814BAB">
        <w:tc>
          <w:tcPr>
            <w:tcW w:w="2880" w:type="dxa"/>
          </w:tcPr>
          <w:p w14:paraId="01F79BDB" w14:textId="77777777" w:rsidR="00470CC7" w:rsidRDefault="00470CC7" w:rsidP="00814BAB">
            <w:r>
              <w:t>01:20:16:20</w:t>
            </w:r>
          </w:p>
        </w:tc>
        <w:tc>
          <w:tcPr>
            <w:tcW w:w="2880" w:type="dxa"/>
          </w:tcPr>
          <w:p w14:paraId="1322D862" w14:textId="77777777" w:rsidR="00470CC7" w:rsidRDefault="00470CC7" w:rsidP="00814BAB"/>
        </w:tc>
        <w:tc>
          <w:tcPr>
            <w:tcW w:w="2880" w:type="dxa"/>
          </w:tcPr>
          <w:p w14:paraId="3AD3E772" w14:textId="77777777" w:rsidR="00470CC7" w:rsidRDefault="00470CC7" w:rsidP="00814BAB">
            <w:r>
              <w:t xml:space="preserve">Time to make the muffins! </w:t>
            </w:r>
          </w:p>
        </w:tc>
      </w:tr>
      <w:tr w:rsidR="00470CC7" w14:paraId="6F0A4641" w14:textId="77777777" w:rsidTr="00814BAB">
        <w:tc>
          <w:tcPr>
            <w:tcW w:w="2880" w:type="dxa"/>
          </w:tcPr>
          <w:p w14:paraId="5DAA0BD5" w14:textId="77777777" w:rsidR="00470CC7" w:rsidRDefault="00470CC7" w:rsidP="00814BAB">
            <w:r>
              <w:t>01:20:19:15</w:t>
            </w:r>
          </w:p>
        </w:tc>
        <w:tc>
          <w:tcPr>
            <w:tcW w:w="2880" w:type="dxa"/>
          </w:tcPr>
          <w:p w14:paraId="5F94D0F4" w14:textId="77777777" w:rsidR="00470CC7" w:rsidRDefault="00470CC7" w:rsidP="00814BAB"/>
        </w:tc>
        <w:tc>
          <w:tcPr>
            <w:tcW w:w="2880" w:type="dxa"/>
          </w:tcPr>
          <w:p w14:paraId="6B211407" w14:textId="77777777" w:rsidR="00470CC7" w:rsidRDefault="00470CC7" w:rsidP="00814BAB">
            <w:r>
              <w:t xml:space="preserve">[humming] </w:t>
            </w:r>
          </w:p>
        </w:tc>
      </w:tr>
      <w:tr w:rsidR="00470CC7" w14:paraId="1F3CE5F0" w14:textId="77777777" w:rsidTr="00814BAB">
        <w:tc>
          <w:tcPr>
            <w:tcW w:w="2880" w:type="dxa"/>
          </w:tcPr>
          <w:p w14:paraId="7836133C" w14:textId="77777777" w:rsidR="00470CC7" w:rsidRDefault="00470CC7" w:rsidP="00814BAB">
            <w:r>
              <w:t>01:20:20:18</w:t>
            </w:r>
          </w:p>
        </w:tc>
        <w:tc>
          <w:tcPr>
            <w:tcW w:w="2880" w:type="dxa"/>
          </w:tcPr>
          <w:p w14:paraId="4D8CED17" w14:textId="77777777" w:rsidR="00470CC7" w:rsidRDefault="00470CC7" w:rsidP="00814BAB"/>
        </w:tc>
        <w:tc>
          <w:tcPr>
            <w:tcW w:w="2880" w:type="dxa"/>
          </w:tcPr>
          <w:p w14:paraId="327074C8" w14:textId="77777777" w:rsidR="00470CC7" w:rsidRDefault="00470CC7" w:rsidP="00814BAB">
            <w:r>
              <w:rPr>
                <w:b/>
              </w:rPr>
              <w:t xml:space="preserve">RANGER RABBIT: </w:t>
            </w:r>
            <w:r>
              <w:t xml:space="preserve">Goodbye, Mr. Raccoon. </w:t>
            </w:r>
          </w:p>
        </w:tc>
      </w:tr>
      <w:tr w:rsidR="00470CC7" w14:paraId="66CCB8D5" w14:textId="77777777" w:rsidTr="00814BAB">
        <w:tc>
          <w:tcPr>
            <w:tcW w:w="2880" w:type="dxa"/>
          </w:tcPr>
          <w:p w14:paraId="7E4DF463" w14:textId="77777777" w:rsidR="00470CC7" w:rsidRDefault="00470CC7" w:rsidP="00814BAB">
            <w:r>
              <w:t>01:20:22:05</w:t>
            </w:r>
          </w:p>
        </w:tc>
        <w:tc>
          <w:tcPr>
            <w:tcW w:w="2880" w:type="dxa"/>
          </w:tcPr>
          <w:p w14:paraId="0FA56FC1" w14:textId="77777777" w:rsidR="00470CC7" w:rsidRDefault="00470CC7" w:rsidP="00814BAB"/>
        </w:tc>
        <w:tc>
          <w:tcPr>
            <w:tcW w:w="2880" w:type="dxa"/>
          </w:tcPr>
          <w:p w14:paraId="58BD0745" w14:textId="77777777" w:rsidR="00470CC7" w:rsidRDefault="00470CC7" w:rsidP="00814BAB">
            <w:r>
              <w:rPr>
                <w:b/>
              </w:rPr>
              <w:t xml:space="preserve">ELINOR: </w:t>
            </w:r>
            <w:r>
              <w:t xml:space="preserve">Bye! </w:t>
            </w:r>
          </w:p>
        </w:tc>
      </w:tr>
      <w:tr w:rsidR="00470CC7" w14:paraId="0E5190FB" w14:textId="77777777" w:rsidTr="00814BAB">
        <w:tc>
          <w:tcPr>
            <w:tcW w:w="2880" w:type="dxa"/>
          </w:tcPr>
          <w:p w14:paraId="56DBAA41" w14:textId="77777777" w:rsidR="00470CC7" w:rsidRDefault="00470CC7" w:rsidP="00814BAB">
            <w:r>
              <w:t>01:20:23:05</w:t>
            </w:r>
          </w:p>
        </w:tc>
        <w:tc>
          <w:tcPr>
            <w:tcW w:w="2880" w:type="dxa"/>
          </w:tcPr>
          <w:p w14:paraId="441F6883" w14:textId="77777777" w:rsidR="00470CC7" w:rsidRDefault="00470CC7" w:rsidP="00814BAB"/>
        </w:tc>
        <w:tc>
          <w:tcPr>
            <w:tcW w:w="2880" w:type="dxa"/>
          </w:tcPr>
          <w:p w14:paraId="03F94ED2" w14:textId="77777777" w:rsidR="00470CC7" w:rsidRDefault="00470CC7" w:rsidP="00814BAB">
            <w:r>
              <w:t xml:space="preserve">Wow, mom. </w:t>
            </w:r>
          </w:p>
        </w:tc>
      </w:tr>
      <w:tr w:rsidR="00470CC7" w14:paraId="581FE39E" w14:textId="77777777" w:rsidTr="00814BAB">
        <w:tc>
          <w:tcPr>
            <w:tcW w:w="2880" w:type="dxa"/>
          </w:tcPr>
          <w:p w14:paraId="6A33939F" w14:textId="77777777" w:rsidR="00470CC7" w:rsidRDefault="00470CC7" w:rsidP="00814BAB">
            <w:r>
              <w:t>01:20:24:06</w:t>
            </w:r>
          </w:p>
        </w:tc>
        <w:tc>
          <w:tcPr>
            <w:tcW w:w="2880" w:type="dxa"/>
          </w:tcPr>
          <w:p w14:paraId="57B31B91" w14:textId="77777777" w:rsidR="00470CC7" w:rsidRDefault="00470CC7" w:rsidP="00814BAB"/>
        </w:tc>
        <w:tc>
          <w:tcPr>
            <w:tcW w:w="2880" w:type="dxa"/>
          </w:tcPr>
          <w:p w14:paraId="0D357D98" w14:textId="77777777" w:rsidR="00470CC7" w:rsidRDefault="00470CC7" w:rsidP="00814BAB">
            <w:r>
              <w:t xml:space="preserve">There sure is a lot going on in the forest at night! </w:t>
            </w:r>
          </w:p>
        </w:tc>
      </w:tr>
      <w:tr w:rsidR="00470CC7" w14:paraId="5F98F9B9" w14:textId="77777777" w:rsidTr="00814BAB">
        <w:tc>
          <w:tcPr>
            <w:tcW w:w="2880" w:type="dxa"/>
          </w:tcPr>
          <w:p w14:paraId="5A6C1577" w14:textId="77777777" w:rsidR="00470CC7" w:rsidRDefault="00470CC7" w:rsidP="00814BAB">
            <w:r>
              <w:t>01:20:27:11</w:t>
            </w:r>
          </w:p>
        </w:tc>
        <w:tc>
          <w:tcPr>
            <w:tcW w:w="2880" w:type="dxa"/>
          </w:tcPr>
          <w:p w14:paraId="7F8053BD" w14:textId="77777777" w:rsidR="00470CC7" w:rsidRDefault="00470CC7" w:rsidP="00814BAB"/>
        </w:tc>
        <w:tc>
          <w:tcPr>
            <w:tcW w:w="2880" w:type="dxa"/>
          </w:tcPr>
          <w:p w14:paraId="79196DDF" w14:textId="77777777" w:rsidR="00470CC7" w:rsidRDefault="00470CC7" w:rsidP="00814BAB">
            <w:r>
              <w:t xml:space="preserve">[ººº] </w:t>
            </w:r>
          </w:p>
        </w:tc>
      </w:tr>
      <w:tr w:rsidR="00470CC7" w14:paraId="6AA96924" w14:textId="77777777" w:rsidTr="00814BAB">
        <w:tc>
          <w:tcPr>
            <w:tcW w:w="2880" w:type="dxa"/>
          </w:tcPr>
          <w:p w14:paraId="0AB115D6" w14:textId="77777777" w:rsidR="00470CC7" w:rsidRDefault="00470CC7" w:rsidP="00814BAB">
            <w:r>
              <w:t>01:20:31:00</w:t>
            </w:r>
          </w:p>
        </w:tc>
        <w:tc>
          <w:tcPr>
            <w:tcW w:w="2880" w:type="dxa"/>
          </w:tcPr>
          <w:p w14:paraId="469F6E3C" w14:textId="77777777" w:rsidR="00470CC7" w:rsidRDefault="00470CC7" w:rsidP="00814BAB"/>
        </w:tc>
        <w:tc>
          <w:tcPr>
            <w:tcW w:w="2880" w:type="dxa"/>
          </w:tcPr>
          <w:p w14:paraId="6D54D62D" w14:textId="77777777" w:rsidR="00470CC7" w:rsidRDefault="00470CC7" w:rsidP="00814BAB">
            <w:r>
              <w:t>[</w:t>
            </w:r>
            <w:proofErr w:type="gramStart"/>
            <w:r>
              <w:t>singing]  º</w:t>
            </w:r>
            <w:proofErr w:type="gramEnd"/>
            <w:r>
              <w:t xml:space="preserve"> I thought that </w:t>
            </w:r>
            <w:proofErr w:type="spellStart"/>
            <w:r>
              <w:t>tthe</w:t>
            </w:r>
            <w:proofErr w:type="spellEnd"/>
            <w:r>
              <w:t xml:space="preserve"> forest was quiet at night.º </w:t>
            </w:r>
          </w:p>
        </w:tc>
      </w:tr>
      <w:tr w:rsidR="00470CC7" w14:paraId="4135E2A1" w14:textId="77777777" w:rsidTr="00814BAB">
        <w:tc>
          <w:tcPr>
            <w:tcW w:w="2880" w:type="dxa"/>
          </w:tcPr>
          <w:p w14:paraId="00338065" w14:textId="77777777" w:rsidR="00470CC7" w:rsidRDefault="00470CC7" w:rsidP="00814BAB">
            <w:r>
              <w:t>01:20:37:10</w:t>
            </w:r>
          </w:p>
        </w:tc>
        <w:tc>
          <w:tcPr>
            <w:tcW w:w="2880" w:type="dxa"/>
          </w:tcPr>
          <w:p w14:paraId="52D14EE6" w14:textId="77777777" w:rsidR="00470CC7" w:rsidRDefault="00470CC7" w:rsidP="00814BAB"/>
        </w:tc>
        <w:tc>
          <w:tcPr>
            <w:tcW w:w="2880" w:type="dxa"/>
          </w:tcPr>
          <w:p w14:paraId="42CCADD7" w14:textId="77777777" w:rsidR="00470CC7" w:rsidRDefault="00470CC7" w:rsidP="00814BAB">
            <w:r>
              <w:t xml:space="preserve">º </w:t>
            </w:r>
            <w:proofErr w:type="gramStart"/>
            <w:r>
              <w:t>But</w:t>
            </w:r>
            <w:proofErr w:type="gramEnd"/>
            <w:r>
              <w:t xml:space="preserve"> now that I have my trusty flashlight, º </w:t>
            </w:r>
          </w:p>
        </w:tc>
      </w:tr>
      <w:tr w:rsidR="00470CC7" w14:paraId="36631A4F" w14:textId="77777777" w:rsidTr="00814BAB">
        <w:tc>
          <w:tcPr>
            <w:tcW w:w="2880" w:type="dxa"/>
          </w:tcPr>
          <w:p w14:paraId="4B4405F1" w14:textId="77777777" w:rsidR="00470CC7" w:rsidRDefault="00470CC7" w:rsidP="00814BAB">
            <w:r>
              <w:t>01:20:43:12</w:t>
            </w:r>
          </w:p>
        </w:tc>
        <w:tc>
          <w:tcPr>
            <w:tcW w:w="2880" w:type="dxa"/>
          </w:tcPr>
          <w:p w14:paraId="0BA4C506" w14:textId="77777777" w:rsidR="00470CC7" w:rsidRDefault="00470CC7" w:rsidP="00814BAB"/>
        </w:tc>
        <w:tc>
          <w:tcPr>
            <w:tcW w:w="2880" w:type="dxa"/>
          </w:tcPr>
          <w:p w14:paraId="4B271BD2" w14:textId="77777777" w:rsidR="00470CC7" w:rsidRDefault="00470CC7" w:rsidP="00814BAB">
            <w:r>
              <w:t xml:space="preserve">º I see worms and bugs and lizards, too! º </w:t>
            </w:r>
          </w:p>
        </w:tc>
      </w:tr>
      <w:tr w:rsidR="00470CC7" w14:paraId="5B0A130F" w14:textId="77777777" w:rsidTr="00814BAB">
        <w:tc>
          <w:tcPr>
            <w:tcW w:w="2880" w:type="dxa"/>
          </w:tcPr>
          <w:p w14:paraId="12F52C6F" w14:textId="77777777" w:rsidR="00470CC7" w:rsidRDefault="00470CC7" w:rsidP="00814BAB">
            <w:r>
              <w:lastRenderedPageBreak/>
              <w:t>01:20:49:21</w:t>
            </w:r>
          </w:p>
        </w:tc>
        <w:tc>
          <w:tcPr>
            <w:tcW w:w="2880" w:type="dxa"/>
          </w:tcPr>
          <w:p w14:paraId="62B648BB" w14:textId="77777777" w:rsidR="00470CC7" w:rsidRDefault="00470CC7" w:rsidP="00814BAB"/>
        </w:tc>
        <w:tc>
          <w:tcPr>
            <w:tcW w:w="2880" w:type="dxa"/>
          </w:tcPr>
          <w:p w14:paraId="061126CC" w14:textId="77777777" w:rsidR="00470CC7" w:rsidRDefault="00470CC7" w:rsidP="00814BAB">
            <w:r>
              <w:t xml:space="preserve">º But I still wonder who said... º </w:t>
            </w:r>
          </w:p>
        </w:tc>
      </w:tr>
      <w:tr w:rsidR="00470CC7" w14:paraId="20C9C294" w14:textId="77777777" w:rsidTr="00814BAB">
        <w:tc>
          <w:tcPr>
            <w:tcW w:w="2880" w:type="dxa"/>
          </w:tcPr>
          <w:p w14:paraId="2C8A1412" w14:textId="77777777" w:rsidR="00470CC7" w:rsidRDefault="00470CC7" w:rsidP="00814BAB">
            <w:r>
              <w:t>01:20:54:08</w:t>
            </w:r>
          </w:p>
        </w:tc>
        <w:tc>
          <w:tcPr>
            <w:tcW w:w="2880" w:type="dxa"/>
          </w:tcPr>
          <w:p w14:paraId="4830C66A" w14:textId="77777777" w:rsidR="00470CC7" w:rsidRDefault="00470CC7" w:rsidP="00814BAB"/>
        </w:tc>
        <w:tc>
          <w:tcPr>
            <w:tcW w:w="2880" w:type="dxa"/>
          </w:tcPr>
          <w:p w14:paraId="12389C1D" w14:textId="77777777" w:rsidR="00470CC7" w:rsidRDefault="00470CC7" w:rsidP="00814BAB">
            <w:r>
              <w:t xml:space="preserve">º </w:t>
            </w:r>
            <w:proofErr w:type="spellStart"/>
            <w:r>
              <w:t>Whooooo</w:t>
            </w:r>
            <w:proofErr w:type="spellEnd"/>
            <w:r>
              <w:t xml:space="preserve">! º </w:t>
            </w:r>
          </w:p>
        </w:tc>
      </w:tr>
      <w:tr w:rsidR="00470CC7" w14:paraId="7E891CEA" w14:textId="77777777" w:rsidTr="00814BAB">
        <w:tc>
          <w:tcPr>
            <w:tcW w:w="2880" w:type="dxa"/>
          </w:tcPr>
          <w:p w14:paraId="773A6A86" w14:textId="77777777" w:rsidR="00470CC7" w:rsidRDefault="00470CC7" w:rsidP="00814BAB">
            <w:r>
              <w:t>01:20:57:10</w:t>
            </w:r>
          </w:p>
        </w:tc>
        <w:tc>
          <w:tcPr>
            <w:tcW w:w="2880" w:type="dxa"/>
          </w:tcPr>
          <w:p w14:paraId="171590D1" w14:textId="77777777" w:rsidR="00470CC7" w:rsidRDefault="00470CC7" w:rsidP="00814BAB"/>
        </w:tc>
        <w:tc>
          <w:tcPr>
            <w:tcW w:w="2880" w:type="dxa"/>
          </w:tcPr>
          <w:p w14:paraId="31615866" w14:textId="77777777" w:rsidR="00470CC7" w:rsidRDefault="00470CC7" w:rsidP="00814BAB">
            <w:r>
              <w:t xml:space="preserve">[owl hoots] </w:t>
            </w:r>
          </w:p>
        </w:tc>
      </w:tr>
      <w:tr w:rsidR="00470CC7" w14:paraId="00756762" w14:textId="77777777" w:rsidTr="00814BAB">
        <w:tc>
          <w:tcPr>
            <w:tcW w:w="2880" w:type="dxa"/>
          </w:tcPr>
          <w:p w14:paraId="6D27315E" w14:textId="77777777" w:rsidR="00470CC7" w:rsidRDefault="00470CC7" w:rsidP="00814BAB">
            <w:r>
              <w:t>01:20:58:16</w:t>
            </w:r>
          </w:p>
        </w:tc>
        <w:tc>
          <w:tcPr>
            <w:tcW w:w="2880" w:type="dxa"/>
          </w:tcPr>
          <w:p w14:paraId="139DE6CD" w14:textId="77777777" w:rsidR="00470CC7" w:rsidRDefault="00470CC7" w:rsidP="00814BAB"/>
        </w:tc>
        <w:tc>
          <w:tcPr>
            <w:tcW w:w="2880" w:type="dxa"/>
          </w:tcPr>
          <w:p w14:paraId="2BABFF7F" w14:textId="77777777" w:rsidR="00470CC7" w:rsidRDefault="00470CC7" w:rsidP="00814BAB">
            <w:r>
              <w:rPr>
                <w:b/>
              </w:rPr>
              <w:t xml:space="preserve">ELINOR: </w:t>
            </w:r>
            <w:r>
              <w:t xml:space="preserve">There it is again! </w:t>
            </w:r>
          </w:p>
        </w:tc>
      </w:tr>
      <w:tr w:rsidR="00470CC7" w14:paraId="1C93623C" w14:textId="77777777" w:rsidTr="00814BAB">
        <w:tc>
          <w:tcPr>
            <w:tcW w:w="2880" w:type="dxa"/>
          </w:tcPr>
          <w:p w14:paraId="330BCF94" w14:textId="77777777" w:rsidR="00470CC7" w:rsidRDefault="00470CC7" w:rsidP="00814BAB">
            <w:r>
              <w:t>01:21:02:15</w:t>
            </w:r>
          </w:p>
        </w:tc>
        <w:tc>
          <w:tcPr>
            <w:tcW w:w="2880" w:type="dxa"/>
          </w:tcPr>
          <w:p w14:paraId="6727245A" w14:textId="77777777" w:rsidR="00470CC7" w:rsidRDefault="00470CC7" w:rsidP="00814BAB"/>
        </w:tc>
        <w:tc>
          <w:tcPr>
            <w:tcW w:w="2880" w:type="dxa"/>
          </w:tcPr>
          <w:p w14:paraId="63AA6FE4" w14:textId="77777777" w:rsidR="00470CC7" w:rsidRDefault="00470CC7" w:rsidP="00814BAB">
            <w:r>
              <w:rPr>
                <w:b/>
              </w:rPr>
              <w:t xml:space="preserve">ELINOR: </w:t>
            </w:r>
            <w:r>
              <w:t xml:space="preserve">[gasp!] Look! </w:t>
            </w:r>
          </w:p>
        </w:tc>
      </w:tr>
      <w:tr w:rsidR="00470CC7" w14:paraId="365B4D55" w14:textId="77777777" w:rsidTr="00814BAB">
        <w:tc>
          <w:tcPr>
            <w:tcW w:w="2880" w:type="dxa"/>
          </w:tcPr>
          <w:p w14:paraId="5D2C5A8E" w14:textId="77777777" w:rsidR="00470CC7" w:rsidRDefault="00470CC7" w:rsidP="00814BAB">
            <w:r>
              <w:t>01:21:05:02</w:t>
            </w:r>
          </w:p>
        </w:tc>
        <w:tc>
          <w:tcPr>
            <w:tcW w:w="2880" w:type="dxa"/>
          </w:tcPr>
          <w:p w14:paraId="099AF3B9" w14:textId="77777777" w:rsidR="00470CC7" w:rsidRDefault="00470CC7" w:rsidP="00814BAB"/>
        </w:tc>
        <w:tc>
          <w:tcPr>
            <w:tcW w:w="2880" w:type="dxa"/>
          </w:tcPr>
          <w:p w14:paraId="1884B688" w14:textId="77777777" w:rsidR="00470CC7" w:rsidRDefault="00470CC7" w:rsidP="00814BAB">
            <w:r>
              <w:t xml:space="preserve">[owl hooting] </w:t>
            </w:r>
          </w:p>
        </w:tc>
      </w:tr>
      <w:tr w:rsidR="00470CC7" w14:paraId="534AC076" w14:textId="77777777" w:rsidTr="00814BAB">
        <w:tc>
          <w:tcPr>
            <w:tcW w:w="2880" w:type="dxa"/>
          </w:tcPr>
          <w:p w14:paraId="67B28C1F" w14:textId="77777777" w:rsidR="00470CC7" w:rsidRDefault="00470CC7" w:rsidP="00814BAB">
            <w:r>
              <w:t>01:21:06:23</w:t>
            </w:r>
          </w:p>
        </w:tc>
        <w:tc>
          <w:tcPr>
            <w:tcW w:w="2880" w:type="dxa"/>
          </w:tcPr>
          <w:p w14:paraId="47B65DB9" w14:textId="77777777" w:rsidR="00470CC7" w:rsidRDefault="00470CC7" w:rsidP="00814BAB"/>
        </w:tc>
        <w:tc>
          <w:tcPr>
            <w:tcW w:w="2880" w:type="dxa"/>
          </w:tcPr>
          <w:p w14:paraId="3A366197" w14:textId="77777777" w:rsidR="00470CC7" w:rsidRDefault="00470CC7" w:rsidP="00814BAB">
            <w:r>
              <w:rPr>
                <w:b/>
              </w:rPr>
              <w:t xml:space="preserve">ELINOR: </w:t>
            </w:r>
            <w:proofErr w:type="spellStart"/>
            <w:r>
              <w:t>Wooooow</w:t>
            </w:r>
            <w:proofErr w:type="spellEnd"/>
            <w:r>
              <w:t xml:space="preserve">! </w:t>
            </w:r>
          </w:p>
        </w:tc>
      </w:tr>
      <w:tr w:rsidR="00470CC7" w14:paraId="370512EF" w14:textId="77777777" w:rsidTr="00814BAB">
        <w:tc>
          <w:tcPr>
            <w:tcW w:w="2880" w:type="dxa"/>
          </w:tcPr>
          <w:p w14:paraId="75C64A34" w14:textId="77777777" w:rsidR="00470CC7" w:rsidRDefault="00470CC7" w:rsidP="00814BAB">
            <w:r>
              <w:t>01:21:12:17</w:t>
            </w:r>
          </w:p>
        </w:tc>
        <w:tc>
          <w:tcPr>
            <w:tcW w:w="2880" w:type="dxa"/>
          </w:tcPr>
          <w:p w14:paraId="531996D7" w14:textId="77777777" w:rsidR="00470CC7" w:rsidRDefault="00470CC7" w:rsidP="00814BAB"/>
        </w:tc>
        <w:tc>
          <w:tcPr>
            <w:tcW w:w="2880" w:type="dxa"/>
          </w:tcPr>
          <w:p w14:paraId="17BC89F4" w14:textId="77777777" w:rsidR="00470CC7" w:rsidRDefault="00470CC7" w:rsidP="00814BAB">
            <w:r>
              <w:rPr>
                <w:b/>
              </w:rPr>
              <w:t xml:space="preserve">ELINOR: </w:t>
            </w:r>
            <w:r>
              <w:t xml:space="preserve">Mom, that's the owl Ari, Olive and I saw on our way home! </w:t>
            </w:r>
          </w:p>
        </w:tc>
      </w:tr>
      <w:tr w:rsidR="00470CC7" w14:paraId="792A0786" w14:textId="77777777" w:rsidTr="00814BAB">
        <w:tc>
          <w:tcPr>
            <w:tcW w:w="2880" w:type="dxa"/>
          </w:tcPr>
          <w:p w14:paraId="58B424A1" w14:textId="77777777" w:rsidR="00470CC7" w:rsidRDefault="00470CC7" w:rsidP="00814BAB">
            <w:r>
              <w:t>01:21:17:14</w:t>
            </w:r>
          </w:p>
        </w:tc>
        <w:tc>
          <w:tcPr>
            <w:tcW w:w="2880" w:type="dxa"/>
          </w:tcPr>
          <w:p w14:paraId="11EE0B1C" w14:textId="77777777" w:rsidR="00470CC7" w:rsidRDefault="00470CC7" w:rsidP="00814BAB"/>
        </w:tc>
        <w:tc>
          <w:tcPr>
            <w:tcW w:w="2880" w:type="dxa"/>
          </w:tcPr>
          <w:p w14:paraId="742CE3BF" w14:textId="77777777" w:rsidR="00470CC7" w:rsidRDefault="00470CC7" w:rsidP="00814BAB">
            <w:r>
              <w:t xml:space="preserve">It's so quiet I almost didn't notice it fly by! </w:t>
            </w:r>
          </w:p>
        </w:tc>
      </w:tr>
      <w:tr w:rsidR="00470CC7" w14:paraId="01BD721B" w14:textId="77777777" w:rsidTr="00814BAB">
        <w:tc>
          <w:tcPr>
            <w:tcW w:w="2880" w:type="dxa"/>
          </w:tcPr>
          <w:p w14:paraId="5C6FAAAC" w14:textId="77777777" w:rsidR="00470CC7" w:rsidRDefault="00470CC7" w:rsidP="00814BAB">
            <w:r>
              <w:t>01:21:21:06</w:t>
            </w:r>
          </w:p>
        </w:tc>
        <w:tc>
          <w:tcPr>
            <w:tcW w:w="2880" w:type="dxa"/>
          </w:tcPr>
          <w:p w14:paraId="42F3603A" w14:textId="77777777" w:rsidR="00470CC7" w:rsidRDefault="00470CC7" w:rsidP="00814BAB"/>
        </w:tc>
        <w:tc>
          <w:tcPr>
            <w:tcW w:w="2880" w:type="dxa"/>
          </w:tcPr>
          <w:p w14:paraId="0DBF5F73" w14:textId="77777777" w:rsidR="00470CC7" w:rsidRDefault="00470CC7" w:rsidP="00814BAB">
            <w:r>
              <w:rPr>
                <w:b/>
              </w:rPr>
              <w:t xml:space="preserve">RANGER RABBIT: </w:t>
            </w:r>
            <w:r>
              <w:t xml:space="preserve">That's because owls are amazing birds. </w:t>
            </w:r>
          </w:p>
        </w:tc>
      </w:tr>
      <w:tr w:rsidR="00470CC7" w14:paraId="3BC78653" w14:textId="77777777" w:rsidTr="00814BAB">
        <w:tc>
          <w:tcPr>
            <w:tcW w:w="2880" w:type="dxa"/>
          </w:tcPr>
          <w:p w14:paraId="5BCF398B" w14:textId="77777777" w:rsidR="00470CC7" w:rsidRDefault="00470CC7" w:rsidP="00814BAB">
            <w:r>
              <w:t>01:21:24:13</w:t>
            </w:r>
          </w:p>
        </w:tc>
        <w:tc>
          <w:tcPr>
            <w:tcW w:w="2880" w:type="dxa"/>
          </w:tcPr>
          <w:p w14:paraId="37DF6B21" w14:textId="77777777" w:rsidR="00470CC7" w:rsidRDefault="00470CC7" w:rsidP="00814BAB"/>
        </w:tc>
        <w:tc>
          <w:tcPr>
            <w:tcW w:w="2880" w:type="dxa"/>
          </w:tcPr>
          <w:p w14:paraId="111DB578" w14:textId="77777777" w:rsidR="00470CC7" w:rsidRDefault="00470CC7" w:rsidP="00814BAB">
            <w:r>
              <w:t xml:space="preserve">They're silent flyers. </w:t>
            </w:r>
          </w:p>
        </w:tc>
      </w:tr>
      <w:tr w:rsidR="00470CC7" w14:paraId="181DA7BB" w14:textId="77777777" w:rsidTr="00814BAB">
        <w:tc>
          <w:tcPr>
            <w:tcW w:w="2880" w:type="dxa"/>
          </w:tcPr>
          <w:p w14:paraId="7078EDCC" w14:textId="77777777" w:rsidR="00470CC7" w:rsidRDefault="00470CC7" w:rsidP="00814BAB">
            <w:r>
              <w:t>01:21:26:22</w:t>
            </w:r>
          </w:p>
        </w:tc>
        <w:tc>
          <w:tcPr>
            <w:tcW w:w="2880" w:type="dxa"/>
          </w:tcPr>
          <w:p w14:paraId="6A47AE88" w14:textId="77777777" w:rsidR="00470CC7" w:rsidRDefault="00470CC7" w:rsidP="00814BAB"/>
        </w:tc>
        <w:tc>
          <w:tcPr>
            <w:tcW w:w="2880" w:type="dxa"/>
          </w:tcPr>
          <w:p w14:paraId="5AFF8852" w14:textId="77777777" w:rsidR="00470CC7" w:rsidRDefault="00470CC7" w:rsidP="00814BAB">
            <w:r>
              <w:t xml:space="preserve">They have special feathers on their wings... </w:t>
            </w:r>
          </w:p>
        </w:tc>
      </w:tr>
      <w:tr w:rsidR="00470CC7" w14:paraId="45DC8F96" w14:textId="77777777" w:rsidTr="00814BAB">
        <w:tc>
          <w:tcPr>
            <w:tcW w:w="2880" w:type="dxa"/>
          </w:tcPr>
          <w:p w14:paraId="44B860AA" w14:textId="77777777" w:rsidR="00470CC7" w:rsidRDefault="00470CC7" w:rsidP="00814BAB">
            <w:r>
              <w:t>01:21:28:16</w:t>
            </w:r>
          </w:p>
        </w:tc>
        <w:tc>
          <w:tcPr>
            <w:tcW w:w="2880" w:type="dxa"/>
          </w:tcPr>
          <w:p w14:paraId="70612848" w14:textId="77777777" w:rsidR="00470CC7" w:rsidRDefault="00470CC7" w:rsidP="00814BAB"/>
        </w:tc>
        <w:tc>
          <w:tcPr>
            <w:tcW w:w="2880" w:type="dxa"/>
          </w:tcPr>
          <w:p w14:paraId="5A5339C8" w14:textId="77777777" w:rsidR="00470CC7" w:rsidRDefault="00470CC7" w:rsidP="00814BAB">
            <w:r>
              <w:t xml:space="preserve">that don't make any sound. </w:t>
            </w:r>
          </w:p>
        </w:tc>
      </w:tr>
      <w:tr w:rsidR="00470CC7" w14:paraId="471DE23C" w14:textId="77777777" w:rsidTr="00814BAB">
        <w:tc>
          <w:tcPr>
            <w:tcW w:w="2880" w:type="dxa"/>
          </w:tcPr>
          <w:p w14:paraId="397D56D8" w14:textId="77777777" w:rsidR="00470CC7" w:rsidRDefault="00470CC7" w:rsidP="00814BAB">
            <w:r>
              <w:t>01:21:32:10</w:t>
            </w:r>
          </w:p>
        </w:tc>
        <w:tc>
          <w:tcPr>
            <w:tcW w:w="2880" w:type="dxa"/>
          </w:tcPr>
          <w:p w14:paraId="18795EC8" w14:textId="77777777" w:rsidR="00470CC7" w:rsidRDefault="00470CC7" w:rsidP="00814BAB"/>
        </w:tc>
        <w:tc>
          <w:tcPr>
            <w:tcW w:w="2880" w:type="dxa"/>
          </w:tcPr>
          <w:p w14:paraId="0335EEFC" w14:textId="77777777" w:rsidR="00470CC7" w:rsidRDefault="00470CC7" w:rsidP="00814BAB">
            <w:r>
              <w:rPr>
                <w:b/>
              </w:rPr>
              <w:t xml:space="preserve">ELINOR: </w:t>
            </w:r>
            <w:proofErr w:type="spellStart"/>
            <w:r>
              <w:t>Oooh</w:t>
            </w:r>
            <w:proofErr w:type="spellEnd"/>
            <w:r>
              <w:t xml:space="preserve">... </w:t>
            </w:r>
          </w:p>
        </w:tc>
      </w:tr>
      <w:tr w:rsidR="00470CC7" w14:paraId="71D811E4" w14:textId="77777777" w:rsidTr="00814BAB">
        <w:tc>
          <w:tcPr>
            <w:tcW w:w="2880" w:type="dxa"/>
          </w:tcPr>
          <w:p w14:paraId="607CE37A" w14:textId="77777777" w:rsidR="00470CC7" w:rsidRDefault="00470CC7" w:rsidP="00814BAB">
            <w:r>
              <w:t>01:21:34:16</w:t>
            </w:r>
          </w:p>
        </w:tc>
        <w:tc>
          <w:tcPr>
            <w:tcW w:w="2880" w:type="dxa"/>
          </w:tcPr>
          <w:p w14:paraId="322F9B55" w14:textId="77777777" w:rsidR="00470CC7" w:rsidRDefault="00470CC7" w:rsidP="00814BAB"/>
        </w:tc>
        <w:tc>
          <w:tcPr>
            <w:tcW w:w="2880" w:type="dxa"/>
          </w:tcPr>
          <w:p w14:paraId="6766E7D0" w14:textId="77777777" w:rsidR="00470CC7" w:rsidRDefault="00470CC7" w:rsidP="00814BAB">
            <w:r>
              <w:t xml:space="preserve">[owl hoots] </w:t>
            </w:r>
          </w:p>
        </w:tc>
      </w:tr>
      <w:tr w:rsidR="00470CC7" w14:paraId="5CD77B9E" w14:textId="77777777" w:rsidTr="00814BAB">
        <w:tc>
          <w:tcPr>
            <w:tcW w:w="2880" w:type="dxa"/>
          </w:tcPr>
          <w:p w14:paraId="09335749" w14:textId="77777777" w:rsidR="00470CC7" w:rsidRDefault="00470CC7" w:rsidP="00814BAB">
            <w:r>
              <w:t>01:21:36:02</w:t>
            </w:r>
          </w:p>
        </w:tc>
        <w:tc>
          <w:tcPr>
            <w:tcW w:w="2880" w:type="dxa"/>
          </w:tcPr>
          <w:p w14:paraId="11A83DF3" w14:textId="77777777" w:rsidR="00470CC7" w:rsidRDefault="00470CC7" w:rsidP="00814BAB"/>
        </w:tc>
        <w:tc>
          <w:tcPr>
            <w:tcW w:w="2880" w:type="dxa"/>
          </w:tcPr>
          <w:p w14:paraId="7E5D501E" w14:textId="77777777" w:rsidR="00470CC7" w:rsidRDefault="00470CC7" w:rsidP="00814BAB">
            <w:r>
              <w:rPr>
                <w:b/>
              </w:rPr>
              <w:t xml:space="preserve">ELINOR: </w:t>
            </w:r>
            <w:r>
              <w:t xml:space="preserve">Wait a minute. </w:t>
            </w:r>
          </w:p>
        </w:tc>
      </w:tr>
      <w:tr w:rsidR="00470CC7" w14:paraId="4F152D30" w14:textId="77777777" w:rsidTr="00814BAB">
        <w:tc>
          <w:tcPr>
            <w:tcW w:w="2880" w:type="dxa"/>
          </w:tcPr>
          <w:p w14:paraId="51AE4BD1" w14:textId="77777777" w:rsidR="00470CC7" w:rsidRDefault="00470CC7" w:rsidP="00814BAB">
            <w:r>
              <w:t>01:21:37:09</w:t>
            </w:r>
          </w:p>
        </w:tc>
        <w:tc>
          <w:tcPr>
            <w:tcW w:w="2880" w:type="dxa"/>
          </w:tcPr>
          <w:p w14:paraId="269F6E97" w14:textId="77777777" w:rsidR="00470CC7" w:rsidRDefault="00470CC7" w:rsidP="00814BAB"/>
        </w:tc>
        <w:tc>
          <w:tcPr>
            <w:tcW w:w="2880" w:type="dxa"/>
          </w:tcPr>
          <w:p w14:paraId="4D624C47" w14:textId="77777777" w:rsidR="00470CC7" w:rsidRDefault="00470CC7" w:rsidP="00814BAB">
            <w:r>
              <w:t>That's who's been saying "</w:t>
            </w:r>
            <w:proofErr w:type="spellStart"/>
            <w:r>
              <w:t>whoo</w:t>
            </w:r>
            <w:proofErr w:type="spellEnd"/>
            <w:r>
              <w:t xml:space="preserve">!" </w:t>
            </w:r>
          </w:p>
        </w:tc>
      </w:tr>
      <w:tr w:rsidR="00470CC7" w14:paraId="251FBD02" w14:textId="77777777" w:rsidTr="00814BAB">
        <w:tc>
          <w:tcPr>
            <w:tcW w:w="2880" w:type="dxa"/>
          </w:tcPr>
          <w:p w14:paraId="7A736BC4" w14:textId="77777777" w:rsidR="00470CC7" w:rsidRDefault="00470CC7" w:rsidP="00814BAB">
            <w:r>
              <w:t>01:21:39:17</w:t>
            </w:r>
          </w:p>
        </w:tc>
        <w:tc>
          <w:tcPr>
            <w:tcW w:w="2880" w:type="dxa"/>
          </w:tcPr>
          <w:p w14:paraId="38FA3C88" w14:textId="77777777" w:rsidR="00470CC7" w:rsidRDefault="00470CC7" w:rsidP="00814BAB"/>
        </w:tc>
        <w:tc>
          <w:tcPr>
            <w:tcW w:w="2880" w:type="dxa"/>
          </w:tcPr>
          <w:p w14:paraId="72F110D5" w14:textId="77777777" w:rsidR="00470CC7" w:rsidRDefault="00470CC7" w:rsidP="00814BAB">
            <w:r>
              <w:t xml:space="preserve">It's the Owl!! </w:t>
            </w:r>
          </w:p>
        </w:tc>
      </w:tr>
      <w:tr w:rsidR="00470CC7" w14:paraId="6D5E02D5" w14:textId="77777777" w:rsidTr="00814BAB">
        <w:tc>
          <w:tcPr>
            <w:tcW w:w="2880" w:type="dxa"/>
          </w:tcPr>
          <w:p w14:paraId="4DA2B27E" w14:textId="77777777" w:rsidR="00470CC7" w:rsidRDefault="00470CC7" w:rsidP="00814BAB">
            <w:r>
              <w:t>01:21:41:11</w:t>
            </w:r>
          </w:p>
        </w:tc>
        <w:tc>
          <w:tcPr>
            <w:tcW w:w="2880" w:type="dxa"/>
          </w:tcPr>
          <w:p w14:paraId="75A67186" w14:textId="77777777" w:rsidR="00470CC7" w:rsidRDefault="00470CC7" w:rsidP="00814BAB"/>
        </w:tc>
        <w:tc>
          <w:tcPr>
            <w:tcW w:w="2880" w:type="dxa"/>
          </w:tcPr>
          <w:p w14:paraId="0D5E1526" w14:textId="77777777" w:rsidR="00470CC7" w:rsidRDefault="00470CC7" w:rsidP="00814BAB">
            <w:r>
              <w:t xml:space="preserve">He's up late, just like Mr. Raccoon! </w:t>
            </w:r>
          </w:p>
        </w:tc>
      </w:tr>
      <w:tr w:rsidR="00470CC7" w14:paraId="3AB7B482" w14:textId="77777777" w:rsidTr="00814BAB">
        <w:tc>
          <w:tcPr>
            <w:tcW w:w="2880" w:type="dxa"/>
          </w:tcPr>
          <w:p w14:paraId="4A9F8FC7" w14:textId="77777777" w:rsidR="00470CC7" w:rsidRDefault="00470CC7" w:rsidP="00814BAB">
            <w:r>
              <w:lastRenderedPageBreak/>
              <w:t>01:21:44:03</w:t>
            </w:r>
          </w:p>
        </w:tc>
        <w:tc>
          <w:tcPr>
            <w:tcW w:w="2880" w:type="dxa"/>
          </w:tcPr>
          <w:p w14:paraId="665B9C6F" w14:textId="77777777" w:rsidR="00470CC7" w:rsidRDefault="00470CC7" w:rsidP="00814BAB"/>
        </w:tc>
        <w:tc>
          <w:tcPr>
            <w:tcW w:w="2880" w:type="dxa"/>
          </w:tcPr>
          <w:p w14:paraId="638D31AD" w14:textId="77777777" w:rsidR="00470CC7" w:rsidRDefault="00470CC7" w:rsidP="00814BAB">
            <w:r>
              <w:rPr>
                <w:b/>
              </w:rPr>
              <w:t xml:space="preserve">RANGER RABBIT: </w:t>
            </w:r>
            <w:r>
              <w:t xml:space="preserve">Yep, owls are nocturnal. </w:t>
            </w:r>
          </w:p>
        </w:tc>
      </w:tr>
      <w:tr w:rsidR="00470CC7" w14:paraId="11D02D02" w14:textId="77777777" w:rsidTr="00814BAB">
        <w:tc>
          <w:tcPr>
            <w:tcW w:w="2880" w:type="dxa"/>
          </w:tcPr>
          <w:p w14:paraId="34949FF7" w14:textId="77777777" w:rsidR="00470CC7" w:rsidRDefault="00470CC7" w:rsidP="00814BAB">
            <w:r>
              <w:t>01:21:46:10</w:t>
            </w:r>
          </w:p>
        </w:tc>
        <w:tc>
          <w:tcPr>
            <w:tcW w:w="2880" w:type="dxa"/>
          </w:tcPr>
          <w:p w14:paraId="44C99E2C" w14:textId="77777777" w:rsidR="00470CC7" w:rsidRDefault="00470CC7" w:rsidP="00814BAB"/>
        </w:tc>
        <w:tc>
          <w:tcPr>
            <w:tcW w:w="2880" w:type="dxa"/>
          </w:tcPr>
          <w:p w14:paraId="05C5D6DA" w14:textId="77777777" w:rsidR="00470CC7" w:rsidRDefault="00470CC7" w:rsidP="00814BAB">
            <w:r>
              <w:t xml:space="preserve">That means they stay awake at night. </w:t>
            </w:r>
          </w:p>
        </w:tc>
      </w:tr>
      <w:tr w:rsidR="00470CC7" w14:paraId="173F316F" w14:textId="77777777" w:rsidTr="00814BAB">
        <w:tc>
          <w:tcPr>
            <w:tcW w:w="2880" w:type="dxa"/>
          </w:tcPr>
          <w:p w14:paraId="7A5B67F6" w14:textId="77777777" w:rsidR="00470CC7" w:rsidRDefault="00470CC7" w:rsidP="00814BAB">
            <w:r>
              <w:t>01:21:48:07</w:t>
            </w:r>
          </w:p>
        </w:tc>
        <w:tc>
          <w:tcPr>
            <w:tcW w:w="2880" w:type="dxa"/>
          </w:tcPr>
          <w:p w14:paraId="1FB03816" w14:textId="77777777" w:rsidR="00470CC7" w:rsidRDefault="00470CC7" w:rsidP="00814BAB"/>
        </w:tc>
        <w:tc>
          <w:tcPr>
            <w:tcW w:w="2880" w:type="dxa"/>
          </w:tcPr>
          <w:p w14:paraId="4664773D" w14:textId="77777777" w:rsidR="00470CC7" w:rsidRDefault="00470CC7" w:rsidP="00814BAB">
            <w:r>
              <w:t xml:space="preserve">[owl hoots] </w:t>
            </w:r>
          </w:p>
        </w:tc>
      </w:tr>
      <w:tr w:rsidR="00470CC7" w14:paraId="0D6BDF6F" w14:textId="77777777" w:rsidTr="00814BAB">
        <w:tc>
          <w:tcPr>
            <w:tcW w:w="2880" w:type="dxa"/>
          </w:tcPr>
          <w:p w14:paraId="6E5833BB" w14:textId="77777777" w:rsidR="00470CC7" w:rsidRDefault="00470CC7" w:rsidP="00814BAB">
            <w:r>
              <w:t>01:21:49:20</w:t>
            </w:r>
          </w:p>
        </w:tc>
        <w:tc>
          <w:tcPr>
            <w:tcW w:w="2880" w:type="dxa"/>
          </w:tcPr>
          <w:p w14:paraId="48C586EB" w14:textId="77777777" w:rsidR="00470CC7" w:rsidRDefault="00470CC7" w:rsidP="00814BAB"/>
        </w:tc>
        <w:tc>
          <w:tcPr>
            <w:tcW w:w="2880" w:type="dxa"/>
          </w:tcPr>
          <w:p w14:paraId="5CD5B41F" w14:textId="77777777" w:rsidR="00470CC7" w:rsidRDefault="00470CC7" w:rsidP="00814BAB">
            <w:r>
              <w:rPr>
                <w:b/>
              </w:rPr>
              <w:t xml:space="preserve">ELINOR: </w:t>
            </w:r>
            <w:r>
              <w:t xml:space="preserve">But why? </w:t>
            </w:r>
          </w:p>
        </w:tc>
      </w:tr>
      <w:tr w:rsidR="00470CC7" w14:paraId="193EF3D9" w14:textId="77777777" w:rsidTr="00814BAB">
        <w:tc>
          <w:tcPr>
            <w:tcW w:w="2880" w:type="dxa"/>
          </w:tcPr>
          <w:p w14:paraId="7E675473" w14:textId="77777777" w:rsidR="00470CC7" w:rsidRDefault="00470CC7" w:rsidP="00814BAB">
            <w:r>
              <w:t>01:21:51:12</w:t>
            </w:r>
          </w:p>
        </w:tc>
        <w:tc>
          <w:tcPr>
            <w:tcW w:w="2880" w:type="dxa"/>
          </w:tcPr>
          <w:p w14:paraId="5D1FC9A5" w14:textId="77777777" w:rsidR="00470CC7" w:rsidRDefault="00470CC7" w:rsidP="00814BAB"/>
        </w:tc>
        <w:tc>
          <w:tcPr>
            <w:tcW w:w="2880" w:type="dxa"/>
          </w:tcPr>
          <w:p w14:paraId="2787A12D" w14:textId="77777777" w:rsidR="00470CC7" w:rsidRDefault="00470CC7" w:rsidP="00814BAB">
            <w:r>
              <w:t xml:space="preserve">Does the Owl work at a bakery too? </w:t>
            </w:r>
          </w:p>
        </w:tc>
      </w:tr>
      <w:tr w:rsidR="00470CC7" w14:paraId="56C48BAE" w14:textId="77777777" w:rsidTr="00814BAB">
        <w:tc>
          <w:tcPr>
            <w:tcW w:w="2880" w:type="dxa"/>
          </w:tcPr>
          <w:p w14:paraId="1F1D7DA9" w14:textId="77777777" w:rsidR="00470CC7" w:rsidRDefault="00470CC7" w:rsidP="00814BAB">
            <w:r>
              <w:t>01:21:53:21</w:t>
            </w:r>
          </w:p>
        </w:tc>
        <w:tc>
          <w:tcPr>
            <w:tcW w:w="2880" w:type="dxa"/>
          </w:tcPr>
          <w:p w14:paraId="496A8E37" w14:textId="77777777" w:rsidR="00470CC7" w:rsidRDefault="00470CC7" w:rsidP="00814BAB"/>
        </w:tc>
        <w:tc>
          <w:tcPr>
            <w:tcW w:w="2880" w:type="dxa"/>
          </w:tcPr>
          <w:p w14:paraId="17DEBB4F" w14:textId="77777777" w:rsidR="00470CC7" w:rsidRDefault="00470CC7" w:rsidP="00814BAB">
            <w:r>
              <w:t xml:space="preserve">I didn't even know there were Owl bakeries. </w:t>
            </w:r>
          </w:p>
        </w:tc>
      </w:tr>
      <w:tr w:rsidR="00470CC7" w14:paraId="5CCC2394" w14:textId="77777777" w:rsidTr="00814BAB">
        <w:tc>
          <w:tcPr>
            <w:tcW w:w="2880" w:type="dxa"/>
          </w:tcPr>
          <w:p w14:paraId="4D2F8513" w14:textId="77777777" w:rsidR="00470CC7" w:rsidRDefault="00470CC7" w:rsidP="00814BAB">
            <w:r>
              <w:t>01:21:57:06</w:t>
            </w:r>
          </w:p>
        </w:tc>
        <w:tc>
          <w:tcPr>
            <w:tcW w:w="2880" w:type="dxa"/>
          </w:tcPr>
          <w:p w14:paraId="33111533" w14:textId="77777777" w:rsidR="00470CC7" w:rsidRDefault="00470CC7" w:rsidP="00814BAB"/>
        </w:tc>
        <w:tc>
          <w:tcPr>
            <w:tcW w:w="2880" w:type="dxa"/>
          </w:tcPr>
          <w:p w14:paraId="31672390" w14:textId="77777777" w:rsidR="00470CC7" w:rsidRDefault="00470CC7" w:rsidP="00814BAB">
            <w:r>
              <w:rPr>
                <w:b/>
              </w:rPr>
              <w:t xml:space="preserve">RANGER RABBIT: </w:t>
            </w:r>
            <w:r>
              <w:t xml:space="preserve">[chuckle] I don't think so! </w:t>
            </w:r>
          </w:p>
        </w:tc>
      </w:tr>
      <w:tr w:rsidR="00470CC7" w14:paraId="5B1FA9CA" w14:textId="77777777" w:rsidTr="00814BAB">
        <w:tc>
          <w:tcPr>
            <w:tcW w:w="2880" w:type="dxa"/>
          </w:tcPr>
          <w:p w14:paraId="1E7DBD8F" w14:textId="77777777" w:rsidR="00470CC7" w:rsidRDefault="00470CC7" w:rsidP="00814BAB">
            <w:r>
              <w:t>01:21:58:23</w:t>
            </w:r>
          </w:p>
        </w:tc>
        <w:tc>
          <w:tcPr>
            <w:tcW w:w="2880" w:type="dxa"/>
          </w:tcPr>
          <w:p w14:paraId="58DDD3CA" w14:textId="77777777" w:rsidR="00470CC7" w:rsidRDefault="00470CC7" w:rsidP="00814BAB"/>
        </w:tc>
        <w:tc>
          <w:tcPr>
            <w:tcW w:w="2880" w:type="dxa"/>
          </w:tcPr>
          <w:p w14:paraId="5112D91A" w14:textId="77777777" w:rsidR="00470CC7" w:rsidRDefault="00470CC7" w:rsidP="00814BAB">
            <w:r>
              <w:t xml:space="preserve">Owls are awake at night because they eat things like bugs... </w:t>
            </w:r>
          </w:p>
        </w:tc>
      </w:tr>
      <w:tr w:rsidR="00470CC7" w14:paraId="2DB73033" w14:textId="77777777" w:rsidTr="00814BAB">
        <w:tc>
          <w:tcPr>
            <w:tcW w:w="2880" w:type="dxa"/>
          </w:tcPr>
          <w:p w14:paraId="68C18113" w14:textId="77777777" w:rsidR="00470CC7" w:rsidRDefault="00470CC7" w:rsidP="00814BAB">
            <w:r>
              <w:t>01:22:02:05</w:t>
            </w:r>
          </w:p>
        </w:tc>
        <w:tc>
          <w:tcPr>
            <w:tcW w:w="2880" w:type="dxa"/>
          </w:tcPr>
          <w:p w14:paraId="628195CF" w14:textId="77777777" w:rsidR="00470CC7" w:rsidRDefault="00470CC7" w:rsidP="00814BAB"/>
        </w:tc>
        <w:tc>
          <w:tcPr>
            <w:tcW w:w="2880" w:type="dxa"/>
          </w:tcPr>
          <w:p w14:paraId="205D1339" w14:textId="77777777" w:rsidR="00470CC7" w:rsidRDefault="00470CC7" w:rsidP="00814BAB">
            <w:r>
              <w:t xml:space="preserve">and worms that come out at night. </w:t>
            </w:r>
          </w:p>
        </w:tc>
      </w:tr>
      <w:tr w:rsidR="00470CC7" w14:paraId="168B3E64" w14:textId="77777777" w:rsidTr="00814BAB">
        <w:tc>
          <w:tcPr>
            <w:tcW w:w="2880" w:type="dxa"/>
          </w:tcPr>
          <w:p w14:paraId="67C0DABC" w14:textId="77777777" w:rsidR="00470CC7" w:rsidRDefault="00470CC7" w:rsidP="00814BAB">
            <w:r>
              <w:t>01:22:04:14</w:t>
            </w:r>
          </w:p>
        </w:tc>
        <w:tc>
          <w:tcPr>
            <w:tcW w:w="2880" w:type="dxa"/>
          </w:tcPr>
          <w:p w14:paraId="6C943FB4" w14:textId="77777777" w:rsidR="00470CC7" w:rsidRDefault="00470CC7" w:rsidP="00814BAB"/>
        </w:tc>
        <w:tc>
          <w:tcPr>
            <w:tcW w:w="2880" w:type="dxa"/>
          </w:tcPr>
          <w:p w14:paraId="0E5CBB54" w14:textId="77777777" w:rsidR="00470CC7" w:rsidRDefault="00470CC7" w:rsidP="00814BAB">
            <w:r>
              <w:rPr>
                <w:b/>
              </w:rPr>
              <w:t xml:space="preserve">RANGER RABBIT: </w:t>
            </w:r>
            <w:r>
              <w:t xml:space="preserve">They have super special eyes... </w:t>
            </w:r>
          </w:p>
        </w:tc>
      </w:tr>
      <w:tr w:rsidR="00470CC7" w14:paraId="57EB7A81" w14:textId="77777777" w:rsidTr="00814BAB">
        <w:tc>
          <w:tcPr>
            <w:tcW w:w="2880" w:type="dxa"/>
          </w:tcPr>
          <w:p w14:paraId="76E530A1" w14:textId="77777777" w:rsidR="00470CC7" w:rsidRDefault="00470CC7" w:rsidP="00814BAB">
            <w:r>
              <w:t>01:22:06:00</w:t>
            </w:r>
          </w:p>
        </w:tc>
        <w:tc>
          <w:tcPr>
            <w:tcW w:w="2880" w:type="dxa"/>
          </w:tcPr>
          <w:p w14:paraId="51879A6E" w14:textId="77777777" w:rsidR="00470CC7" w:rsidRDefault="00470CC7" w:rsidP="00814BAB"/>
        </w:tc>
        <w:tc>
          <w:tcPr>
            <w:tcW w:w="2880" w:type="dxa"/>
          </w:tcPr>
          <w:p w14:paraId="5A3C573C" w14:textId="77777777" w:rsidR="00470CC7" w:rsidRDefault="00470CC7" w:rsidP="00814BAB">
            <w:r>
              <w:t xml:space="preserve">that are </w:t>
            </w:r>
            <w:proofErr w:type="gramStart"/>
            <w:r>
              <w:t>really good</w:t>
            </w:r>
            <w:proofErr w:type="gramEnd"/>
            <w:r>
              <w:t xml:space="preserve"> at seeing things in the dark. </w:t>
            </w:r>
          </w:p>
        </w:tc>
      </w:tr>
      <w:tr w:rsidR="00470CC7" w14:paraId="488A9042" w14:textId="77777777" w:rsidTr="00814BAB">
        <w:tc>
          <w:tcPr>
            <w:tcW w:w="2880" w:type="dxa"/>
          </w:tcPr>
          <w:p w14:paraId="7FC77B4E" w14:textId="77777777" w:rsidR="00470CC7" w:rsidRDefault="00470CC7" w:rsidP="00814BAB">
            <w:r>
              <w:t>01:22:09:08</w:t>
            </w:r>
          </w:p>
        </w:tc>
        <w:tc>
          <w:tcPr>
            <w:tcW w:w="2880" w:type="dxa"/>
          </w:tcPr>
          <w:p w14:paraId="22D25460" w14:textId="77777777" w:rsidR="00470CC7" w:rsidRDefault="00470CC7" w:rsidP="00814BAB"/>
        </w:tc>
        <w:tc>
          <w:tcPr>
            <w:tcW w:w="2880" w:type="dxa"/>
          </w:tcPr>
          <w:p w14:paraId="79FBB639" w14:textId="77777777" w:rsidR="00470CC7" w:rsidRDefault="00470CC7" w:rsidP="00814BAB">
            <w:r>
              <w:rPr>
                <w:b/>
              </w:rPr>
              <w:t xml:space="preserve">ELINOR: </w:t>
            </w:r>
            <w:r>
              <w:t xml:space="preserve">Wow! </w:t>
            </w:r>
          </w:p>
        </w:tc>
      </w:tr>
      <w:tr w:rsidR="00470CC7" w14:paraId="0F01CBEE" w14:textId="77777777" w:rsidTr="00814BAB">
        <w:tc>
          <w:tcPr>
            <w:tcW w:w="2880" w:type="dxa"/>
          </w:tcPr>
          <w:p w14:paraId="06CD0F05" w14:textId="77777777" w:rsidR="00470CC7" w:rsidRDefault="00470CC7" w:rsidP="00814BAB">
            <w:r>
              <w:t>01:22:10:09</w:t>
            </w:r>
          </w:p>
        </w:tc>
        <w:tc>
          <w:tcPr>
            <w:tcW w:w="2880" w:type="dxa"/>
          </w:tcPr>
          <w:p w14:paraId="03C5DA88" w14:textId="77777777" w:rsidR="00470CC7" w:rsidRDefault="00470CC7" w:rsidP="00814BAB"/>
        </w:tc>
        <w:tc>
          <w:tcPr>
            <w:tcW w:w="2880" w:type="dxa"/>
          </w:tcPr>
          <w:p w14:paraId="585D5139" w14:textId="77777777" w:rsidR="00470CC7" w:rsidRDefault="00470CC7" w:rsidP="00814BAB">
            <w:r>
              <w:t xml:space="preserve">I didn't know that owls were so interesting!! </w:t>
            </w:r>
          </w:p>
        </w:tc>
      </w:tr>
      <w:tr w:rsidR="00470CC7" w14:paraId="42809D52" w14:textId="77777777" w:rsidTr="00814BAB">
        <w:tc>
          <w:tcPr>
            <w:tcW w:w="2880" w:type="dxa"/>
          </w:tcPr>
          <w:p w14:paraId="52F9233B" w14:textId="77777777" w:rsidR="00470CC7" w:rsidRDefault="00470CC7" w:rsidP="00814BAB">
            <w:r>
              <w:t>01:22:14:10</w:t>
            </w:r>
          </w:p>
        </w:tc>
        <w:tc>
          <w:tcPr>
            <w:tcW w:w="2880" w:type="dxa"/>
          </w:tcPr>
          <w:p w14:paraId="3AC969FF" w14:textId="77777777" w:rsidR="00470CC7" w:rsidRDefault="00470CC7" w:rsidP="00814BAB"/>
        </w:tc>
        <w:tc>
          <w:tcPr>
            <w:tcW w:w="2880" w:type="dxa"/>
          </w:tcPr>
          <w:p w14:paraId="5BF43420" w14:textId="77777777" w:rsidR="00470CC7" w:rsidRDefault="00470CC7" w:rsidP="00814BAB">
            <w:r>
              <w:rPr>
                <w:b/>
              </w:rPr>
              <w:t xml:space="preserve">ELINOR: </w:t>
            </w:r>
            <w:r>
              <w:t xml:space="preserve">Mom!! I just had a great idea! </w:t>
            </w:r>
          </w:p>
        </w:tc>
      </w:tr>
      <w:tr w:rsidR="00470CC7" w14:paraId="11725AB6" w14:textId="77777777" w:rsidTr="00814BAB">
        <w:tc>
          <w:tcPr>
            <w:tcW w:w="2880" w:type="dxa"/>
          </w:tcPr>
          <w:p w14:paraId="5B2029A1" w14:textId="77777777" w:rsidR="00470CC7" w:rsidRDefault="00470CC7" w:rsidP="00814BAB">
            <w:r>
              <w:t>01:22:16:16</w:t>
            </w:r>
          </w:p>
        </w:tc>
        <w:tc>
          <w:tcPr>
            <w:tcW w:w="2880" w:type="dxa"/>
          </w:tcPr>
          <w:p w14:paraId="7BE9F354" w14:textId="77777777" w:rsidR="00470CC7" w:rsidRDefault="00470CC7" w:rsidP="00814BAB"/>
        </w:tc>
        <w:tc>
          <w:tcPr>
            <w:tcW w:w="2880" w:type="dxa"/>
          </w:tcPr>
          <w:p w14:paraId="5928E8A8" w14:textId="77777777" w:rsidR="00470CC7" w:rsidRDefault="00470CC7" w:rsidP="00814BAB">
            <w:r>
              <w:t xml:space="preserve">Come on! </w:t>
            </w:r>
          </w:p>
        </w:tc>
      </w:tr>
      <w:tr w:rsidR="00470CC7" w14:paraId="270A37EE" w14:textId="77777777" w:rsidTr="00814BAB">
        <w:tc>
          <w:tcPr>
            <w:tcW w:w="2880" w:type="dxa"/>
          </w:tcPr>
          <w:p w14:paraId="6B0EBE3F" w14:textId="77777777" w:rsidR="00470CC7" w:rsidRDefault="00470CC7" w:rsidP="00814BAB">
            <w:r>
              <w:t>01:22:17:23</w:t>
            </w:r>
          </w:p>
        </w:tc>
        <w:tc>
          <w:tcPr>
            <w:tcW w:w="2880" w:type="dxa"/>
          </w:tcPr>
          <w:p w14:paraId="2FA577B1" w14:textId="77777777" w:rsidR="00470CC7" w:rsidRDefault="00470CC7" w:rsidP="00814BAB"/>
        </w:tc>
        <w:tc>
          <w:tcPr>
            <w:tcW w:w="2880" w:type="dxa"/>
          </w:tcPr>
          <w:p w14:paraId="79ED7E10" w14:textId="77777777" w:rsidR="00470CC7" w:rsidRDefault="00470CC7" w:rsidP="00814BAB">
            <w:r>
              <w:rPr>
                <w:b/>
              </w:rPr>
              <w:t xml:space="preserve">RANGER RABBIT: </w:t>
            </w:r>
            <w:r>
              <w:t xml:space="preserve">Oh, good night owl. </w:t>
            </w:r>
          </w:p>
        </w:tc>
      </w:tr>
      <w:tr w:rsidR="00470CC7" w14:paraId="1E563E0B" w14:textId="77777777" w:rsidTr="00814BAB">
        <w:tc>
          <w:tcPr>
            <w:tcW w:w="2880" w:type="dxa"/>
          </w:tcPr>
          <w:p w14:paraId="4E1072B6" w14:textId="77777777" w:rsidR="00470CC7" w:rsidRDefault="00470CC7" w:rsidP="00814BAB">
            <w:r>
              <w:t>01:22:20:06</w:t>
            </w:r>
          </w:p>
        </w:tc>
        <w:tc>
          <w:tcPr>
            <w:tcW w:w="2880" w:type="dxa"/>
          </w:tcPr>
          <w:p w14:paraId="680D945E" w14:textId="77777777" w:rsidR="00470CC7" w:rsidRDefault="00470CC7" w:rsidP="00814BAB"/>
        </w:tc>
        <w:tc>
          <w:tcPr>
            <w:tcW w:w="2880" w:type="dxa"/>
          </w:tcPr>
          <w:p w14:paraId="6C01DBB2" w14:textId="77777777" w:rsidR="00470CC7" w:rsidRDefault="00470CC7" w:rsidP="00814BAB">
            <w:r>
              <w:t xml:space="preserve">[owl hoots] </w:t>
            </w:r>
          </w:p>
        </w:tc>
      </w:tr>
      <w:tr w:rsidR="00470CC7" w14:paraId="11CFA663" w14:textId="77777777" w:rsidTr="00814BAB">
        <w:tc>
          <w:tcPr>
            <w:tcW w:w="2880" w:type="dxa"/>
          </w:tcPr>
          <w:p w14:paraId="6D96E191" w14:textId="77777777" w:rsidR="00470CC7" w:rsidRDefault="00470CC7" w:rsidP="00814BAB">
            <w:r>
              <w:lastRenderedPageBreak/>
              <w:t>01:22:21:16</w:t>
            </w:r>
          </w:p>
        </w:tc>
        <w:tc>
          <w:tcPr>
            <w:tcW w:w="2880" w:type="dxa"/>
          </w:tcPr>
          <w:p w14:paraId="50587302" w14:textId="77777777" w:rsidR="00470CC7" w:rsidRDefault="00470CC7" w:rsidP="00814BAB"/>
        </w:tc>
        <w:tc>
          <w:tcPr>
            <w:tcW w:w="2880" w:type="dxa"/>
          </w:tcPr>
          <w:p w14:paraId="6C40ECF7" w14:textId="77777777" w:rsidR="00470CC7" w:rsidRDefault="00470CC7" w:rsidP="00814BAB">
            <w:r>
              <w:t xml:space="preserve">[birds chirping] </w:t>
            </w:r>
          </w:p>
        </w:tc>
      </w:tr>
      <w:tr w:rsidR="00470CC7" w14:paraId="50E2E965" w14:textId="77777777" w:rsidTr="00814BAB">
        <w:tc>
          <w:tcPr>
            <w:tcW w:w="2880" w:type="dxa"/>
          </w:tcPr>
          <w:p w14:paraId="662ED1BE" w14:textId="77777777" w:rsidR="00470CC7" w:rsidRDefault="00470CC7" w:rsidP="00814BAB">
            <w:r>
              <w:t>01:22:24:00</w:t>
            </w:r>
          </w:p>
        </w:tc>
        <w:tc>
          <w:tcPr>
            <w:tcW w:w="2880" w:type="dxa"/>
          </w:tcPr>
          <w:p w14:paraId="2D31658E" w14:textId="77777777" w:rsidR="00470CC7" w:rsidRDefault="00470CC7" w:rsidP="00814BAB"/>
        </w:tc>
        <w:tc>
          <w:tcPr>
            <w:tcW w:w="2880" w:type="dxa"/>
          </w:tcPr>
          <w:p w14:paraId="5B11B1E8" w14:textId="77777777" w:rsidR="00470CC7" w:rsidRDefault="00470CC7" w:rsidP="00814BAB">
            <w:r>
              <w:rPr>
                <w:b/>
              </w:rPr>
              <w:t xml:space="preserve">KIDS: </w:t>
            </w:r>
            <w:r>
              <w:t xml:space="preserve">[laughs] </w:t>
            </w:r>
          </w:p>
        </w:tc>
      </w:tr>
      <w:tr w:rsidR="00470CC7" w14:paraId="391C6298" w14:textId="77777777" w:rsidTr="00814BAB">
        <w:tc>
          <w:tcPr>
            <w:tcW w:w="2880" w:type="dxa"/>
          </w:tcPr>
          <w:p w14:paraId="2C20B8E9" w14:textId="77777777" w:rsidR="00470CC7" w:rsidRDefault="00470CC7" w:rsidP="00814BAB">
            <w:r>
              <w:t>01:22:27:13</w:t>
            </w:r>
          </w:p>
        </w:tc>
        <w:tc>
          <w:tcPr>
            <w:tcW w:w="2880" w:type="dxa"/>
          </w:tcPr>
          <w:p w14:paraId="7E6287BA" w14:textId="77777777" w:rsidR="00470CC7" w:rsidRDefault="00470CC7" w:rsidP="00814BAB"/>
        </w:tc>
        <w:tc>
          <w:tcPr>
            <w:tcW w:w="2880" w:type="dxa"/>
          </w:tcPr>
          <w:p w14:paraId="24FDD68B" w14:textId="77777777" w:rsidR="00470CC7" w:rsidRDefault="00470CC7" w:rsidP="00814BAB">
            <w:r>
              <w:rPr>
                <w:b/>
              </w:rPr>
              <w:t xml:space="preserve">ARI: </w:t>
            </w:r>
            <w:r>
              <w:t xml:space="preserve">Wow, nice costume, Olive! </w:t>
            </w:r>
          </w:p>
        </w:tc>
      </w:tr>
      <w:tr w:rsidR="00470CC7" w14:paraId="1831FCF1" w14:textId="77777777" w:rsidTr="00814BAB">
        <w:tc>
          <w:tcPr>
            <w:tcW w:w="2880" w:type="dxa"/>
          </w:tcPr>
          <w:p w14:paraId="10FF41BB" w14:textId="77777777" w:rsidR="00470CC7" w:rsidRDefault="00470CC7" w:rsidP="00814BAB">
            <w:r>
              <w:t>01:22:30:01</w:t>
            </w:r>
          </w:p>
        </w:tc>
        <w:tc>
          <w:tcPr>
            <w:tcW w:w="2880" w:type="dxa"/>
          </w:tcPr>
          <w:p w14:paraId="2B89549D" w14:textId="77777777" w:rsidR="00470CC7" w:rsidRDefault="00470CC7" w:rsidP="00814BAB"/>
        </w:tc>
        <w:tc>
          <w:tcPr>
            <w:tcW w:w="2880" w:type="dxa"/>
          </w:tcPr>
          <w:p w14:paraId="4E7FCEEB" w14:textId="77777777" w:rsidR="00470CC7" w:rsidRDefault="00470CC7" w:rsidP="00814BAB">
            <w:r>
              <w:rPr>
                <w:b/>
              </w:rPr>
              <w:t xml:space="preserve">OLIVE: </w:t>
            </w:r>
            <w:r>
              <w:t xml:space="preserve">Thanks, Ari! </w:t>
            </w:r>
          </w:p>
        </w:tc>
      </w:tr>
      <w:tr w:rsidR="00470CC7" w14:paraId="090CC4CC" w14:textId="77777777" w:rsidTr="00814BAB">
        <w:tc>
          <w:tcPr>
            <w:tcW w:w="2880" w:type="dxa"/>
          </w:tcPr>
          <w:p w14:paraId="50C16EC9" w14:textId="77777777" w:rsidR="00470CC7" w:rsidRDefault="00470CC7" w:rsidP="00814BAB">
            <w:r>
              <w:t>01:22:31:01</w:t>
            </w:r>
          </w:p>
        </w:tc>
        <w:tc>
          <w:tcPr>
            <w:tcW w:w="2880" w:type="dxa"/>
          </w:tcPr>
          <w:p w14:paraId="27C3E891" w14:textId="77777777" w:rsidR="00470CC7" w:rsidRDefault="00470CC7" w:rsidP="00814BAB"/>
        </w:tc>
        <w:tc>
          <w:tcPr>
            <w:tcW w:w="2880" w:type="dxa"/>
          </w:tcPr>
          <w:p w14:paraId="21BDCA76" w14:textId="77777777" w:rsidR="00470CC7" w:rsidRDefault="00470CC7" w:rsidP="00814BAB">
            <w:r>
              <w:t xml:space="preserve">You know I love books, and I always wished I had one that </w:t>
            </w:r>
          </w:p>
        </w:tc>
      </w:tr>
      <w:tr w:rsidR="00470CC7" w14:paraId="45850EC1" w14:textId="77777777" w:rsidTr="00814BAB">
        <w:tc>
          <w:tcPr>
            <w:tcW w:w="2880" w:type="dxa"/>
          </w:tcPr>
          <w:p w14:paraId="49E674DD" w14:textId="77777777" w:rsidR="00470CC7" w:rsidRDefault="00470CC7" w:rsidP="00814BAB">
            <w:r>
              <w:t>01:22:34:07</w:t>
            </w:r>
          </w:p>
        </w:tc>
        <w:tc>
          <w:tcPr>
            <w:tcW w:w="2880" w:type="dxa"/>
          </w:tcPr>
          <w:p w14:paraId="291E2950" w14:textId="77777777" w:rsidR="00470CC7" w:rsidRDefault="00470CC7" w:rsidP="00814BAB"/>
        </w:tc>
        <w:tc>
          <w:tcPr>
            <w:tcW w:w="2880" w:type="dxa"/>
          </w:tcPr>
          <w:p w14:paraId="0523B28A" w14:textId="77777777" w:rsidR="00470CC7" w:rsidRDefault="00470CC7" w:rsidP="00814BAB">
            <w:r>
              <w:t xml:space="preserve">turned its own pages, so check this out. </w:t>
            </w:r>
          </w:p>
        </w:tc>
      </w:tr>
      <w:tr w:rsidR="00470CC7" w14:paraId="6181E2B4" w14:textId="77777777" w:rsidTr="00814BAB">
        <w:tc>
          <w:tcPr>
            <w:tcW w:w="2880" w:type="dxa"/>
          </w:tcPr>
          <w:p w14:paraId="1C93EBEA" w14:textId="77777777" w:rsidR="00470CC7" w:rsidRDefault="00470CC7" w:rsidP="00814BAB">
            <w:r>
              <w:t>01:22:38:05</w:t>
            </w:r>
          </w:p>
        </w:tc>
        <w:tc>
          <w:tcPr>
            <w:tcW w:w="2880" w:type="dxa"/>
          </w:tcPr>
          <w:p w14:paraId="71CE35C3" w14:textId="77777777" w:rsidR="00470CC7" w:rsidRDefault="00470CC7" w:rsidP="00814BAB"/>
        </w:tc>
        <w:tc>
          <w:tcPr>
            <w:tcW w:w="2880" w:type="dxa"/>
          </w:tcPr>
          <w:p w14:paraId="0EF17E2B" w14:textId="77777777" w:rsidR="00470CC7" w:rsidRDefault="00470CC7" w:rsidP="00814BAB">
            <w:r>
              <w:rPr>
                <w:b/>
              </w:rPr>
              <w:t xml:space="preserve">ARI: </w:t>
            </w:r>
            <w:r>
              <w:t xml:space="preserve">Awesome! </w:t>
            </w:r>
          </w:p>
        </w:tc>
      </w:tr>
      <w:tr w:rsidR="00470CC7" w14:paraId="623E13C7" w14:textId="77777777" w:rsidTr="00814BAB">
        <w:tc>
          <w:tcPr>
            <w:tcW w:w="2880" w:type="dxa"/>
          </w:tcPr>
          <w:p w14:paraId="4EE2FE3D" w14:textId="77777777" w:rsidR="00470CC7" w:rsidRDefault="00470CC7" w:rsidP="00814BAB">
            <w:r>
              <w:t>01:22:39:10</w:t>
            </w:r>
          </w:p>
        </w:tc>
        <w:tc>
          <w:tcPr>
            <w:tcW w:w="2880" w:type="dxa"/>
          </w:tcPr>
          <w:p w14:paraId="754044BF" w14:textId="77777777" w:rsidR="00470CC7" w:rsidRDefault="00470CC7" w:rsidP="00814BAB"/>
        </w:tc>
        <w:tc>
          <w:tcPr>
            <w:tcW w:w="2880" w:type="dxa"/>
          </w:tcPr>
          <w:p w14:paraId="3D9A4461" w14:textId="77777777" w:rsidR="00470CC7" w:rsidRDefault="00470CC7" w:rsidP="00814BAB">
            <w:r>
              <w:rPr>
                <w:b/>
              </w:rPr>
              <w:t xml:space="preserve">ARI: </w:t>
            </w:r>
            <w:r>
              <w:t xml:space="preserve">Wait a second... </w:t>
            </w:r>
          </w:p>
        </w:tc>
      </w:tr>
      <w:tr w:rsidR="00470CC7" w14:paraId="792944DD" w14:textId="77777777" w:rsidTr="00814BAB">
        <w:tc>
          <w:tcPr>
            <w:tcW w:w="2880" w:type="dxa"/>
          </w:tcPr>
          <w:p w14:paraId="0289B1A2" w14:textId="77777777" w:rsidR="00470CC7" w:rsidRDefault="00470CC7" w:rsidP="00814BAB">
            <w:r>
              <w:t>01:22:42:03</w:t>
            </w:r>
          </w:p>
        </w:tc>
        <w:tc>
          <w:tcPr>
            <w:tcW w:w="2880" w:type="dxa"/>
          </w:tcPr>
          <w:p w14:paraId="77703C62" w14:textId="77777777" w:rsidR="00470CC7" w:rsidRDefault="00470CC7" w:rsidP="00814BAB"/>
        </w:tc>
        <w:tc>
          <w:tcPr>
            <w:tcW w:w="2880" w:type="dxa"/>
          </w:tcPr>
          <w:p w14:paraId="27C98613" w14:textId="77777777" w:rsidR="00470CC7" w:rsidRDefault="00470CC7" w:rsidP="00814BAB">
            <w:r>
              <w:t xml:space="preserve">Is this a book about bananas? </w:t>
            </w:r>
          </w:p>
        </w:tc>
      </w:tr>
      <w:tr w:rsidR="00470CC7" w14:paraId="329C9A55" w14:textId="77777777" w:rsidTr="00814BAB">
        <w:tc>
          <w:tcPr>
            <w:tcW w:w="2880" w:type="dxa"/>
          </w:tcPr>
          <w:p w14:paraId="3F43DACE" w14:textId="77777777" w:rsidR="00470CC7" w:rsidRDefault="00470CC7" w:rsidP="00814BAB">
            <w:r>
              <w:t>01:22:43:15</w:t>
            </w:r>
          </w:p>
        </w:tc>
        <w:tc>
          <w:tcPr>
            <w:tcW w:w="2880" w:type="dxa"/>
          </w:tcPr>
          <w:p w14:paraId="292DE8E1" w14:textId="77777777" w:rsidR="00470CC7" w:rsidRDefault="00470CC7" w:rsidP="00814BAB"/>
        </w:tc>
        <w:tc>
          <w:tcPr>
            <w:tcW w:w="2880" w:type="dxa"/>
          </w:tcPr>
          <w:p w14:paraId="614BC39F" w14:textId="77777777" w:rsidR="00470CC7" w:rsidRDefault="00470CC7" w:rsidP="00814BAB">
            <w:r>
              <w:rPr>
                <w:b/>
              </w:rPr>
              <w:t xml:space="preserve">OLIVE: </w:t>
            </w:r>
            <w:r>
              <w:t xml:space="preserve">[giggles] I really do love bananas! </w:t>
            </w:r>
          </w:p>
        </w:tc>
      </w:tr>
      <w:tr w:rsidR="00470CC7" w14:paraId="3DEA7F95" w14:textId="77777777" w:rsidTr="00814BAB">
        <w:tc>
          <w:tcPr>
            <w:tcW w:w="2880" w:type="dxa"/>
          </w:tcPr>
          <w:p w14:paraId="3CD9741D" w14:textId="77777777" w:rsidR="00470CC7" w:rsidRDefault="00470CC7" w:rsidP="00814BAB">
            <w:r>
              <w:t>01:22:46:09</w:t>
            </w:r>
          </w:p>
        </w:tc>
        <w:tc>
          <w:tcPr>
            <w:tcW w:w="2880" w:type="dxa"/>
          </w:tcPr>
          <w:p w14:paraId="7D485014" w14:textId="77777777" w:rsidR="00470CC7" w:rsidRDefault="00470CC7" w:rsidP="00814BAB"/>
        </w:tc>
        <w:tc>
          <w:tcPr>
            <w:tcW w:w="2880" w:type="dxa"/>
          </w:tcPr>
          <w:p w14:paraId="5A34FD69" w14:textId="77777777" w:rsidR="00470CC7" w:rsidRDefault="00470CC7" w:rsidP="00814BAB">
            <w:r>
              <w:t xml:space="preserve">So, what are you, Ari? </w:t>
            </w:r>
          </w:p>
        </w:tc>
      </w:tr>
      <w:tr w:rsidR="00470CC7" w14:paraId="38641963" w14:textId="77777777" w:rsidTr="00814BAB">
        <w:tc>
          <w:tcPr>
            <w:tcW w:w="2880" w:type="dxa"/>
          </w:tcPr>
          <w:p w14:paraId="682D5A2F" w14:textId="77777777" w:rsidR="00470CC7" w:rsidRDefault="00470CC7" w:rsidP="00814BAB">
            <w:r>
              <w:t>01:22:48:12</w:t>
            </w:r>
          </w:p>
        </w:tc>
        <w:tc>
          <w:tcPr>
            <w:tcW w:w="2880" w:type="dxa"/>
          </w:tcPr>
          <w:p w14:paraId="2EE99BDC" w14:textId="77777777" w:rsidR="00470CC7" w:rsidRDefault="00470CC7" w:rsidP="00814BAB"/>
        </w:tc>
        <w:tc>
          <w:tcPr>
            <w:tcW w:w="2880" w:type="dxa"/>
          </w:tcPr>
          <w:p w14:paraId="530D1825" w14:textId="77777777" w:rsidR="00470CC7" w:rsidRDefault="00470CC7" w:rsidP="00814BAB">
            <w:r>
              <w:rPr>
                <w:b/>
              </w:rPr>
              <w:t xml:space="preserve">ARI: </w:t>
            </w:r>
            <w:r>
              <w:t xml:space="preserve">The Mysterious </w:t>
            </w:r>
            <w:proofErr w:type="spellStart"/>
            <w:r>
              <w:t>Mysterioso</w:t>
            </w:r>
            <w:proofErr w:type="spellEnd"/>
            <w:r>
              <w:t xml:space="preserve">! </w:t>
            </w:r>
          </w:p>
        </w:tc>
      </w:tr>
      <w:tr w:rsidR="00470CC7" w14:paraId="262F4F2A" w14:textId="77777777" w:rsidTr="00814BAB">
        <w:tc>
          <w:tcPr>
            <w:tcW w:w="2880" w:type="dxa"/>
          </w:tcPr>
          <w:p w14:paraId="732EAB8D" w14:textId="77777777" w:rsidR="00470CC7" w:rsidRDefault="00470CC7" w:rsidP="00814BAB">
            <w:r>
              <w:t>01:22:52:00</w:t>
            </w:r>
          </w:p>
        </w:tc>
        <w:tc>
          <w:tcPr>
            <w:tcW w:w="2880" w:type="dxa"/>
          </w:tcPr>
          <w:p w14:paraId="60783017" w14:textId="77777777" w:rsidR="00470CC7" w:rsidRDefault="00470CC7" w:rsidP="00814BAB"/>
        </w:tc>
        <w:tc>
          <w:tcPr>
            <w:tcW w:w="2880" w:type="dxa"/>
          </w:tcPr>
          <w:p w14:paraId="7DD9C389" w14:textId="77777777" w:rsidR="00470CC7" w:rsidRDefault="00470CC7" w:rsidP="00814BAB">
            <w:r>
              <w:t xml:space="preserve">Super magician, at your service! </w:t>
            </w:r>
          </w:p>
        </w:tc>
      </w:tr>
      <w:tr w:rsidR="00470CC7" w14:paraId="194B43DE" w14:textId="77777777" w:rsidTr="00814BAB">
        <w:tc>
          <w:tcPr>
            <w:tcW w:w="2880" w:type="dxa"/>
          </w:tcPr>
          <w:p w14:paraId="7FFCC36A" w14:textId="77777777" w:rsidR="00470CC7" w:rsidRDefault="00470CC7" w:rsidP="00814BAB">
            <w:r>
              <w:t>01:22:54:18</w:t>
            </w:r>
          </w:p>
        </w:tc>
        <w:tc>
          <w:tcPr>
            <w:tcW w:w="2880" w:type="dxa"/>
          </w:tcPr>
          <w:p w14:paraId="1EE1AC73" w14:textId="77777777" w:rsidR="00470CC7" w:rsidRDefault="00470CC7" w:rsidP="00814BAB"/>
        </w:tc>
        <w:tc>
          <w:tcPr>
            <w:tcW w:w="2880" w:type="dxa"/>
          </w:tcPr>
          <w:p w14:paraId="52A183D4" w14:textId="77777777" w:rsidR="00470CC7" w:rsidRDefault="00470CC7" w:rsidP="00814BAB">
            <w:r>
              <w:rPr>
                <w:b/>
              </w:rPr>
              <w:t xml:space="preserve">OLIVE: </w:t>
            </w:r>
            <w:r>
              <w:t xml:space="preserve">Cool! </w:t>
            </w:r>
          </w:p>
        </w:tc>
      </w:tr>
      <w:tr w:rsidR="00470CC7" w14:paraId="11C3B57F" w14:textId="77777777" w:rsidTr="00814BAB">
        <w:tc>
          <w:tcPr>
            <w:tcW w:w="2880" w:type="dxa"/>
          </w:tcPr>
          <w:p w14:paraId="77776C0B" w14:textId="77777777" w:rsidR="00470CC7" w:rsidRDefault="00470CC7" w:rsidP="00814BAB">
            <w:r>
              <w:t>01:22:55:22</w:t>
            </w:r>
          </w:p>
        </w:tc>
        <w:tc>
          <w:tcPr>
            <w:tcW w:w="2880" w:type="dxa"/>
          </w:tcPr>
          <w:p w14:paraId="3B78DE61" w14:textId="77777777" w:rsidR="00470CC7" w:rsidRDefault="00470CC7" w:rsidP="00814BAB"/>
        </w:tc>
        <w:tc>
          <w:tcPr>
            <w:tcW w:w="2880" w:type="dxa"/>
          </w:tcPr>
          <w:p w14:paraId="26F7F6CC" w14:textId="77777777" w:rsidR="00470CC7" w:rsidRDefault="00470CC7" w:rsidP="00814BAB">
            <w:r>
              <w:t xml:space="preserve">Are you going to do some magic? </w:t>
            </w:r>
          </w:p>
        </w:tc>
      </w:tr>
      <w:tr w:rsidR="00470CC7" w14:paraId="55C74759" w14:textId="77777777" w:rsidTr="00814BAB">
        <w:tc>
          <w:tcPr>
            <w:tcW w:w="2880" w:type="dxa"/>
          </w:tcPr>
          <w:p w14:paraId="1C168442" w14:textId="77777777" w:rsidR="00470CC7" w:rsidRDefault="00470CC7" w:rsidP="00814BAB">
            <w:r>
              <w:t>01:22:57:10</w:t>
            </w:r>
          </w:p>
        </w:tc>
        <w:tc>
          <w:tcPr>
            <w:tcW w:w="2880" w:type="dxa"/>
          </w:tcPr>
          <w:p w14:paraId="26DC9785" w14:textId="77777777" w:rsidR="00470CC7" w:rsidRDefault="00470CC7" w:rsidP="00814BAB"/>
        </w:tc>
        <w:tc>
          <w:tcPr>
            <w:tcW w:w="2880" w:type="dxa"/>
          </w:tcPr>
          <w:p w14:paraId="77AD7DFD" w14:textId="77777777" w:rsidR="00470CC7" w:rsidRDefault="00470CC7" w:rsidP="00814BAB">
            <w:r>
              <w:rPr>
                <w:b/>
              </w:rPr>
              <w:t xml:space="preserve">ARI: </w:t>
            </w:r>
            <w:r>
              <w:t xml:space="preserve">Yes, I'm going to make my lunch... </w:t>
            </w:r>
          </w:p>
        </w:tc>
      </w:tr>
      <w:tr w:rsidR="00470CC7" w14:paraId="7A945FD8" w14:textId="77777777" w:rsidTr="00814BAB">
        <w:tc>
          <w:tcPr>
            <w:tcW w:w="2880" w:type="dxa"/>
          </w:tcPr>
          <w:p w14:paraId="590905A9" w14:textId="77777777" w:rsidR="00470CC7" w:rsidRDefault="00470CC7" w:rsidP="00814BAB">
            <w:r>
              <w:t>01:22:59:23</w:t>
            </w:r>
          </w:p>
        </w:tc>
        <w:tc>
          <w:tcPr>
            <w:tcW w:w="2880" w:type="dxa"/>
          </w:tcPr>
          <w:p w14:paraId="4A2B068D" w14:textId="77777777" w:rsidR="00470CC7" w:rsidRDefault="00470CC7" w:rsidP="00814BAB"/>
        </w:tc>
        <w:tc>
          <w:tcPr>
            <w:tcW w:w="2880" w:type="dxa"/>
          </w:tcPr>
          <w:p w14:paraId="6FA7271C" w14:textId="77777777" w:rsidR="00470CC7" w:rsidRDefault="00470CC7" w:rsidP="00814BAB">
            <w:r>
              <w:t xml:space="preserve">disappear!! </w:t>
            </w:r>
          </w:p>
        </w:tc>
      </w:tr>
      <w:tr w:rsidR="00470CC7" w14:paraId="0A085725" w14:textId="77777777" w:rsidTr="00814BAB">
        <w:tc>
          <w:tcPr>
            <w:tcW w:w="2880" w:type="dxa"/>
          </w:tcPr>
          <w:p w14:paraId="292DD948" w14:textId="77777777" w:rsidR="00470CC7" w:rsidRDefault="00470CC7" w:rsidP="00814BAB">
            <w:r>
              <w:t>01:23:01:16</w:t>
            </w:r>
          </w:p>
        </w:tc>
        <w:tc>
          <w:tcPr>
            <w:tcW w:w="2880" w:type="dxa"/>
          </w:tcPr>
          <w:p w14:paraId="5EF563B7" w14:textId="77777777" w:rsidR="00470CC7" w:rsidRDefault="00470CC7" w:rsidP="00814BAB"/>
        </w:tc>
        <w:tc>
          <w:tcPr>
            <w:tcW w:w="2880" w:type="dxa"/>
          </w:tcPr>
          <w:p w14:paraId="06FF450A" w14:textId="77777777" w:rsidR="00470CC7" w:rsidRDefault="00470CC7" w:rsidP="00814BAB">
            <w:r>
              <w:t xml:space="preserve">Later. </w:t>
            </w:r>
          </w:p>
        </w:tc>
      </w:tr>
      <w:tr w:rsidR="00470CC7" w14:paraId="6993BD27" w14:textId="77777777" w:rsidTr="00814BAB">
        <w:tc>
          <w:tcPr>
            <w:tcW w:w="2880" w:type="dxa"/>
          </w:tcPr>
          <w:p w14:paraId="7D03D6FE" w14:textId="77777777" w:rsidR="00470CC7" w:rsidRDefault="00470CC7" w:rsidP="00814BAB">
            <w:r>
              <w:t>01:23:02:16</w:t>
            </w:r>
          </w:p>
        </w:tc>
        <w:tc>
          <w:tcPr>
            <w:tcW w:w="2880" w:type="dxa"/>
          </w:tcPr>
          <w:p w14:paraId="175BC317" w14:textId="77777777" w:rsidR="00470CC7" w:rsidRDefault="00470CC7" w:rsidP="00814BAB"/>
        </w:tc>
        <w:tc>
          <w:tcPr>
            <w:tcW w:w="2880" w:type="dxa"/>
          </w:tcPr>
          <w:p w14:paraId="365803BA" w14:textId="77777777" w:rsidR="00470CC7" w:rsidRDefault="00470CC7" w:rsidP="00814BAB">
            <w:r>
              <w:rPr>
                <w:b/>
              </w:rPr>
              <w:t xml:space="preserve">OLIVE: </w:t>
            </w:r>
            <w:r>
              <w:t xml:space="preserve">[giggling] Very impressive, </w:t>
            </w:r>
          </w:p>
        </w:tc>
      </w:tr>
      <w:tr w:rsidR="00470CC7" w14:paraId="3D037D97" w14:textId="77777777" w:rsidTr="00814BAB">
        <w:tc>
          <w:tcPr>
            <w:tcW w:w="2880" w:type="dxa"/>
          </w:tcPr>
          <w:p w14:paraId="63CC5F0D" w14:textId="77777777" w:rsidR="00470CC7" w:rsidRDefault="00470CC7" w:rsidP="00814BAB">
            <w:r>
              <w:lastRenderedPageBreak/>
              <w:t>01:23:05:11</w:t>
            </w:r>
          </w:p>
        </w:tc>
        <w:tc>
          <w:tcPr>
            <w:tcW w:w="2880" w:type="dxa"/>
          </w:tcPr>
          <w:p w14:paraId="3267666A" w14:textId="77777777" w:rsidR="00470CC7" w:rsidRDefault="00470CC7" w:rsidP="00814BAB"/>
        </w:tc>
        <w:tc>
          <w:tcPr>
            <w:tcW w:w="2880" w:type="dxa"/>
          </w:tcPr>
          <w:p w14:paraId="43D0D18A" w14:textId="77777777" w:rsidR="00470CC7" w:rsidRDefault="00470CC7" w:rsidP="00814BAB">
            <w:r>
              <w:t xml:space="preserve">Mysterious </w:t>
            </w:r>
            <w:proofErr w:type="spellStart"/>
            <w:r>
              <w:t>Mysterioso</w:t>
            </w:r>
            <w:proofErr w:type="spellEnd"/>
            <w:r>
              <w:t xml:space="preserve">. </w:t>
            </w:r>
          </w:p>
        </w:tc>
      </w:tr>
      <w:tr w:rsidR="00470CC7" w14:paraId="4217BC7E" w14:textId="77777777" w:rsidTr="00814BAB">
        <w:tc>
          <w:tcPr>
            <w:tcW w:w="2880" w:type="dxa"/>
          </w:tcPr>
          <w:p w14:paraId="49F5D742" w14:textId="77777777" w:rsidR="00470CC7" w:rsidRDefault="00470CC7" w:rsidP="00814BAB">
            <w:r>
              <w:t>01:23:07:07</w:t>
            </w:r>
          </w:p>
        </w:tc>
        <w:tc>
          <w:tcPr>
            <w:tcW w:w="2880" w:type="dxa"/>
          </w:tcPr>
          <w:p w14:paraId="774FCACD" w14:textId="77777777" w:rsidR="00470CC7" w:rsidRDefault="00470CC7" w:rsidP="00814BAB"/>
        </w:tc>
        <w:tc>
          <w:tcPr>
            <w:tcW w:w="2880" w:type="dxa"/>
          </w:tcPr>
          <w:p w14:paraId="4B2413C8" w14:textId="77777777" w:rsidR="00470CC7" w:rsidRDefault="00470CC7" w:rsidP="00814BAB">
            <w:r>
              <w:rPr>
                <w:b/>
              </w:rPr>
              <w:t xml:space="preserve">ELINOR: </w:t>
            </w:r>
            <w:proofErr w:type="spellStart"/>
            <w:r>
              <w:t>Whoo</w:t>
            </w:r>
            <w:proofErr w:type="spellEnd"/>
            <w:r>
              <w:t xml:space="preserve">! </w:t>
            </w:r>
            <w:proofErr w:type="spellStart"/>
            <w:r>
              <w:t>Whoo</w:t>
            </w:r>
            <w:proofErr w:type="spellEnd"/>
            <w:r>
              <w:t xml:space="preserve">!! </w:t>
            </w:r>
            <w:r>
              <w:rPr>
                <w:b/>
              </w:rPr>
              <w:t xml:space="preserve">OLIVE: </w:t>
            </w:r>
            <w:r>
              <w:t xml:space="preserve">[gasp] </w:t>
            </w:r>
          </w:p>
        </w:tc>
      </w:tr>
      <w:tr w:rsidR="00470CC7" w14:paraId="01D67F25" w14:textId="77777777" w:rsidTr="00814BAB">
        <w:tc>
          <w:tcPr>
            <w:tcW w:w="2880" w:type="dxa"/>
          </w:tcPr>
          <w:p w14:paraId="23A709A3" w14:textId="77777777" w:rsidR="00470CC7" w:rsidRDefault="00470CC7" w:rsidP="00814BAB">
            <w:r>
              <w:t>01:23:08:15</w:t>
            </w:r>
          </w:p>
        </w:tc>
        <w:tc>
          <w:tcPr>
            <w:tcW w:w="2880" w:type="dxa"/>
          </w:tcPr>
          <w:p w14:paraId="5A298037" w14:textId="77777777" w:rsidR="00470CC7" w:rsidRDefault="00470CC7" w:rsidP="00814BAB"/>
        </w:tc>
        <w:tc>
          <w:tcPr>
            <w:tcW w:w="2880" w:type="dxa"/>
          </w:tcPr>
          <w:p w14:paraId="05289B32" w14:textId="77777777" w:rsidR="00470CC7" w:rsidRDefault="00470CC7" w:rsidP="00814BAB">
            <w:r>
              <w:rPr>
                <w:b/>
              </w:rPr>
              <w:t xml:space="preserve">ELINOR: </w:t>
            </w:r>
            <w:r>
              <w:t xml:space="preserve">Hi Ari, hi Olive. </w:t>
            </w:r>
          </w:p>
        </w:tc>
      </w:tr>
      <w:tr w:rsidR="00470CC7" w14:paraId="3396F582" w14:textId="77777777" w:rsidTr="00814BAB">
        <w:tc>
          <w:tcPr>
            <w:tcW w:w="2880" w:type="dxa"/>
          </w:tcPr>
          <w:p w14:paraId="1CD867D7" w14:textId="77777777" w:rsidR="00470CC7" w:rsidRDefault="00470CC7" w:rsidP="00814BAB">
            <w:r>
              <w:t>01:23:10:20</w:t>
            </w:r>
          </w:p>
        </w:tc>
        <w:tc>
          <w:tcPr>
            <w:tcW w:w="2880" w:type="dxa"/>
          </w:tcPr>
          <w:p w14:paraId="35145BD4" w14:textId="77777777" w:rsidR="00470CC7" w:rsidRDefault="00470CC7" w:rsidP="00814BAB"/>
        </w:tc>
        <w:tc>
          <w:tcPr>
            <w:tcW w:w="2880" w:type="dxa"/>
          </w:tcPr>
          <w:p w14:paraId="6913B1C0" w14:textId="77777777" w:rsidR="00470CC7" w:rsidRDefault="00470CC7" w:rsidP="00814BAB">
            <w:r>
              <w:rPr>
                <w:b/>
              </w:rPr>
              <w:t xml:space="preserve">OLIVE: </w:t>
            </w:r>
            <w:r>
              <w:t xml:space="preserve">Elinor, you look just like the owl we saw yesterday! </w:t>
            </w:r>
          </w:p>
        </w:tc>
      </w:tr>
      <w:tr w:rsidR="00470CC7" w14:paraId="12E053F7" w14:textId="77777777" w:rsidTr="00814BAB">
        <w:tc>
          <w:tcPr>
            <w:tcW w:w="2880" w:type="dxa"/>
          </w:tcPr>
          <w:p w14:paraId="41553F23" w14:textId="77777777" w:rsidR="00470CC7" w:rsidRDefault="00470CC7" w:rsidP="00814BAB">
            <w:r>
              <w:t>01:23:14:09</w:t>
            </w:r>
          </w:p>
        </w:tc>
        <w:tc>
          <w:tcPr>
            <w:tcW w:w="2880" w:type="dxa"/>
          </w:tcPr>
          <w:p w14:paraId="7E64036B" w14:textId="77777777" w:rsidR="00470CC7" w:rsidRDefault="00470CC7" w:rsidP="00814BAB"/>
        </w:tc>
        <w:tc>
          <w:tcPr>
            <w:tcW w:w="2880" w:type="dxa"/>
          </w:tcPr>
          <w:p w14:paraId="5DE41AAD" w14:textId="77777777" w:rsidR="00470CC7" w:rsidRDefault="00470CC7" w:rsidP="00814BAB">
            <w:r>
              <w:rPr>
                <w:b/>
              </w:rPr>
              <w:t xml:space="preserve">ELINOR: </w:t>
            </w:r>
            <w:r>
              <w:t xml:space="preserve">That's right! </w:t>
            </w:r>
          </w:p>
        </w:tc>
      </w:tr>
      <w:tr w:rsidR="00470CC7" w14:paraId="1AE3A0B4" w14:textId="77777777" w:rsidTr="00814BAB">
        <w:tc>
          <w:tcPr>
            <w:tcW w:w="2880" w:type="dxa"/>
          </w:tcPr>
          <w:p w14:paraId="4301DA89" w14:textId="77777777" w:rsidR="00470CC7" w:rsidRDefault="00470CC7" w:rsidP="00814BAB">
            <w:r>
              <w:t>01:23:15:16</w:t>
            </w:r>
          </w:p>
        </w:tc>
        <w:tc>
          <w:tcPr>
            <w:tcW w:w="2880" w:type="dxa"/>
          </w:tcPr>
          <w:p w14:paraId="39298F43" w14:textId="77777777" w:rsidR="00470CC7" w:rsidRDefault="00470CC7" w:rsidP="00814BAB"/>
        </w:tc>
        <w:tc>
          <w:tcPr>
            <w:tcW w:w="2880" w:type="dxa"/>
          </w:tcPr>
          <w:p w14:paraId="0A69E0D9" w14:textId="77777777" w:rsidR="00470CC7" w:rsidRDefault="00470CC7" w:rsidP="00814BAB">
            <w:r>
              <w:t xml:space="preserve">My mom and I stayed up all night making my costume. </w:t>
            </w:r>
          </w:p>
        </w:tc>
      </w:tr>
      <w:tr w:rsidR="00470CC7" w14:paraId="2629A986" w14:textId="77777777" w:rsidTr="00814BAB">
        <w:tc>
          <w:tcPr>
            <w:tcW w:w="2880" w:type="dxa"/>
          </w:tcPr>
          <w:p w14:paraId="2998D1E3" w14:textId="77777777" w:rsidR="00470CC7" w:rsidRDefault="00470CC7" w:rsidP="00814BAB">
            <w:r>
              <w:t>01:23:19:11</w:t>
            </w:r>
          </w:p>
        </w:tc>
        <w:tc>
          <w:tcPr>
            <w:tcW w:w="2880" w:type="dxa"/>
          </w:tcPr>
          <w:p w14:paraId="66B8C9A7" w14:textId="77777777" w:rsidR="00470CC7" w:rsidRDefault="00470CC7" w:rsidP="00814BAB"/>
        </w:tc>
        <w:tc>
          <w:tcPr>
            <w:tcW w:w="2880" w:type="dxa"/>
          </w:tcPr>
          <w:p w14:paraId="5A1D03DA" w14:textId="77777777" w:rsidR="00470CC7" w:rsidRDefault="00470CC7" w:rsidP="00814BAB">
            <w:r>
              <w:t xml:space="preserve">Isn't it interesting? </w:t>
            </w:r>
          </w:p>
        </w:tc>
      </w:tr>
      <w:tr w:rsidR="00470CC7" w14:paraId="0CCBBF78" w14:textId="77777777" w:rsidTr="00814BAB">
        <w:tc>
          <w:tcPr>
            <w:tcW w:w="2880" w:type="dxa"/>
          </w:tcPr>
          <w:p w14:paraId="27593FAA" w14:textId="77777777" w:rsidR="00470CC7" w:rsidRDefault="00470CC7" w:rsidP="00814BAB">
            <w:r>
              <w:t>01:23:21:14</w:t>
            </w:r>
          </w:p>
        </w:tc>
        <w:tc>
          <w:tcPr>
            <w:tcW w:w="2880" w:type="dxa"/>
          </w:tcPr>
          <w:p w14:paraId="25EC2943" w14:textId="77777777" w:rsidR="00470CC7" w:rsidRDefault="00470CC7" w:rsidP="00814BAB"/>
        </w:tc>
        <w:tc>
          <w:tcPr>
            <w:tcW w:w="2880" w:type="dxa"/>
          </w:tcPr>
          <w:p w14:paraId="6FF7B445" w14:textId="77777777" w:rsidR="00470CC7" w:rsidRDefault="00470CC7" w:rsidP="00814BAB">
            <w:r>
              <w:rPr>
                <w:b/>
              </w:rPr>
              <w:t xml:space="preserve">ARI: </w:t>
            </w:r>
            <w:r>
              <w:t xml:space="preserve">Wow! But I thought owls slept all the time? </w:t>
            </w:r>
          </w:p>
        </w:tc>
      </w:tr>
      <w:tr w:rsidR="00470CC7" w14:paraId="04A221B7" w14:textId="77777777" w:rsidTr="00814BAB">
        <w:tc>
          <w:tcPr>
            <w:tcW w:w="2880" w:type="dxa"/>
          </w:tcPr>
          <w:p w14:paraId="7F7D1091" w14:textId="77777777" w:rsidR="00470CC7" w:rsidRDefault="00470CC7" w:rsidP="00814BAB">
            <w:r>
              <w:t>01:23:24:19</w:t>
            </w:r>
          </w:p>
        </w:tc>
        <w:tc>
          <w:tcPr>
            <w:tcW w:w="2880" w:type="dxa"/>
          </w:tcPr>
          <w:p w14:paraId="7BF190CB" w14:textId="77777777" w:rsidR="00470CC7" w:rsidRDefault="00470CC7" w:rsidP="00814BAB"/>
        </w:tc>
        <w:tc>
          <w:tcPr>
            <w:tcW w:w="2880" w:type="dxa"/>
          </w:tcPr>
          <w:p w14:paraId="7D4CC157" w14:textId="77777777" w:rsidR="00470CC7" w:rsidRDefault="00470CC7" w:rsidP="00814BAB">
            <w:r>
              <w:rPr>
                <w:b/>
              </w:rPr>
              <w:t xml:space="preserve">ELINOR: </w:t>
            </w:r>
            <w:r>
              <w:t xml:space="preserve">Nope, owls only sleep during the day, </w:t>
            </w:r>
          </w:p>
        </w:tc>
      </w:tr>
      <w:tr w:rsidR="00470CC7" w14:paraId="104661CF" w14:textId="77777777" w:rsidTr="00814BAB">
        <w:tc>
          <w:tcPr>
            <w:tcW w:w="2880" w:type="dxa"/>
          </w:tcPr>
          <w:p w14:paraId="5AF42DBD" w14:textId="77777777" w:rsidR="00470CC7" w:rsidRDefault="00470CC7" w:rsidP="00814BAB">
            <w:r>
              <w:t>01:23:27:12</w:t>
            </w:r>
          </w:p>
        </w:tc>
        <w:tc>
          <w:tcPr>
            <w:tcW w:w="2880" w:type="dxa"/>
          </w:tcPr>
          <w:p w14:paraId="648B97B4" w14:textId="77777777" w:rsidR="00470CC7" w:rsidRDefault="00470CC7" w:rsidP="00814BAB"/>
        </w:tc>
        <w:tc>
          <w:tcPr>
            <w:tcW w:w="2880" w:type="dxa"/>
          </w:tcPr>
          <w:p w14:paraId="5A47D1BF" w14:textId="77777777" w:rsidR="00470CC7" w:rsidRDefault="00470CC7" w:rsidP="00814BAB">
            <w:r>
              <w:t xml:space="preserve">but they're awake at night! </w:t>
            </w:r>
          </w:p>
        </w:tc>
      </w:tr>
      <w:tr w:rsidR="00470CC7" w14:paraId="0A233706" w14:textId="77777777" w:rsidTr="00814BAB">
        <w:tc>
          <w:tcPr>
            <w:tcW w:w="2880" w:type="dxa"/>
          </w:tcPr>
          <w:p w14:paraId="7722F85F" w14:textId="77777777" w:rsidR="00470CC7" w:rsidRDefault="00470CC7" w:rsidP="00814BAB">
            <w:r>
              <w:t>01:23:29:06</w:t>
            </w:r>
          </w:p>
        </w:tc>
        <w:tc>
          <w:tcPr>
            <w:tcW w:w="2880" w:type="dxa"/>
          </w:tcPr>
          <w:p w14:paraId="139F3ADE" w14:textId="77777777" w:rsidR="00470CC7" w:rsidRDefault="00470CC7" w:rsidP="00814BAB"/>
        </w:tc>
        <w:tc>
          <w:tcPr>
            <w:tcW w:w="2880" w:type="dxa"/>
          </w:tcPr>
          <w:p w14:paraId="5EA20EEB" w14:textId="77777777" w:rsidR="00470CC7" w:rsidRDefault="00470CC7" w:rsidP="00814BAB">
            <w:r>
              <w:t xml:space="preserve">That's called being nocturnal! </w:t>
            </w:r>
          </w:p>
        </w:tc>
      </w:tr>
      <w:tr w:rsidR="00470CC7" w14:paraId="141F8EB8" w14:textId="77777777" w:rsidTr="00814BAB">
        <w:tc>
          <w:tcPr>
            <w:tcW w:w="2880" w:type="dxa"/>
          </w:tcPr>
          <w:p w14:paraId="04029901" w14:textId="77777777" w:rsidR="00470CC7" w:rsidRDefault="00470CC7" w:rsidP="00814BAB">
            <w:r>
              <w:t>01:23:31:17</w:t>
            </w:r>
          </w:p>
        </w:tc>
        <w:tc>
          <w:tcPr>
            <w:tcW w:w="2880" w:type="dxa"/>
          </w:tcPr>
          <w:p w14:paraId="72B47B33" w14:textId="77777777" w:rsidR="00470CC7" w:rsidRDefault="00470CC7" w:rsidP="00814BAB"/>
        </w:tc>
        <w:tc>
          <w:tcPr>
            <w:tcW w:w="2880" w:type="dxa"/>
          </w:tcPr>
          <w:p w14:paraId="10E74A71" w14:textId="77777777" w:rsidR="00470CC7" w:rsidRDefault="00470CC7" w:rsidP="00814BAB">
            <w:r>
              <w:rPr>
                <w:b/>
              </w:rPr>
              <w:t xml:space="preserve">OLIVE: </w:t>
            </w:r>
            <w:r>
              <w:t xml:space="preserve">Nocturnal! </w:t>
            </w:r>
          </w:p>
        </w:tc>
      </w:tr>
      <w:tr w:rsidR="00470CC7" w14:paraId="3E343C19" w14:textId="77777777" w:rsidTr="00814BAB">
        <w:tc>
          <w:tcPr>
            <w:tcW w:w="2880" w:type="dxa"/>
          </w:tcPr>
          <w:p w14:paraId="19B2EF21" w14:textId="77777777" w:rsidR="00470CC7" w:rsidRDefault="00470CC7" w:rsidP="00814BAB">
            <w:r>
              <w:t>01:23:32:21</w:t>
            </w:r>
          </w:p>
        </w:tc>
        <w:tc>
          <w:tcPr>
            <w:tcW w:w="2880" w:type="dxa"/>
          </w:tcPr>
          <w:p w14:paraId="008C8701" w14:textId="77777777" w:rsidR="00470CC7" w:rsidRDefault="00470CC7" w:rsidP="00814BAB"/>
        </w:tc>
        <w:tc>
          <w:tcPr>
            <w:tcW w:w="2880" w:type="dxa"/>
          </w:tcPr>
          <w:p w14:paraId="2A23E5D1" w14:textId="77777777" w:rsidR="00470CC7" w:rsidRDefault="00470CC7" w:rsidP="00814BAB">
            <w:r>
              <w:t xml:space="preserve">I like that word! </w:t>
            </w:r>
          </w:p>
        </w:tc>
      </w:tr>
      <w:tr w:rsidR="00470CC7" w14:paraId="0E16FC04" w14:textId="77777777" w:rsidTr="00814BAB">
        <w:tc>
          <w:tcPr>
            <w:tcW w:w="2880" w:type="dxa"/>
          </w:tcPr>
          <w:p w14:paraId="74F260C2" w14:textId="77777777" w:rsidR="00470CC7" w:rsidRDefault="00470CC7" w:rsidP="00814BAB">
            <w:r>
              <w:t>01:23:34:03</w:t>
            </w:r>
          </w:p>
        </w:tc>
        <w:tc>
          <w:tcPr>
            <w:tcW w:w="2880" w:type="dxa"/>
          </w:tcPr>
          <w:p w14:paraId="1176FA8D" w14:textId="77777777" w:rsidR="00470CC7" w:rsidRDefault="00470CC7" w:rsidP="00814BAB"/>
        </w:tc>
        <w:tc>
          <w:tcPr>
            <w:tcW w:w="2880" w:type="dxa"/>
          </w:tcPr>
          <w:p w14:paraId="1C76A14E" w14:textId="77777777" w:rsidR="00470CC7" w:rsidRDefault="00470CC7" w:rsidP="00814BAB">
            <w:r>
              <w:rPr>
                <w:b/>
              </w:rPr>
              <w:t xml:space="preserve">ELINOR: </w:t>
            </w:r>
            <w:r>
              <w:t xml:space="preserve">They have super good eyes for seeing in the dark. </w:t>
            </w:r>
          </w:p>
        </w:tc>
      </w:tr>
      <w:tr w:rsidR="00470CC7" w14:paraId="3D86EB88" w14:textId="77777777" w:rsidTr="00814BAB">
        <w:tc>
          <w:tcPr>
            <w:tcW w:w="2880" w:type="dxa"/>
          </w:tcPr>
          <w:p w14:paraId="22CECE4B" w14:textId="77777777" w:rsidR="00470CC7" w:rsidRDefault="00470CC7" w:rsidP="00814BAB">
            <w:r>
              <w:t>01:23:36:12</w:t>
            </w:r>
          </w:p>
        </w:tc>
        <w:tc>
          <w:tcPr>
            <w:tcW w:w="2880" w:type="dxa"/>
          </w:tcPr>
          <w:p w14:paraId="72CCC67F" w14:textId="77777777" w:rsidR="00470CC7" w:rsidRDefault="00470CC7" w:rsidP="00814BAB"/>
        </w:tc>
        <w:tc>
          <w:tcPr>
            <w:tcW w:w="2880" w:type="dxa"/>
          </w:tcPr>
          <w:p w14:paraId="34E7D945" w14:textId="77777777" w:rsidR="00470CC7" w:rsidRDefault="00470CC7" w:rsidP="00814BAB">
            <w:r>
              <w:t xml:space="preserve">That's when they eat their food. </w:t>
            </w:r>
          </w:p>
        </w:tc>
      </w:tr>
      <w:tr w:rsidR="00470CC7" w14:paraId="02CB3718" w14:textId="77777777" w:rsidTr="00814BAB">
        <w:tc>
          <w:tcPr>
            <w:tcW w:w="2880" w:type="dxa"/>
          </w:tcPr>
          <w:p w14:paraId="7C069479" w14:textId="77777777" w:rsidR="00470CC7" w:rsidRDefault="00470CC7" w:rsidP="00814BAB">
            <w:r>
              <w:t>01:23:38:07</w:t>
            </w:r>
          </w:p>
        </w:tc>
        <w:tc>
          <w:tcPr>
            <w:tcW w:w="2880" w:type="dxa"/>
          </w:tcPr>
          <w:p w14:paraId="237ADE85" w14:textId="77777777" w:rsidR="00470CC7" w:rsidRDefault="00470CC7" w:rsidP="00814BAB"/>
        </w:tc>
        <w:tc>
          <w:tcPr>
            <w:tcW w:w="2880" w:type="dxa"/>
          </w:tcPr>
          <w:p w14:paraId="3BB751D5" w14:textId="77777777" w:rsidR="00470CC7" w:rsidRDefault="00470CC7" w:rsidP="00814BAB">
            <w:r>
              <w:rPr>
                <w:b/>
              </w:rPr>
              <w:t xml:space="preserve">ARI: </w:t>
            </w:r>
            <w:proofErr w:type="spellStart"/>
            <w:r>
              <w:t>Oohh</w:t>
            </w:r>
            <w:proofErr w:type="spellEnd"/>
            <w:r>
              <w:t xml:space="preserve">. </w:t>
            </w:r>
          </w:p>
        </w:tc>
      </w:tr>
      <w:tr w:rsidR="00470CC7" w14:paraId="7EB5FDB2" w14:textId="77777777" w:rsidTr="00814BAB">
        <w:tc>
          <w:tcPr>
            <w:tcW w:w="2880" w:type="dxa"/>
          </w:tcPr>
          <w:p w14:paraId="490D379C" w14:textId="77777777" w:rsidR="00470CC7" w:rsidRDefault="00470CC7" w:rsidP="00814BAB">
            <w:r>
              <w:t>01:23:40:04</w:t>
            </w:r>
          </w:p>
        </w:tc>
        <w:tc>
          <w:tcPr>
            <w:tcW w:w="2880" w:type="dxa"/>
          </w:tcPr>
          <w:p w14:paraId="1B1B35BE" w14:textId="77777777" w:rsidR="00470CC7" w:rsidRDefault="00470CC7" w:rsidP="00814BAB"/>
        </w:tc>
        <w:tc>
          <w:tcPr>
            <w:tcW w:w="2880" w:type="dxa"/>
          </w:tcPr>
          <w:p w14:paraId="7DE96AE0" w14:textId="77777777" w:rsidR="00470CC7" w:rsidRDefault="00470CC7" w:rsidP="00814BAB">
            <w:proofErr w:type="gramStart"/>
            <w:r>
              <w:rPr>
                <w:b/>
              </w:rPr>
              <w:t xml:space="preserve">ELINOR </w:t>
            </w:r>
            <w:r>
              <w:t>:</w:t>
            </w:r>
            <w:proofErr w:type="gramEnd"/>
            <w:r>
              <w:t xml:space="preserve"> And they have special feathers... </w:t>
            </w:r>
          </w:p>
        </w:tc>
      </w:tr>
      <w:tr w:rsidR="00470CC7" w14:paraId="5377E906" w14:textId="77777777" w:rsidTr="00814BAB">
        <w:tc>
          <w:tcPr>
            <w:tcW w:w="2880" w:type="dxa"/>
          </w:tcPr>
          <w:p w14:paraId="26D28C47" w14:textId="77777777" w:rsidR="00470CC7" w:rsidRDefault="00470CC7" w:rsidP="00814BAB">
            <w:r>
              <w:t>01:23:42:10</w:t>
            </w:r>
          </w:p>
        </w:tc>
        <w:tc>
          <w:tcPr>
            <w:tcW w:w="2880" w:type="dxa"/>
          </w:tcPr>
          <w:p w14:paraId="765C47F2" w14:textId="77777777" w:rsidR="00470CC7" w:rsidRDefault="00470CC7" w:rsidP="00814BAB"/>
        </w:tc>
        <w:tc>
          <w:tcPr>
            <w:tcW w:w="2880" w:type="dxa"/>
          </w:tcPr>
          <w:p w14:paraId="4D410C0B" w14:textId="77777777" w:rsidR="00470CC7" w:rsidRDefault="00470CC7" w:rsidP="00814BAB">
            <w:r>
              <w:t xml:space="preserve">that help them fly </w:t>
            </w:r>
            <w:proofErr w:type="gramStart"/>
            <w:r>
              <w:t>really quietly</w:t>
            </w:r>
            <w:proofErr w:type="gramEnd"/>
            <w:r>
              <w:t xml:space="preserve">. </w:t>
            </w:r>
          </w:p>
        </w:tc>
      </w:tr>
      <w:tr w:rsidR="00470CC7" w14:paraId="02F5F35B" w14:textId="77777777" w:rsidTr="00814BAB">
        <w:tc>
          <w:tcPr>
            <w:tcW w:w="2880" w:type="dxa"/>
          </w:tcPr>
          <w:p w14:paraId="3A335BA7" w14:textId="77777777" w:rsidR="00470CC7" w:rsidRDefault="00470CC7" w:rsidP="00814BAB">
            <w:r>
              <w:lastRenderedPageBreak/>
              <w:t>01:23:45:13</w:t>
            </w:r>
          </w:p>
        </w:tc>
        <w:tc>
          <w:tcPr>
            <w:tcW w:w="2880" w:type="dxa"/>
          </w:tcPr>
          <w:p w14:paraId="5F4FF2A7" w14:textId="77777777" w:rsidR="00470CC7" w:rsidRDefault="00470CC7" w:rsidP="00814BAB"/>
        </w:tc>
        <w:tc>
          <w:tcPr>
            <w:tcW w:w="2880" w:type="dxa"/>
          </w:tcPr>
          <w:p w14:paraId="191CDA78" w14:textId="77777777" w:rsidR="00470CC7" w:rsidRDefault="00470CC7" w:rsidP="00814BAB">
            <w:r>
              <w:rPr>
                <w:b/>
              </w:rPr>
              <w:t xml:space="preserve">OLIVE: </w:t>
            </w:r>
            <w:r>
              <w:t xml:space="preserve">So that's why the Owl we saw wouldn't open its eyes! </w:t>
            </w:r>
          </w:p>
        </w:tc>
      </w:tr>
      <w:tr w:rsidR="00470CC7" w14:paraId="289F0ABA" w14:textId="77777777" w:rsidTr="00814BAB">
        <w:tc>
          <w:tcPr>
            <w:tcW w:w="2880" w:type="dxa"/>
          </w:tcPr>
          <w:p w14:paraId="3085A1A8" w14:textId="77777777" w:rsidR="00470CC7" w:rsidRDefault="00470CC7" w:rsidP="00814BAB">
            <w:r>
              <w:t>01:23:49:15</w:t>
            </w:r>
          </w:p>
        </w:tc>
        <w:tc>
          <w:tcPr>
            <w:tcW w:w="2880" w:type="dxa"/>
          </w:tcPr>
          <w:p w14:paraId="11977B55" w14:textId="77777777" w:rsidR="00470CC7" w:rsidRDefault="00470CC7" w:rsidP="00814BAB"/>
        </w:tc>
        <w:tc>
          <w:tcPr>
            <w:tcW w:w="2880" w:type="dxa"/>
          </w:tcPr>
          <w:p w14:paraId="7B63396D" w14:textId="77777777" w:rsidR="00470CC7" w:rsidRDefault="00470CC7" w:rsidP="00814BAB">
            <w:r>
              <w:t xml:space="preserve">It was sleeping so it could be awake at night! </w:t>
            </w:r>
          </w:p>
        </w:tc>
      </w:tr>
      <w:tr w:rsidR="00470CC7" w14:paraId="3FA223D7" w14:textId="77777777" w:rsidTr="00814BAB">
        <w:tc>
          <w:tcPr>
            <w:tcW w:w="2880" w:type="dxa"/>
          </w:tcPr>
          <w:p w14:paraId="786B4C6C" w14:textId="77777777" w:rsidR="00470CC7" w:rsidRDefault="00470CC7" w:rsidP="00814BAB">
            <w:r>
              <w:t>01:23:51:19</w:t>
            </w:r>
          </w:p>
        </w:tc>
        <w:tc>
          <w:tcPr>
            <w:tcW w:w="2880" w:type="dxa"/>
          </w:tcPr>
          <w:p w14:paraId="475FB6AE" w14:textId="77777777" w:rsidR="00470CC7" w:rsidRDefault="00470CC7" w:rsidP="00814BAB"/>
        </w:tc>
        <w:tc>
          <w:tcPr>
            <w:tcW w:w="2880" w:type="dxa"/>
          </w:tcPr>
          <w:p w14:paraId="3DF01D55" w14:textId="77777777" w:rsidR="00470CC7" w:rsidRDefault="00470CC7" w:rsidP="00814BAB">
            <w:r>
              <w:rPr>
                <w:b/>
              </w:rPr>
              <w:t xml:space="preserve">ELINOR: </w:t>
            </w:r>
            <w:r>
              <w:t xml:space="preserve">That's </w:t>
            </w:r>
            <w:proofErr w:type="spellStart"/>
            <w:r>
              <w:t>riiiigghht</w:t>
            </w:r>
            <w:proofErr w:type="spellEnd"/>
            <w:r>
              <w:t xml:space="preserve">... [yawning] </w:t>
            </w:r>
          </w:p>
        </w:tc>
      </w:tr>
      <w:tr w:rsidR="00470CC7" w14:paraId="4E018149" w14:textId="77777777" w:rsidTr="00814BAB">
        <w:tc>
          <w:tcPr>
            <w:tcW w:w="2880" w:type="dxa"/>
          </w:tcPr>
          <w:p w14:paraId="4A45C067" w14:textId="77777777" w:rsidR="00470CC7" w:rsidRDefault="00470CC7" w:rsidP="00814BAB">
            <w:r>
              <w:t>01:23:53:19</w:t>
            </w:r>
          </w:p>
        </w:tc>
        <w:tc>
          <w:tcPr>
            <w:tcW w:w="2880" w:type="dxa"/>
          </w:tcPr>
          <w:p w14:paraId="70F30C54" w14:textId="77777777" w:rsidR="00470CC7" w:rsidRDefault="00470CC7" w:rsidP="00814BAB"/>
        </w:tc>
        <w:tc>
          <w:tcPr>
            <w:tcW w:w="2880" w:type="dxa"/>
          </w:tcPr>
          <w:p w14:paraId="372CD559" w14:textId="77777777" w:rsidR="00470CC7" w:rsidRDefault="00470CC7" w:rsidP="00814BAB">
            <w:r>
              <w:rPr>
                <w:b/>
              </w:rPr>
              <w:t xml:space="preserve">MZ. MOLE: </w:t>
            </w:r>
            <w:r>
              <w:t xml:space="preserve">Alright class, </w:t>
            </w:r>
          </w:p>
        </w:tc>
      </w:tr>
      <w:tr w:rsidR="00470CC7" w14:paraId="4F522D64" w14:textId="77777777" w:rsidTr="00814BAB">
        <w:tc>
          <w:tcPr>
            <w:tcW w:w="2880" w:type="dxa"/>
          </w:tcPr>
          <w:p w14:paraId="2AC9B213" w14:textId="77777777" w:rsidR="00470CC7" w:rsidRDefault="00470CC7" w:rsidP="00814BAB">
            <w:r>
              <w:t>01:23:55:01</w:t>
            </w:r>
          </w:p>
        </w:tc>
        <w:tc>
          <w:tcPr>
            <w:tcW w:w="2880" w:type="dxa"/>
          </w:tcPr>
          <w:p w14:paraId="16C1539A" w14:textId="77777777" w:rsidR="00470CC7" w:rsidRDefault="00470CC7" w:rsidP="00814BAB"/>
        </w:tc>
        <w:tc>
          <w:tcPr>
            <w:tcW w:w="2880" w:type="dxa"/>
          </w:tcPr>
          <w:p w14:paraId="11B1067A" w14:textId="77777777" w:rsidR="00470CC7" w:rsidRDefault="00470CC7" w:rsidP="00814BAB">
            <w:r>
              <w:t xml:space="preserve">time to find our places! </w:t>
            </w:r>
          </w:p>
        </w:tc>
      </w:tr>
      <w:tr w:rsidR="00470CC7" w14:paraId="6EE1E3F4" w14:textId="77777777" w:rsidTr="00814BAB">
        <w:tc>
          <w:tcPr>
            <w:tcW w:w="2880" w:type="dxa"/>
          </w:tcPr>
          <w:p w14:paraId="1EA44293" w14:textId="77777777" w:rsidR="00470CC7" w:rsidRDefault="00470CC7" w:rsidP="00814BAB">
            <w:r>
              <w:t>01:23:58:17</w:t>
            </w:r>
          </w:p>
        </w:tc>
        <w:tc>
          <w:tcPr>
            <w:tcW w:w="2880" w:type="dxa"/>
          </w:tcPr>
          <w:p w14:paraId="1E9AD4CD" w14:textId="77777777" w:rsidR="00470CC7" w:rsidRDefault="00470CC7" w:rsidP="00814BAB"/>
        </w:tc>
        <w:tc>
          <w:tcPr>
            <w:tcW w:w="2880" w:type="dxa"/>
          </w:tcPr>
          <w:p w14:paraId="34E27651" w14:textId="77777777" w:rsidR="00470CC7" w:rsidRDefault="00470CC7" w:rsidP="00814BAB">
            <w:r>
              <w:rPr>
                <w:b/>
              </w:rPr>
              <w:t xml:space="preserve">MZ. MOLE: </w:t>
            </w:r>
            <w:r>
              <w:t xml:space="preserve">Welcome to costume day! </w:t>
            </w:r>
          </w:p>
        </w:tc>
      </w:tr>
      <w:tr w:rsidR="00470CC7" w14:paraId="4DE1F7AB" w14:textId="77777777" w:rsidTr="00814BAB">
        <w:tc>
          <w:tcPr>
            <w:tcW w:w="2880" w:type="dxa"/>
          </w:tcPr>
          <w:p w14:paraId="6AF3025F" w14:textId="77777777" w:rsidR="00470CC7" w:rsidRDefault="00470CC7" w:rsidP="00814BAB">
            <w:r>
              <w:t>01:24:01:18</w:t>
            </w:r>
          </w:p>
        </w:tc>
        <w:tc>
          <w:tcPr>
            <w:tcW w:w="2880" w:type="dxa"/>
          </w:tcPr>
          <w:p w14:paraId="07AEE4BC" w14:textId="77777777" w:rsidR="00470CC7" w:rsidRDefault="00470CC7" w:rsidP="00814BAB"/>
        </w:tc>
        <w:tc>
          <w:tcPr>
            <w:tcW w:w="2880" w:type="dxa"/>
          </w:tcPr>
          <w:p w14:paraId="5B89BB44" w14:textId="77777777" w:rsidR="00470CC7" w:rsidRDefault="00470CC7" w:rsidP="00814BAB">
            <w:r>
              <w:t xml:space="preserve">Okay, now who wants to talk about... </w:t>
            </w:r>
          </w:p>
        </w:tc>
      </w:tr>
      <w:tr w:rsidR="00470CC7" w14:paraId="7A62EE06" w14:textId="77777777" w:rsidTr="00814BAB">
        <w:tc>
          <w:tcPr>
            <w:tcW w:w="2880" w:type="dxa"/>
          </w:tcPr>
          <w:p w14:paraId="70E73E66" w14:textId="77777777" w:rsidR="00470CC7" w:rsidRDefault="00470CC7" w:rsidP="00814BAB">
            <w:r>
              <w:t>01:24:04:04</w:t>
            </w:r>
          </w:p>
        </w:tc>
        <w:tc>
          <w:tcPr>
            <w:tcW w:w="2880" w:type="dxa"/>
          </w:tcPr>
          <w:p w14:paraId="7251C2BE" w14:textId="77777777" w:rsidR="00470CC7" w:rsidRDefault="00470CC7" w:rsidP="00814BAB"/>
        </w:tc>
        <w:tc>
          <w:tcPr>
            <w:tcW w:w="2880" w:type="dxa"/>
          </w:tcPr>
          <w:p w14:paraId="45A8DE3F" w14:textId="77777777" w:rsidR="00470CC7" w:rsidRDefault="00470CC7" w:rsidP="00814BAB">
            <w:r>
              <w:t xml:space="preserve">the costume they're </w:t>
            </w:r>
            <w:proofErr w:type="gramStart"/>
            <w:r>
              <w:t>wearing?</w:t>
            </w:r>
            <w:proofErr w:type="gramEnd"/>
            <w:r>
              <w:t xml:space="preserve"> </w:t>
            </w:r>
          </w:p>
        </w:tc>
      </w:tr>
      <w:tr w:rsidR="00470CC7" w14:paraId="2C24370C" w14:textId="77777777" w:rsidTr="00814BAB">
        <w:tc>
          <w:tcPr>
            <w:tcW w:w="2880" w:type="dxa"/>
          </w:tcPr>
          <w:p w14:paraId="405265E6" w14:textId="77777777" w:rsidR="00470CC7" w:rsidRDefault="00470CC7" w:rsidP="00814BAB">
            <w:r>
              <w:t>01:24:05:16</w:t>
            </w:r>
          </w:p>
        </w:tc>
        <w:tc>
          <w:tcPr>
            <w:tcW w:w="2880" w:type="dxa"/>
          </w:tcPr>
          <w:p w14:paraId="341BFD00" w14:textId="77777777" w:rsidR="00470CC7" w:rsidRDefault="00470CC7" w:rsidP="00814BAB"/>
        </w:tc>
        <w:tc>
          <w:tcPr>
            <w:tcW w:w="2880" w:type="dxa"/>
          </w:tcPr>
          <w:p w14:paraId="30C5B7AD" w14:textId="77777777" w:rsidR="00470CC7" w:rsidRDefault="00470CC7" w:rsidP="00814BAB">
            <w:r>
              <w:rPr>
                <w:b/>
              </w:rPr>
              <w:t xml:space="preserve">MZ. MOLE: </w:t>
            </w:r>
            <w:r>
              <w:t xml:space="preserve">Wait, where's Elinor? </w:t>
            </w:r>
          </w:p>
        </w:tc>
      </w:tr>
      <w:tr w:rsidR="00470CC7" w14:paraId="212448FD" w14:textId="77777777" w:rsidTr="00814BAB">
        <w:tc>
          <w:tcPr>
            <w:tcW w:w="2880" w:type="dxa"/>
          </w:tcPr>
          <w:p w14:paraId="0460A0FA" w14:textId="77777777" w:rsidR="00470CC7" w:rsidRDefault="00470CC7" w:rsidP="00814BAB">
            <w:r>
              <w:t>01:24:08:02</w:t>
            </w:r>
          </w:p>
        </w:tc>
        <w:tc>
          <w:tcPr>
            <w:tcW w:w="2880" w:type="dxa"/>
          </w:tcPr>
          <w:p w14:paraId="0A0C5397" w14:textId="77777777" w:rsidR="00470CC7" w:rsidRDefault="00470CC7" w:rsidP="00814BAB"/>
        </w:tc>
        <w:tc>
          <w:tcPr>
            <w:tcW w:w="2880" w:type="dxa"/>
          </w:tcPr>
          <w:p w14:paraId="15EF873F" w14:textId="77777777" w:rsidR="00470CC7" w:rsidRDefault="00470CC7" w:rsidP="00814BAB">
            <w:r>
              <w:rPr>
                <w:b/>
              </w:rPr>
              <w:t xml:space="preserve">ARI: </w:t>
            </w:r>
            <w:proofErr w:type="spellStart"/>
            <w:r>
              <w:t>Mz</w:t>
            </w:r>
            <w:proofErr w:type="spellEnd"/>
            <w:r>
              <w:t xml:space="preserve">. Mole? </w:t>
            </w:r>
          </w:p>
        </w:tc>
      </w:tr>
      <w:tr w:rsidR="00470CC7" w14:paraId="6AED1CD1" w14:textId="77777777" w:rsidTr="00814BAB">
        <w:tc>
          <w:tcPr>
            <w:tcW w:w="2880" w:type="dxa"/>
          </w:tcPr>
          <w:p w14:paraId="0810E83B" w14:textId="77777777" w:rsidR="00470CC7" w:rsidRDefault="00470CC7" w:rsidP="00814BAB">
            <w:r>
              <w:t>01:24:09:04</w:t>
            </w:r>
          </w:p>
        </w:tc>
        <w:tc>
          <w:tcPr>
            <w:tcW w:w="2880" w:type="dxa"/>
          </w:tcPr>
          <w:p w14:paraId="0BA9DC81" w14:textId="77777777" w:rsidR="00470CC7" w:rsidRDefault="00470CC7" w:rsidP="00814BAB"/>
        </w:tc>
        <w:tc>
          <w:tcPr>
            <w:tcW w:w="2880" w:type="dxa"/>
          </w:tcPr>
          <w:p w14:paraId="0E7CF5C4" w14:textId="77777777" w:rsidR="00470CC7" w:rsidRDefault="00470CC7" w:rsidP="00814BAB">
            <w:r>
              <w:rPr>
                <w:b/>
              </w:rPr>
              <w:t xml:space="preserve">MZ. MOLE: </w:t>
            </w:r>
            <w:r>
              <w:t xml:space="preserve">Yes, Ari? </w:t>
            </w:r>
          </w:p>
        </w:tc>
      </w:tr>
      <w:tr w:rsidR="00470CC7" w14:paraId="143304EC" w14:textId="77777777" w:rsidTr="00814BAB">
        <w:tc>
          <w:tcPr>
            <w:tcW w:w="2880" w:type="dxa"/>
          </w:tcPr>
          <w:p w14:paraId="25777C1B" w14:textId="77777777" w:rsidR="00470CC7" w:rsidRDefault="00470CC7" w:rsidP="00814BAB">
            <w:r>
              <w:t>01:24:10:10</w:t>
            </w:r>
          </w:p>
        </w:tc>
        <w:tc>
          <w:tcPr>
            <w:tcW w:w="2880" w:type="dxa"/>
          </w:tcPr>
          <w:p w14:paraId="73E0ED26" w14:textId="77777777" w:rsidR="00470CC7" w:rsidRDefault="00470CC7" w:rsidP="00814BAB"/>
        </w:tc>
        <w:tc>
          <w:tcPr>
            <w:tcW w:w="2880" w:type="dxa"/>
          </w:tcPr>
          <w:p w14:paraId="16F6C6BD" w14:textId="77777777" w:rsidR="00470CC7" w:rsidRDefault="00470CC7" w:rsidP="00814BAB">
            <w:r>
              <w:rPr>
                <w:b/>
              </w:rPr>
              <w:t xml:space="preserve">ARI: </w:t>
            </w:r>
            <w:r>
              <w:t xml:space="preserve">Elinor's an owl and she was awake all night... </w:t>
            </w:r>
          </w:p>
        </w:tc>
      </w:tr>
      <w:tr w:rsidR="00470CC7" w14:paraId="48C426ED" w14:textId="77777777" w:rsidTr="00814BAB">
        <w:tc>
          <w:tcPr>
            <w:tcW w:w="2880" w:type="dxa"/>
          </w:tcPr>
          <w:p w14:paraId="0450976C" w14:textId="77777777" w:rsidR="00470CC7" w:rsidRDefault="00470CC7" w:rsidP="00814BAB">
            <w:r>
              <w:t>01:24:12:21</w:t>
            </w:r>
          </w:p>
        </w:tc>
        <w:tc>
          <w:tcPr>
            <w:tcW w:w="2880" w:type="dxa"/>
          </w:tcPr>
          <w:p w14:paraId="22CDBADD" w14:textId="77777777" w:rsidR="00470CC7" w:rsidRDefault="00470CC7" w:rsidP="00814BAB"/>
        </w:tc>
        <w:tc>
          <w:tcPr>
            <w:tcW w:w="2880" w:type="dxa"/>
          </w:tcPr>
          <w:p w14:paraId="498685B4" w14:textId="77777777" w:rsidR="00470CC7" w:rsidRDefault="00470CC7" w:rsidP="00814BAB">
            <w:r>
              <w:t xml:space="preserve">making her costume. </w:t>
            </w:r>
          </w:p>
        </w:tc>
      </w:tr>
      <w:tr w:rsidR="00470CC7" w14:paraId="0E87E927" w14:textId="77777777" w:rsidTr="00814BAB">
        <w:tc>
          <w:tcPr>
            <w:tcW w:w="2880" w:type="dxa"/>
          </w:tcPr>
          <w:p w14:paraId="28163874" w14:textId="77777777" w:rsidR="00470CC7" w:rsidRDefault="00470CC7" w:rsidP="00814BAB">
            <w:r>
              <w:t>01:24:14:12</w:t>
            </w:r>
          </w:p>
        </w:tc>
        <w:tc>
          <w:tcPr>
            <w:tcW w:w="2880" w:type="dxa"/>
          </w:tcPr>
          <w:p w14:paraId="77807242" w14:textId="77777777" w:rsidR="00470CC7" w:rsidRDefault="00470CC7" w:rsidP="00814BAB"/>
        </w:tc>
        <w:tc>
          <w:tcPr>
            <w:tcW w:w="2880" w:type="dxa"/>
          </w:tcPr>
          <w:p w14:paraId="15AC500E" w14:textId="77777777" w:rsidR="00470CC7" w:rsidRDefault="00470CC7" w:rsidP="00814BAB">
            <w:r>
              <w:t xml:space="preserve">That means just like an owl... </w:t>
            </w:r>
          </w:p>
        </w:tc>
      </w:tr>
      <w:tr w:rsidR="00470CC7" w14:paraId="5A8AA640" w14:textId="77777777" w:rsidTr="00814BAB">
        <w:tc>
          <w:tcPr>
            <w:tcW w:w="2880" w:type="dxa"/>
          </w:tcPr>
          <w:p w14:paraId="0F083C43" w14:textId="77777777" w:rsidR="00470CC7" w:rsidRDefault="00470CC7" w:rsidP="00814BAB">
            <w:r>
              <w:t>01:24:16:07</w:t>
            </w:r>
          </w:p>
        </w:tc>
        <w:tc>
          <w:tcPr>
            <w:tcW w:w="2880" w:type="dxa"/>
          </w:tcPr>
          <w:p w14:paraId="49FC8791" w14:textId="77777777" w:rsidR="00470CC7" w:rsidRDefault="00470CC7" w:rsidP="00814BAB"/>
        </w:tc>
        <w:tc>
          <w:tcPr>
            <w:tcW w:w="2880" w:type="dxa"/>
          </w:tcPr>
          <w:p w14:paraId="77E9AC79" w14:textId="77777777" w:rsidR="00470CC7" w:rsidRDefault="00470CC7" w:rsidP="00814BAB">
            <w:r>
              <w:rPr>
                <w:b/>
              </w:rPr>
              <w:t xml:space="preserve">OLIVE: </w:t>
            </w:r>
            <w:r>
              <w:t xml:space="preserve">She'll be sleeping all day! </w:t>
            </w:r>
          </w:p>
        </w:tc>
      </w:tr>
      <w:tr w:rsidR="00470CC7" w14:paraId="51E91939" w14:textId="77777777" w:rsidTr="00814BAB">
        <w:tc>
          <w:tcPr>
            <w:tcW w:w="2880" w:type="dxa"/>
          </w:tcPr>
          <w:p w14:paraId="1418CEAD" w14:textId="77777777" w:rsidR="00470CC7" w:rsidRDefault="00470CC7" w:rsidP="00814BAB">
            <w:r>
              <w:t>01:24:19:05</w:t>
            </w:r>
          </w:p>
        </w:tc>
        <w:tc>
          <w:tcPr>
            <w:tcW w:w="2880" w:type="dxa"/>
          </w:tcPr>
          <w:p w14:paraId="16BD8C21" w14:textId="77777777" w:rsidR="00470CC7" w:rsidRDefault="00470CC7" w:rsidP="00814BAB"/>
        </w:tc>
        <w:tc>
          <w:tcPr>
            <w:tcW w:w="2880" w:type="dxa"/>
          </w:tcPr>
          <w:p w14:paraId="00B59A32" w14:textId="77777777" w:rsidR="00470CC7" w:rsidRDefault="00470CC7" w:rsidP="00814BAB">
            <w:r>
              <w:rPr>
                <w:b/>
              </w:rPr>
              <w:t xml:space="preserve">MZ. MOLE: </w:t>
            </w:r>
            <w:r>
              <w:t xml:space="preserve">Oh, Elinor... </w:t>
            </w:r>
          </w:p>
        </w:tc>
      </w:tr>
      <w:tr w:rsidR="00470CC7" w14:paraId="42449C71" w14:textId="77777777" w:rsidTr="00814BAB">
        <w:tc>
          <w:tcPr>
            <w:tcW w:w="2880" w:type="dxa"/>
          </w:tcPr>
          <w:p w14:paraId="76798E39" w14:textId="77777777" w:rsidR="00470CC7" w:rsidRDefault="00470CC7" w:rsidP="00814BAB">
            <w:r>
              <w:t>01:24:22:03</w:t>
            </w:r>
          </w:p>
        </w:tc>
        <w:tc>
          <w:tcPr>
            <w:tcW w:w="2880" w:type="dxa"/>
          </w:tcPr>
          <w:p w14:paraId="3052294D" w14:textId="77777777" w:rsidR="00470CC7" w:rsidRDefault="00470CC7" w:rsidP="00814BAB"/>
        </w:tc>
        <w:tc>
          <w:tcPr>
            <w:tcW w:w="2880" w:type="dxa"/>
          </w:tcPr>
          <w:p w14:paraId="5B074DE8" w14:textId="77777777" w:rsidR="00470CC7" w:rsidRDefault="00470CC7" w:rsidP="00814BAB">
            <w:r>
              <w:rPr>
                <w:b/>
              </w:rPr>
              <w:t xml:space="preserve">ELINOR: </w:t>
            </w:r>
            <w:r>
              <w:t xml:space="preserve">[snoring] </w:t>
            </w:r>
            <w:proofErr w:type="spellStart"/>
            <w:r>
              <w:t>Whoooo</w:t>
            </w:r>
            <w:proofErr w:type="spellEnd"/>
            <w:r>
              <w:t xml:space="preserve">.... </w:t>
            </w:r>
          </w:p>
        </w:tc>
      </w:tr>
      <w:tr w:rsidR="00470CC7" w14:paraId="051CE349" w14:textId="77777777" w:rsidTr="00814BAB">
        <w:tc>
          <w:tcPr>
            <w:tcW w:w="2880" w:type="dxa"/>
          </w:tcPr>
          <w:p w14:paraId="5D3268C0" w14:textId="77777777" w:rsidR="00470CC7" w:rsidRDefault="00470CC7" w:rsidP="00814BAB">
            <w:r>
              <w:t>01:24:29:06</w:t>
            </w:r>
          </w:p>
        </w:tc>
        <w:tc>
          <w:tcPr>
            <w:tcW w:w="2880" w:type="dxa"/>
          </w:tcPr>
          <w:p w14:paraId="71E97573" w14:textId="77777777" w:rsidR="00470CC7" w:rsidRDefault="00470CC7" w:rsidP="00814BAB"/>
        </w:tc>
        <w:tc>
          <w:tcPr>
            <w:tcW w:w="2880" w:type="dxa"/>
          </w:tcPr>
          <w:p w14:paraId="244BA59B" w14:textId="77777777" w:rsidR="00470CC7" w:rsidRDefault="00470CC7" w:rsidP="00814BAB">
            <w:r>
              <w:t xml:space="preserve">[ººº] </w:t>
            </w:r>
          </w:p>
        </w:tc>
      </w:tr>
    </w:tbl>
    <w:p w14:paraId="40480EEF" w14:textId="77777777" w:rsidR="00470CC7" w:rsidRDefault="00470CC7" w:rsidP="00470CC7">
      <w:r>
        <w:br w:type="page"/>
      </w:r>
    </w:p>
    <w:p w14:paraId="4F593A37" w14:textId="77777777" w:rsidR="00292F2F" w:rsidRDefault="00292F2F"/>
    <w:sectPr w:rsidR="00292F2F" w:rsidSect="00034616">
      <w:head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484FED" w14:textId="77777777" w:rsidR="00470CC7" w:rsidRDefault="00470CC7" w:rsidP="00470CC7">
      <w:pPr>
        <w:spacing w:after="0" w:line="240" w:lineRule="auto"/>
      </w:pPr>
      <w:r>
        <w:separator/>
      </w:r>
    </w:p>
  </w:endnote>
  <w:endnote w:type="continuationSeparator" w:id="0">
    <w:p w14:paraId="521C78C9" w14:textId="77777777" w:rsidR="00470CC7" w:rsidRDefault="00470CC7" w:rsidP="00470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4A1E2C" w14:textId="77777777" w:rsidR="00470CC7" w:rsidRDefault="00470CC7" w:rsidP="00470CC7">
      <w:pPr>
        <w:spacing w:after="0" w:line="240" w:lineRule="auto"/>
      </w:pPr>
      <w:r>
        <w:separator/>
      </w:r>
    </w:p>
  </w:footnote>
  <w:footnote w:type="continuationSeparator" w:id="0">
    <w:p w14:paraId="2F108B92" w14:textId="77777777" w:rsidR="00470CC7" w:rsidRDefault="00470CC7" w:rsidP="00470C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C04BA3" w14:textId="0E011FC7" w:rsidR="00470CC7" w:rsidRDefault="00470CC7">
    <w:pPr>
      <w:pStyle w:val="Header"/>
    </w:pPr>
    <w:r>
      <w:t>EWW102B_TRANSCRIPT_DOM_INT</w:t>
    </w:r>
  </w:p>
  <w:p w14:paraId="0CC2A2F1" w14:textId="77777777" w:rsidR="00470CC7" w:rsidRDefault="00470C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CC7"/>
    <w:rsid w:val="00070A67"/>
    <w:rsid w:val="00292F2F"/>
    <w:rsid w:val="00470CC7"/>
    <w:rsid w:val="004F43B2"/>
    <w:rsid w:val="006C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70CD3"/>
  <w15:chartTrackingRefBased/>
  <w15:docId w15:val="{A09E96BC-8DF9-4418-A52E-5205CCEBF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70CC7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0A6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0A6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70A6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0A6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0A6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0A6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0A6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0A6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0A6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0A67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070A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70A67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0A67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0A67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0A67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0A67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0A67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70A67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070A6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070A67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0A6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0A67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070A67"/>
    <w:rPr>
      <w:b/>
      <w:bCs/>
    </w:rPr>
  </w:style>
  <w:style w:type="character" w:styleId="Emphasis">
    <w:name w:val="Emphasis"/>
    <w:basedOn w:val="DefaultParagraphFont"/>
    <w:uiPriority w:val="20"/>
    <w:qFormat/>
    <w:rsid w:val="00070A67"/>
    <w:rPr>
      <w:i/>
      <w:iCs/>
    </w:rPr>
  </w:style>
  <w:style w:type="paragraph" w:styleId="NoSpacing">
    <w:name w:val="No Spacing"/>
    <w:uiPriority w:val="1"/>
    <w:qFormat/>
    <w:rsid w:val="00070A6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70A67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70A67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A6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A67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070A6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070A6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70A6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070A67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070A6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70A67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470C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0CC7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470C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0CC7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470CC7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470CC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470CC7"/>
    <w:rPr>
      <w:rFonts w:eastAsiaTheme="minorEastAsia"/>
    </w:rPr>
  </w:style>
  <w:style w:type="paragraph" w:styleId="BodyText2">
    <w:name w:val="Body Text 2"/>
    <w:basedOn w:val="Normal"/>
    <w:link w:val="BodyText2Char"/>
    <w:uiPriority w:val="99"/>
    <w:unhideWhenUsed/>
    <w:rsid w:val="00470CC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470CC7"/>
    <w:rPr>
      <w:rFonts w:eastAsiaTheme="minorEastAsia"/>
    </w:rPr>
  </w:style>
  <w:style w:type="paragraph" w:styleId="BodyText3">
    <w:name w:val="Body Text 3"/>
    <w:basedOn w:val="Normal"/>
    <w:link w:val="BodyText3Char"/>
    <w:uiPriority w:val="99"/>
    <w:unhideWhenUsed/>
    <w:rsid w:val="00470CC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470CC7"/>
    <w:rPr>
      <w:rFonts w:eastAsiaTheme="minorEastAsia"/>
      <w:sz w:val="16"/>
      <w:szCs w:val="16"/>
    </w:rPr>
  </w:style>
  <w:style w:type="paragraph" w:styleId="List">
    <w:name w:val="List"/>
    <w:basedOn w:val="Normal"/>
    <w:uiPriority w:val="99"/>
    <w:unhideWhenUsed/>
    <w:rsid w:val="00470CC7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470CC7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470CC7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470CC7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470CC7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470CC7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470CC7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470CC7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470CC7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470CC7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470CC7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470CC7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470CC7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470CC7"/>
    <w:rPr>
      <w:rFonts w:ascii="Courier" w:eastAsiaTheme="minorEastAsia" w:hAnsi="Courier"/>
      <w:sz w:val="20"/>
      <w:szCs w:val="20"/>
    </w:rPr>
  </w:style>
  <w:style w:type="table" w:styleId="TableGrid">
    <w:name w:val="Table Grid"/>
    <w:basedOn w:val="TableNormal"/>
    <w:uiPriority w:val="59"/>
    <w:rsid w:val="00470CC7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470CC7"/>
    <w:pPr>
      <w:spacing w:after="0" w:line="240" w:lineRule="auto"/>
    </w:pPr>
    <w:rPr>
      <w:rFonts w:eastAsiaTheme="minorEastAsia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470CC7"/>
    <w:pPr>
      <w:spacing w:after="0" w:line="240" w:lineRule="auto"/>
    </w:pPr>
    <w:rPr>
      <w:rFonts w:eastAsiaTheme="minorEastAsia"/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470CC7"/>
    <w:pPr>
      <w:spacing w:after="0" w:line="240" w:lineRule="auto"/>
    </w:pPr>
    <w:rPr>
      <w:rFonts w:eastAsiaTheme="minorEastAsia"/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470CC7"/>
    <w:pPr>
      <w:spacing w:after="0" w:line="240" w:lineRule="auto"/>
    </w:pPr>
    <w:rPr>
      <w:rFonts w:eastAsiaTheme="minorEastAsia"/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470CC7"/>
    <w:pPr>
      <w:spacing w:after="0" w:line="240" w:lineRule="auto"/>
    </w:pPr>
    <w:rPr>
      <w:rFonts w:eastAsiaTheme="minorEastAsia"/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470CC7"/>
    <w:pPr>
      <w:spacing w:after="0" w:line="240" w:lineRule="auto"/>
    </w:pPr>
    <w:rPr>
      <w:rFonts w:eastAsiaTheme="minorEastAsia"/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470CC7"/>
    <w:pPr>
      <w:spacing w:after="0" w:line="240" w:lineRule="auto"/>
    </w:pPr>
    <w:rPr>
      <w:rFonts w:eastAsiaTheme="minorEastAsia"/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ghtList">
    <w:name w:val="Light List"/>
    <w:basedOn w:val="TableNormal"/>
    <w:uiPriority w:val="61"/>
    <w:rsid w:val="00470CC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470CC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470CC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470CC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470CC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470CC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470CC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Grid">
    <w:name w:val="Light Grid"/>
    <w:basedOn w:val="TableNormal"/>
    <w:uiPriority w:val="62"/>
    <w:rsid w:val="00470CC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470CC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470CC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470CC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470CC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470CC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470CC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470CC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470CC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470CC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470CC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470CC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470CC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470CC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70CC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470CC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470CC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470CC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470CC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470CC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470CC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470CC7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470CC7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470CC7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470CC7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470CC7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470CC7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470CC7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rsid w:val="00470CC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470CC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470CC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470CC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470CC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470CC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470CC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470CC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470CC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470CC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470CC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470CC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470CC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470CC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rsid w:val="00470CC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470CC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470CC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470CC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470CC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470CC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470CC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470CC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470CC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470CC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470CC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470CC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470CC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470CC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DarkList">
    <w:name w:val="Dark List"/>
    <w:basedOn w:val="TableNormal"/>
    <w:uiPriority w:val="70"/>
    <w:rsid w:val="00470CC7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470CC7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470CC7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470CC7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470CC7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470CC7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470CC7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470CC7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470CC7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470CC7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470CC7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470CC7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470CC7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470CC7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470CC7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470CC7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470CC7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470CC7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470CC7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470CC7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470CC7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Grid">
    <w:name w:val="Colorful Grid"/>
    <w:basedOn w:val="TableNormal"/>
    <w:uiPriority w:val="73"/>
    <w:rsid w:val="00470CC7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470CC7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470CC7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470CC7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470CC7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470CC7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470CC7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1734</Words>
  <Characters>9887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Moncrieffe</dc:creator>
  <cp:keywords/>
  <dc:description/>
  <cp:lastModifiedBy>Paul Moncrieffe</cp:lastModifiedBy>
  <cp:revision>1</cp:revision>
  <dcterms:created xsi:type="dcterms:W3CDTF">2020-02-06T16:54:00Z</dcterms:created>
  <dcterms:modified xsi:type="dcterms:W3CDTF">2020-02-06T16:55:00Z</dcterms:modified>
</cp:coreProperties>
</file>