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AD7ED1" w:rsidTr="006C6921">
        <w:tc>
          <w:tcPr>
            <w:tcW w:w="2880" w:type="dxa"/>
          </w:tcPr>
          <w:p w:rsidR="00AD7ED1" w:rsidRDefault="006C6921">
            <w:r>
              <w:t>TC:</w:t>
            </w:r>
          </w:p>
        </w:tc>
        <w:tc>
          <w:tcPr>
            <w:tcW w:w="2880" w:type="dxa"/>
          </w:tcPr>
          <w:p w:rsidR="00AD7ED1" w:rsidRDefault="006C6921">
            <w:r>
              <w:t>VIDEO:</w:t>
            </w:r>
          </w:p>
        </w:tc>
        <w:tc>
          <w:tcPr>
            <w:tcW w:w="2880" w:type="dxa"/>
          </w:tcPr>
          <w:p w:rsidR="00AD7ED1" w:rsidRDefault="006C6921">
            <w:r>
              <w:t>AUDIO: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00:59:45:00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AD7ED1"/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01:00:00:10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[ººº]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01:00:01:27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Wherever I go,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01:00:03:19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I see things that I want to know.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01:00:05:18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Wherever I am,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01:00:07:00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I find things that I want to understand.º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01:00:09:09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ºGo and explore, listen and see,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01:00:12:27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just follow your curiosity.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01:00:16:20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01:00:20:09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birds sing and how do they fly?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01:00:23:27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01:00:27:19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ants march and where do they hide?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01:00:31:10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There's so much to learn,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01:00:33:09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wherever you turn,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01:00:35:03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just listen and see,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01:00:36:26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and follow your curiosity.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01:00:40:22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>[ººº]</w:t>
            </w:r>
            <w:r>
              <w:t xml:space="preserve">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01:00:42:12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lastRenderedPageBreak/>
              <w:t>01:00:46:05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Ask a question, what will you find?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01:00:49:23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01:00:53:15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Just listen and see, come and wonder with me.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01:01:00:15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[ººº]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01:01:07:10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"Hiding in Plain Sight"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01:01:10:02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01:01:13:00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OLIVE: </w:t>
            </w:r>
            <w:r>
              <w:t xml:space="preserve">What should we play today at recess?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01:01:15:06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I know! Let's play tag.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01:01:17:03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I'm really good at playing tag.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01:01:19:02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OLIVE: </w:t>
            </w:r>
            <w:r>
              <w:t xml:space="preserve">[giggle] That's because...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01:01:20:29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nobody can ever catch you Ari.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01:01:23:05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You always fly off.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01:01:25:01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I can't help it if I have wings.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01:01:26:25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[giggle] </w:t>
            </w:r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01:01:28:27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I know! Let's play </w:t>
            </w:r>
            <w:r>
              <w:t xml:space="preserve">hide and seek.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01:01:31:16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That way we can all play together.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01:01:34:11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 </w:t>
            </w:r>
            <w:r>
              <w:t xml:space="preserve">/ </w:t>
            </w:r>
            <w:r>
              <w:rPr>
                <w:b/>
              </w:rPr>
              <w:t xml:space="preserve">LIZZIE: </w:t>
            </w:r>
            <w:r>
              <w:t xml:space="preserve">We'll be it.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lastRenderedPageBreak/>
              <w:t>01:01:36:01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 </w:t>
            </w:r>
            <w:r>
              <w:t xml:space="preserve">/ </w:t>
            </w:r>
            <w:r>
              <w:rPr>
                <w:b/>
              </w:rPr>
              <w:t xml:space="preserve">LIZZIE: </w:t>
            </w:r>
            <w:r>
              <w:t xml:space="preserve">You hide and we'll seek.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01:01:38:03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Okay.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01:01:39:07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TITO: </w:t>
            </w:r>
            <w:r>
              <w:t xml:space="preserve">[giggles]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01:01:40:14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KIDS: </w:t>
            </w:r>
            <w:r>
              <w:t xml:space="preserve">[laughter]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01:01:41:20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One...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01:01:43:12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Two...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01:01:45:21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Three...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01:01:47:27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Four...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01:01:49:03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We need to find somewhere to hide!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01:01:51:23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OLIVE: </w:t>
            </w:r>
            <w:r>
              <w:t xml:space="preserve">Hurry!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01:01:52:23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Mary and Lizzie are </w:t>
            </w:r>
            <w:r>
              <w:t xml:space="preserve">almost done counting.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01:01:54:24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Less talking, more hiding, C'mon!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01:01:57:14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[giggle]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01:01:58:25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[giggle]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01:02:00:03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[ººº]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01:02:04:14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Oops, sorry! I didn't see you there.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01:02:06:25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[giggle]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01:02:09:27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Hmmm...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01:02:11:06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[gasp]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01:02:13:27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Oops. Oh, hi Sally.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01:02:15:19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I guess this spot is taken too!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01:02:20:19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Six...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lastRenderedPageBreak/>
              <w:t>01:02:21:28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Aha! </w:t>
            </w:r>
            <w:r>
              <w:rPr>
                <w:b/>
              </w:rPr>
              <w:t xml:space="preserve">MARY: </w:t>
            </w:r>
            <w:r>
              <w:t xml:space="preserve">Seven...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01:02:23:27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There's no way </w:t>
            </w:r>
            <w:r>
              <w:t xml:space="preserve">Mary and Lizzie...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01:02:25:12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will find me here!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01:02:26:18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Nine...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01:02:27:28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Ten!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01:02:29:04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 </w:t>
            </w:r>
            <w:r>
              <w:t xml:space="preserve">/ </w:t>
            </w:r>
            <w:r>
              <w:rPr>
                <w:b/>
              </w:rPr>
              <w:t xml:space="preserve">LIZZIE: </w:t>
            </w:r>
            <w:r>
              <w:t xml:space="preserve">Ready or not, here we come!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01:02:34:09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[giggles] </w:t>
            </w:r>
            <w:r>
              <w:rPr>
                <w:b/>
              </w:rPr>
              <w:t xml:space="preserve">LIZZIE: </w:t>
            </w:r>
            <w:r>
              <w:t xml:space="preserve">[giggles]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01:02:35:09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[ººº]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01:02:38:09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Shh! I'm trying to hide from...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01:02:40:15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Found you! </w:t>
            </w:r>
            <w:r>
              <w:rPr>
                <w:b/>
              </w:rPr>
              <w:t xml:space="preserve">LIZZIE: </w:t>
            </w:r>
            <w:r>
              <w:t xml:space="preserve">Found you!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01:02:42:04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Awww.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01:02:46:03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Nice try Olive, we found you!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01:02:48:10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OLIVE: </w:t>
            </w:r>
            <w:r>
              <w:t xml:space="preserve">Awww...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01:02:49:23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OLIVE: </w:t>
            </w:r>
            <w:r>
              <w:t>At least my trunk was hi</w:t>
            </w:r>
            <w:r>
              <w:t xml:space="preserve">dden.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01:02:51:28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 </w:t>
            </w:r>
            <w:r>
              <w:t xml:space="preserve">/ </w:t>
            </w:r>
            <w:r>
              <w:rPr>
                <w:b/>
              </w:rPr>
              <w:t xml:space="preserve">LIZZIE: </w:t>
            </w:r>
            <w:r>
              <w:t xml:space="preserve">Found you Elinor! </w:t>
            </w:r>
            <w:r>
              <w:rPr>
                <w:b/>
              </w:rPr>
              <w:t xml:space="preserve">ELINOR: </w:t>
            </w:r>
            <w:r>
              <w:t xml:space="preserve">Aaaah!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01:02:53:27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Already?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01:02:55:27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That was fast.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01:02:59:05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OLIVE: </w:t>
            </w:r>
            <w:r>
              <w:t xml:space="preserve">How did you find us all so quickly?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01:03:01:10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Especially me!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lastRenderedPageBreak/>
              <w:t>01:03:02:25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I </w:t>
            </w:r>
            <w:r>
              <w:t xml:space="preserve">thought my hiding spot was pretty good.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01:03:05:27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Uh, wasn't it?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01:03:07:18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[giggle] </w:t>
            </w:r>
            <w:r>
              <w:rPr>
                <w:b/>
              </w:rPr>
              <w:t xml:space="preserve">LIZZIE: </w:t>
            </w:r>
            <w:r>
              <w:t xml:space="preserve">[giggle]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01:03:09:14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Well, we goats have really good eyesight.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01:03:13:22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That means we see really well.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01:03:15:29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And that's why we're so good at...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01:03:17:23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Hide and Seek!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01:03:19:17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Tito! Come out from behind that tree!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01:03:22:22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And Koa! I see you behind Mz. Mole!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01:03:25:15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MS. MOLE: </w:t>
            </w:r>
            <w:r>
              <w:t xml:space="preserve">Op!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01:03:28:28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Whoa! </w:t>
            </w:r>
            <w:r>
              <w:rPr>
                <w:b/>
              </w:rPr>
              <w:t xml:space="preserve">ARI: </w:t>
            </w:r>
            <w:r>
              <w:t xml:space="preserve">Mary and Lizzie...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01:03:30:09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are way too good at Hide-and-Seek.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01:03:32:22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We don't stand a chance!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01:03:35:03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Found you too, Sally!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01:03:40:11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Hmm, we need to figure out how to make </w:t>
            </w:r>
            <w:r>
              <w:t xml:space="preserve">ourselves...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01:03:43:14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harder to find!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01:03:45:10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OLIVE: </w:t>
            </w:r>
            <w:r>
              <w:t xml:space="preserve">Well, we'd better figure it out quickly.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lastRenderedPageBreak/>
              <w:t>01:03:47:17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Mary and Lizzie have found everyone but...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01:03:49:22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Found you, Camilla! </w:t>
            </w:r>
            <w:r>
              <w:rPr>
                <w:b/>
              </w:rPr>
              <w:t xml:space="preserve">LIZZIE: </w:t>
            </w:r>
            <w:r>
              <w:t xml:space="preserve">Found you, Camilla!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01:03:52:25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CAMILLA: </w:t>
            </w:r>
            <w:r>
              <w:t xml:space="preserve">Awww.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01:03:54:06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Now they've found everyone!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01:03:56:10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That must be a new Hide-and-Seek record!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01:03:58:20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All done.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01:04:00:18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You two are so good at this game!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01:04:02:24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Thank you! </w:t>
            </w:r>
            <w:r>
              <w:rPr>
                <w:b/>
              </w:rPr>
              <w:t xml:space="preserve">MARY: </w:t>
            </w:r>
            <w:r>
              <w:t xml:space="preserve">Thank you!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01:04:04:13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Let's play again!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01:04:06:15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Sure! We're happy to keep counting.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01:04:08:20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If you want to keep hiding!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01:04:10:18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Ready? </w:t>
            </w:r>
            <w:r>
              <w:rPr>
                <w:b/>
              </w:rPr>
              <w:t xml:space="preserve">LIZZIE: </w:t>
            </w:r>
            <w:r>
              <w:t xml:space="preserve">Ready?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01:04:12:06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One... </w:t>
            </w:r>
            <w:r>
              <w:rPr>
                <w:b/>
              </w:rPr>
              <w:t xml:space="preserve">LIZZIE: </w:t>
            </w:r>
            <w:r>
              <w:t xml:space="preserve">Two...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01:04:14:18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OLIVE: </w:t>
            </w:r>
            <w:r>
              <w:t xml:space="preserve">Let's go hide over there.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01:04:16:18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Three... </w:t>
            </w:r>
            <w:r>
              <w:rPr>
                <w:b/>
              </w:rPr>
              <w:t xml:space="preserve">MARY: </w:t>
            </w:r>
            <w:r>
              <w:t xml:space="preserve">Four...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01:04:19:03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Five.... </w:t>
            </w:r>
            <w:r>
              <w:rPr>
                <w:b/>
              </w:rPr>
              <w:t xml:space="preserve">OLIVE: </w:t>
            </w:r>
            <w:r>
              <w:t xml:space="preserve">[gasp]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01:04:20:10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Six...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01:04:21:18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Seven... </w:t>
            </w:r>
            <w:r>
              <w:rPr>
                <w:b/>
              </w:rPr>
              <w:t xml:space="preserve">MARY: </w:t>
            </w:r>
            <w:r>
              <w:lastRenderedPageBreak/>
              <w:t xml:space="preserve">Eight...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lastRenderedPageBreak/>
              <w:t>01:04:24:01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[gasp] </w:t>
            </w:r>
            <w:r>
              <w:rPr>
                <w:b/>
              </w:rPr>
              <w:t xml:space="preserve">LIZZIE: </w:t>
            </w:r>
            <w:r>
              <w:t xml:space="preserve">Nine...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01:04:25:02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Ten.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01:04:26:04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 </w:t>
            </w:r>
            <w:r>
              <w:t xml:space="preserve">/ </w:t>
            </w:r>
            <w:r>
              <w:rPr>
                <w:b/>
              </w:rPr>
              <w:t xml:space="preserve">MARY: </w:t>
            </w:r>
            <w:r>
              <w:t xml:space="preserve">Ready or not here we come!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01:04:29:12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[bird chirping]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01:04:30:14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Huh?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01:04:31:14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[bird chirping]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01:04:32:28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Found you Tito.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01:04:37:10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Elinor, you're behind the grey rock.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01:04:40:22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Aww...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01:04:42:22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Ari, we see you in those flowers.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01:04:45:09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What? But how?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01:04:47:15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And Olive, you're hiding next to that tree!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01:04:50:16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OLIVE: </w:t>
            </w:r>
            <w:r>
              <w:t xml:space="preserve">Impossible!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01:04:51:28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How did you find us?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01:04:54:14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It was easy to see your white ears...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01:04:55:29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behind that grey rock, Elinor.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01:04:58:00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You too, Olive.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01:04:59:05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We can see you </w:t>
            </w:r>
            <w:r>
              <w:t xml:space="preserve">really well next to that brown tree.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01:05:02:29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How do you keep </w:t>
            </w:r>
            <w:r>
              <w:lastRenderedPageBreak/>
              <w:t xml:space="preserve">finding me?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lastRenderedPageBreak/>
              <w:t>01:05:05:03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My hiding spots are amazing!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01:05:08:23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Aren't they?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01:05:09:28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And it was easy to see you...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01:05:11:02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in those white </w:t>
            </w:r>
            <w:r>
              <w:t xml:space="preserve">flowers, Ari.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01:05:13:11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Oooooh.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01:05:14:24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[laugh] </w:t>
            </w:r>
            <w:r>
              <w:rPr>
                <w:b/>
              </w:rPr>
              <w:t xml:space="preserve">MARY: </w:t>
            </w:r>
            <w:r>
              <w:t xml:space="preserve">[laugh]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01:05:18:00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OLIVE: </w:t>
            </w:r>
            <w:r>
              <w:t xml:space="preserve">Huh, I thought our hiding spots...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01:05:20:02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were much better this time.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01:05:22:00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But Mary and Lizzie still found us right away.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01:05:25:14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[sigh]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01:05:26:17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There must be something we can do to hide better.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01:05:29:27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Whoa! </w:t>
            </w:r>
            <w:r>
              <w:rPr>
                <w:b/>
              </w:rPr>
              <w:t xml:space="preserve">ARI: </w:t>
            </w:r>
            <w:r>
              <w:t xml:space="preserve">Whoa!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01:05:30:27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Did you see that?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01:05:31:27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OLIVE: </w:t>
            </w:r>
            <w:r>
              <w:t xml:space="preserve">What?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01:05:32:29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I think that leaf just hopped!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01:05:34:19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Those are the leaves I saw move before!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01:05:38:16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Wait... That's amazing!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01:05:41:20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It's not a leaf at all!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01:05:43:19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When you look closer...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lastRenderedPageBreak/>
              <w:t>01:05:45:08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you can see it has little antennae and legs!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01:05:49:08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OLIVE: </w:t>
            </w:r>
            <w:r>
              <w:t xml:space="preserve">It's an insect!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01:05:50:17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Look, its body is the same shape and color as the leaf!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01:05:54:05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Cool! </w:t>
            </w:r>
            <w:r>
              <w:rPr>
                <w:b/>
              </w:rPr>
              <w:t xml:space="preserve">ELINOR: </w:t>
            </w:r>
            <w:r>
              <w:t xml:space="preserve">Woah!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01:05:55:07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OLIVE: </w:t>
            </w:r>
            <w:r>
              <w:t xml:space="preserve">Awesome!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01:05:56:09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That's unbe-leaf-able!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01:05:59:27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ALL: </w:t>
            </w:r>
            <w:r>
              <w:t xml:space="preserve">[laughs]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01:06:01:13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We almost didn't see you there, little friend!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01:06:04:17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He's so cute.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01:06:07:17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OLIVE: </w:t>
            </w:r>
            <w:r>
              <w:t xml:space="preserve">I've read about this in my nature book.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01:06:09:19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Some animals hide by looking like the things around them.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01:06:13:10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It's called "camouflage."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01:06:16:11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Hmmm...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01:06:17:15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I wonder if anything else around here is camouflaged?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01:06:20:19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There's only one way to find out!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01:06:23:18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We need more observations!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01:06:29:22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OLIVE: </w:t>
            </w:r>
            <w:r>
              <w:t xml:space="preserve">[gasp]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01:06:32:21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OLIVE: </w:t>
            </w:r>
            <w:r>
              <w:t xml:space="preserve">Hmmm....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01:06:33:21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First hopping leaves and now moving twigs?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lastRenderedPageBreak/>
              <w:t>01:06:39:16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OLIVE: </w:t>
            </w:r>
            <w:r>
              <w:t xml:space="preserve">Ok, that time I know I saw something move.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01:06:44:29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OLIVE: </w:t>
            </w:r>
            <w:r>
              <w:t xml:space="preserve">[trumpet]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01:06:46:04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Whoa.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01:06:47:13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Hmmm, </w:t>
            </w:r>
            <w:r>
              <w:t xml:space="preserve">what is that?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01:06:50:03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Something brown and...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01:06:52:18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Whoa! Jumpy!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01:06:54:02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OLIVE: </w:t>
            </w:r>
            <w:r>
              <w:t xml:space="preserve">Look, it's a toad!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01:06:55:25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It was hidden in that pile of sticks.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01:06:57:29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Cool!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01:06:59:09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Those spots on his </w:t>
            </w:r>
            <w:r>
              <w:t xml:space="preserve">back...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01:07:01:01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look just like the sticks on the ground!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01:07:03:22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OLIVE: </w:t>
            </w:r>
            <w:r>
              <w:t xml:space="preserve">Even when I was looking right at him,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01:07:06:04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I couldn't see him!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01:07:07:21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It's the same pattern.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01:07:09:13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That is so cool!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01:07:11:29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Nature is so good at hiding!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01:07:13:29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[bird chirping]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01:07:15:04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Hey, it's the bird I heard earlier but I couldn't see it.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01:07:21:23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maybe it's also camouflaged,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lastRenderedPageBreak/>
              <w:t>01:07:23:25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like the bug and the </w:t>
            </w:r>
            <w:r>
              <w:t xml:space="preserve">toad.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01:07:25:28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Ari, can you fly up there and take a look?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01:07:28:14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Alright.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01:07:30:10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[bird chirping]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01:07:32:09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Where's that sound coming from?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01:07:33:22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[bird chirping]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01:07:35:29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[gasp].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01:07:36:29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[bird chirping]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01:07:38:21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Oh! There you are.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01:07:40:22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[bird chirping]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01:07:43:18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Have you been hiding here this whole time?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01:07:48:26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Wow!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01:07:50:12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Look at your beautiful brown and grey feathers.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01:07:53:20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They're the same colour as the tree.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01:07:56:02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OLIVE: </w:t>
            </w:r>
            <w:r>
              <w:t xml:space="preserve">It's the perfect match,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01:07:57:18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you couldn't see him at all down here.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01:08:00:19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I couldn't even see him from up there.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01:08:02:06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01:08:03:23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Nature is so good at hiding.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01:08:06:23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The katydid was hidden </w:t>
            </w:r>
            <w:r>
              <w:lastRenderedPageBreak/>
              <w:t xml:space="preserve">because it had...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lastRenderedPageBreak/>
              <w:t>01:08:08:28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the same shape and color as the leaf it was next to.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01:08:13:15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OLIVE: </w:t>
            </w:r>
            <w:r>
              <w:t xml:space="preserve">And I didn't see that tricky toad...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01:08:16:01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because the spots and colors on his skin...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01:08:18:21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look just like twigs he was sitting on.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01:08:21:01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And my little buddy up here looked just like the tree,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01:08:24:11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I didn't see him at all.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01:08:25:29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>That i</w:t>
            </w:r>
            <w:r>
              <w:t xml:space="preserve">s so interesting!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01:08:29:08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 </w:t>
            </w:r>
            <w:r>
              <w:t xml:space="preserve">/ </w:t>
            </w:r>
            <w:r>
              <w:rPr>
                <w:b/>
              </w:rPr>
              <w:t xml:space="preserve">LIZZIE: </w:t>
            </w:r>
            <w:r>
              <w:t xml:space="preserve">[giggles] </w:t>
            </w:r>
            <w:r>
              <w:rPr>
                <w:b/>
              </w:rPr>
              <w:t xml:space="preserve">ELINOR: </w:t>
            </w:r>
            <w:r>
              <w:t xml:space="preserve">[gasp]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01:08:30:22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[giggle] We've found everyone!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01:08:32:14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Want to play another round?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01:08:33:24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Yup!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01:08:34:24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We'll be right there!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01:08:36:09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Ari! Olive!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01:08:38:01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I have an idea of how we can hide better...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01:08:40:23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from Mary and Lizzie!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01:08:42:14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If we hide near things that we look like,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01:08:45:06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we can camouflage too!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lastRenderedPageBreak/>
              <w:t>01:08:47:10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Awesome!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01:08:48:10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OLIVE: </w:t>
            </w:r>
            <w:r>
              <w:t xml:space="preserve">That's a great idea!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01:08:50:02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[ººº]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01:08:51:24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ALL: </w:t>
            </w:r>
            <w:r>
              <w:t xml:space="preserve">º Hide and Seek,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01:08:53:28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Let's play hide and seek,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01:08:56:09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Count to ten,º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01:08:58:14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 º and don't you take a peek!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01:09:01:05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Nature shows me how to hide,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01:09:03:05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Use my color, shape or size.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01:09:05:15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º My two ears are long and white,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01:09:07:19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How can I hide them both from sight?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01:09:10:02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º My fur is brown, my </w:t>
            </w:r>
            <w:r>
              <w:t xml:space="preserve">shirt is green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01:09:12:09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Where can I hide and º not be seen?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01:09:14:21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OLIVE: </w:t>
            </w:r>
            <w:r>
              <w:t xml:space="preserve">º My skin is grey, where can I hide,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01:09:17:00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What makes my color hard to find?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01:09:19:08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ALL: </w:t>
            </w:r>
            <w:r>
              <w:t xml:space="preserve">º A hiding spot that looks like me,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01:09:21:12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Will make me really hard to see!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01:09:25:09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Hide and Seek,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01:09:27:15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Let's play hide and seek,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lastRenderedPageBreak/>
              <w:t>01:09:29:22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Count to ten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01:09:31:26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º and don't you take a peek! º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01:09:37:02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Those spots are </w:t>
            </w:r>
            <w:r>
              <w:t xml:space="preserve">perfect!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01:09:38:26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OLIVE: </w:t>
            </w:r>
            <w:r>
              <w:t xml:space="preserve">Yeah! There's no way Mary and Lizzie...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01:09:40:28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will find us there.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01:09:42:13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Do I have to say this every time?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01:09:44:26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Less talking, more hiding...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01:09:47:00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c'mon!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01:09:50:14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Eight... </w:t>
            </w:r>
            <w:r>
              <w:rPr>
                <w:b/>
              </w:rPr>
              <w:t xml:space="preserve">LIZZIE: </w:t>
            </w:r>
            <w:r>
              <w:t xml:space="preserve">Nine...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01:09:52:17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Ten!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01:09:54:01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 </w:t>
            </w:r>
            <w:r>
              <w:t xml:space="preserve">/ </w:t>
            </w:r>
            <w:r>
              <w:rPr>
                <w:b/>
              </w:rPr>
              <w:t xml:space="preserve">LIZZIE: </w:t>
            </w:r>
            <w:r>
              <w:t xml:space="preserve">Ready or not, here we come!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01:09:56:28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[ººº]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01:09:59:09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Found you! </w:t>
            </w:r>
            <w:r>
              <w:rPr>
                <w:b/>
              </w:rPr>
              <w:t xml:space="preserve">LIZZIE: </w:t>
            </w:r>
            <w:r>
              <w:t xml:space="preserve">Found you!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01:10:02:17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Found you! </w:t>
            </w:r>
            <w:r>
              <w:rPr>
                <w:b/>
              </w:rPr>
              <w:t xml:space="preserve">LIZZIE: </w:t>
            </w:r>
            <w:r>
              <w:t xml:space="preserve">Found you!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01:10:05:20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There you are! </w:t>
            </w:r>
            <w:r>
              <w:rPr>
                <w:b/>
              </w:rPr>
              <w:t xml:space="preserve">LIZZIE: </w:t>
            </w:r>
            <w:r>
              <w:t xml:space="preserve">There you are!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01:10:06:20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TITO: </w:t>
            </w:r>
            <w:r>
              <w:t xml:space="preserve">[giggle]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01:10:09:16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I can't see Elinor, Ari, or Olive anywhere.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01:10:13:10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Where are they?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01:10:19:02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I don't know!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lastRenderedPageBreak/>
              <w:t>01:10:20:16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We've usually found them by </w:t>
            </w:r>
            <w:r>
              <w:t xml:space="preserve">now.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01:10:22:29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They're hiding much better this time.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01:10:28:20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Do you think we should split up to look?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01:10:32:21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 </w:t>
            </w:r>
            <w:r>
              <w:t xml:space="preserve">/ </w:t>
            </w:r>
            <w:r>
              <w:rPr>
                <w:b/>
              </w:rPr>
              <w:t xml:space="preserve">LIZZIE: </w:t>
            </w:r>
            <w:r>
              <w:t xml:space="preserve">Nah, don't be ridiculous.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01:10:35:22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[giggles]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01:10:38:12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[whispering] It's </w:t>
            </w:r>
            <w:r>
              <w:t xml:space="preserve">working!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01:10:40:14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They can't see us.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01:10:43:04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[whispering] Shhh! Flowers can't talk!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01:10:46:05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OLIVE: </w:t>
            </w:r>
            <w:r>
              <w:t xml:space="preserve">[whispering] Neither can trees!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01:10:48:09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We've looked everywhere!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01:10:51:00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And they're nowhere!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01:10:52:22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If we can't find them...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01:10:54:13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Then no-one can.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01:10:57:06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Come out come out, wherever you are!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01:10:59:09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We give up you win.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01:11:01:12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Here we are!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01:11:02:12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 </w:t>
            </w:r>
            <w:r>
              <w:t xml:space="preserve">/ </w:t>
            </w:r>
            <w:r>
              <w:rPr>
                <w:b/>
              </w:rPr>
              <w:t xml:space="preserve">LIZZIE: </w:t>
            </w:r>
            <w:r>
              <w:t xml:space="preserve">Baaaaaa!!!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01:11:03:21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Right in front of you!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lastRenderedPageBreak/>
              <w:t>01:11:05:14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But... how?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01:11:07:09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We looked here!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01:11:09:00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We looked there!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01:11:10:16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 </w:t>
            </w:r>
            <w:r>
              <w:t xml:space="preserve">/ </w:t>
            </w:r>
            <w:r>
              <w:rPr>
                <w:b/>
              </w:rPr>
              <w:t xml:space="preserve">LIZZIE: </w:t>
            </w:r>
            <w:r>
              <w:t xml:space="preserve"> We looked everywhere!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01:11:13:15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[laughs]  We used camouflage...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01:11:16:18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to hide in plain sight!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01:11:18:20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OLIVE: </w:t>
            </w:r>
            <w:r>
              <w:t xml:space="preserve">We found hiding spots that looked just like us!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01:11:21:14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Lots of things in nature use camouflage.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01:11:23:29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That's where I got the idea.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01:11:25:15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See!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01:11:26:15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[gasp]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01:11:27:15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ARI: </w:t>
            </w:r>
            <w:r>
              <w:t xml:space="preserve">So you couldn't see us!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01:11:29:07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That...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01:11:30:07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Is...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01:11:31:07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Amazing!!! </w:t>
            </w:r>
            <w:r>
              <w:rPr>
                <w:b/>
              </w:rPr>
              <w:t xml:space="preserve">LIZZIE: </w:t>
            </w:r>
            <w:r>
              <w:t xml:space="preserve">Amazing!!!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01:11:33:04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Can we try?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01:11:34:16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We want to camouflage!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01:11:36:11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Yeah, we want to hide now!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01:11:38:10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[giggles] Of course!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01:11:41:07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I'll count!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lastRenderedPageBreak/>
              <w:t>01:11:42:07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One...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01:11:43:20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Two... Three...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01:11:45:19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Psst...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01:11:46:19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Four...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01:11:47:19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LIZZIE: </w:t>
            </w:r>
            <w:r>
              <w:t xml:space="preserve">what around here looks the most like twin goats?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01:11:50:16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Seven...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01:11:51:16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MARY: </w:t>
            </w:r>
            <w:r>
              <w:t xml:space="preserve">Let's go!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01:11:52:16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rPr>
                <w:b/>
              </w:rPr>
              <w:t xml:space="preserve">ELINOR: </w:t>
            </w:r>
            <w:r>
              <w:t xml:space="preserve">Eight...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01:11:53:16</w:t>
            </w:r>
          </w:p>
        </w:tc>
        <w:tc>
          <w:tcPr>
            <w:tcW w:w="2880" w:type="dxa"/>
          </w:tcPr>
          <w:p w:rsidR="00AD7ED1" w:rsidRDefault="00AD7ED1">
            <w:bookmarkStart w:id="0" w:name="_GoBack"/>
            <w:bookmarkEnd w:id="0"/>
          </w:p>
        </w:tc>
        <w:tc>
          <w:tcPr>
            <w:tcW w:w="2880" w:type="dxa"/>
          </w:tcPr>
          <w:p w:rsidR="00AD7ED1" w:rsidRDefault="006C6921">
            <w:r>
              <w:t xml:space="preserve">Nine...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01:11:54:18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Ten!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01:11:55:27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Ready or not, here I come! </w:t>
            </w:r>
          </w:p>
        </w:tc>
      </w:tr>
      <w:tr w:rsidR="00AD7ED1" w:rsidTr="006C6921">
        <w:tc>
          <w:tcPr>
            <w:tcW w:w="2880" w:type="dxa"/>
          </w:tcPr>
          <w:p w:rsidR="00AD7ED1" w:rsidRDefault="006C6921">
            <w:r>
              <w:t>01:11:57:26</w:t>
            </w:r>
          </w:p>
        </w:tc>
        <w:tc>
          <w:tcPr>
            <w:tcW w:w="2880" w:type="dxa"/>
          </w:tcPr>
          <w:p w:rsidR="00AD7ED1" w:rsidRDefault="00AD7ED1"/>
        </w:tc>
        <w:tc>
          <w:tcPr>
            <w:tcW w:w="2880" w:type="dxa"/>
          </w:tcPr>
          <w:p w:rsidR="00AD7ED1" w:rsidRDefault="006C6921">
            <w:r>
              <w:t xml:space="preserve">[ººº] </w:t>
            </w:r>
          </w:p>
        </w:tc>
      </w:tr>
    </w:tbl>
    <w:p w:rsidR="00AD7ED1" w:rsidRDefault="00AD7ED1"/>
    <w:sectPr w:rsidR="00AD7ED1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6921" w:rsidRDefault="006C6921" w:rsidP="006C6921">
      <w:pPr>
        <w:spacing w:after="0" w:line="240" w:lineRule="auto"/>
      </w:pPr>
      <w:r>
        <w:separator/>
      </w:r>
    </w:p>
  </w:endnote>
  <w:endnote w:type="continuationSeparator" w:id="0">
    <w:p w:rsidR="006C6921" w:rsidRDefault="006C6921" w:rsidP="006C6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6921" w:rsidRDefault="006C6921" w:rsidP="006C6921">
      <w:pPr>
        <w:spacing w:after="0" w:line="240" w:lineRule="auto"/>
      </w:pPr>
      <w:r>
        <w:separator/>
      </w:r>
    </w:p>
  </w:footnote>
  <w:footnote w:type="continuationSeparator" w:id="0">
    <w:p w:rsidR="006C6921" w:rsidRDefault="006C6921" w:rsidP="006C6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6921" w:rsidRDefault="006C6921">
    <w:pPr>
      <w:pStyle w:val="Header"/>
    </w:pPr>
    <w:r>
      <w:t>EWW102A_TRANSCRIPT_BROADCAST</w:t>
    </w:r>
  </w:p>
  <w:p w:rsidR="006C6921" w:rsidRDefault="006C69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C6921"/>
    <w:rsid w:val="00AA1D8D"/>
    <w:rsid w:val="00AD7ED1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0B59CF"/>
  <w14:defaultImageDpi w14:val="300"/>
  <w15:docId w15:val="{EA64337B-033D-4AB4-BC3E-760D07CE4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2AB710-DB61-42DD-83EA-225546234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2060</Words>
  <Characters>11743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 Moncrieffe</cp:lastModifiedBy>
  <cp:revision>2</cp:revision>
  <dcterms:created xsi:type="dcterms:W3CDTF">2020-02-06T17:03:00Z</dcterms:created>
  <dcterms:modified xsi:type="dcterms:W3CDTF">2020-02-06T17:03:00Z</dcterms:modified>
  <cp:category/>
</cp:coreProperties>
</file>