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D0D49" w:rsidTr="00D07E17">
        <w:tc>
          <w:tcPr>
            <w:tcW w:w="2880" w:type="dxa"/>
          </w:tcPr>
          <w:p w:rsidR="006D0D49" w:rsidRDefault="006D0D49" w:rsidP="00D07E17">
            <w:r>
              <w:t>TC:</w:t>
            </w:r>
          </w:p>
        </w:tc>
        <w:tc>
          <w:tcPr>
            <w:tcW w:w="2880" w:type="dxa"/>
          </w:tcPr>
          <w:p w:rsidR="006D0D49" w:rsidRDefault="006D0D49" w:rsidP="00D07E17">
            <w:r>
              <w:t>VIDEO:</w:t>
            </w:r>
          </w:p>
        </w:tc>
        <w:tc>
          <w:tcPr>
            <w:tcW w:w="2880" w:type="dxa"/>
          </w:tcPr>
          <w:p w:rsidR="006D0D49" w:rsidRDefault="006D0D49" w:rsidP="00D07E17">
            <w:r>
              <w:t>AUDIO: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01:13:30:20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01:13:33:04</w:t>
            </w:r>
          </w:p>
        </w:tc>
        <w:tc>
          <w:tcPr>
            <w:tcW w:w="2880" w:type="dxa"/>
          </w:tcPr>
          <w:p w:rsidR="006D0D49" w:rsidRDefault="006D0D49" w:rsidP="00D07E17">
            <w:bookmarkStart w:id="0" w:name="_GoBack"/>
            <w:bookmarkEnd w:id="0"/>
          </w:p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01:13:34:22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"The Town Picnic"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01:13:37:11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01:13:40:17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01:13:41:22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Hmm...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01:13:42:27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Oooh</w:t>
            </w:r>
            <w:proofErr w:type="spellEnd"/>
            <w:r>
              <w:t xml:space="preserve">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01:13:44:15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C'mon Elinor!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01:13:45:20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Coming mom!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01:13:51:23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I just love the Town Picnic.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01:13:56:18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What should we do first, Mom?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01:13:58:03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01:13:59:03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I don't know, Elinor. Let's see...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01:14:01:18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[gasp] Ooh, we can do wood-carving with Mrs. Beaver.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01:14:08:01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Awesome!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01:14:09:12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Or...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01:14:10:12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Mr. Horse is giving everyone hayrides.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01:14:12:20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Mr. </w:t>
            </w:r>
            <w:r>
              <w:rPr>
                <w:b/>
              </w:rPr>
              <w:t xml:space="preserve">HORSE: </w:t>
            </w:r>
            <w:r>
              <w:t xml:space="preserve">[effort sounds]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01:14:16:00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[panting]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01:14:17:10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Oh, yeah!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01:14:18:22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Or we could watch Mr. </w:t>
            </w:r>
            <w:proofErr w:type="gramStart"/>
            <w:r>
              <w:t>Cat..</w:t>
            </w:r>
            <w:proofErr w:type="gramEnd"/>
            <w:r>
              <w:t xml:space="preserve">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01:14:20:10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at the dunking booth.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01:14:21:12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MR. CAT: </w:t>
            </w:r>
            <w:r>
              <w:t xml:space="preserve">[teeth chatter]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01:14:24:15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[bell sound]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01:14:25:15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[water splash] </w:t>
            </w:r>
            <w:r>
              <w:rPr>
                <w:b/>
              </w:rPr>
              <w:t xml:space="preserve">MR.CAR: </w:t>
            </w:r>
            <w:proofErr w:type="spellStart"/>
            <w:r>
              <w:t>Meooww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01:14:26:15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[gasp] Woo 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01:14:27:15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Elinor!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01:14:28:15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01:14:29:20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[giggle] Over here!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01:14:32:02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Look, it's Olive and Ari!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01:14:34:18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Go ahead, honey.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01:14:35:20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talk to Deputy Mouse.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01:14:38:19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Hi, Ari! Hi, Olive!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01:14:40:19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Whatcha</w:t>
            </w:r>
            <w:proofErr w:type="spellEnd"/>
            <w:r>
              <w:t xml:space="preserve"> doing?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01:14:42:02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Ari is waiting in line for ketchup.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01:14:44:25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Ketchup?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01:14:46:03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Not just any ketchup...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01:14:48:02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I'm waiting in line for Mrs. Llama's super special,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01:14:51:17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World Famous, awesome ketchup!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01:14:54:12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It's his favorite.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01:14:56:00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proofErr w:type="spellStart"/>
            <w:r>
              <w:t>Uhhh</w:t>
            </w:r>
            <w:proofErr w:type="spellEnd"/>
            <w:r>
              <w:t xml:space="preserve">, it's everyone's favorite!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01:14:58:14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That's why you </w:t>
            </w:r>
            <w:proofErr w:type="gramStart"/>
            <w:r>
              <w:t>have to</w:t>
            </w:r>
            <w:proofErr w:type="gramEnd"/>
            <w:r>
              <w:t xml:space="preserve"> get in line early.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01:15:00:29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can't wait to put it on my sandwich!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01:15:04:04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Sounds yummy.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01:15:06:04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want to try it.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01:15:07:13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Can I join you?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01:15:08:25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Of course!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01:15:13:13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01:15:22:10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proofErr w:type="spellStart"/>
            <w:r>
              <w:t>Ummm</w:t>
            </w:r>
            <w:proofErr w:type="spellEnd"/>
            <w:r>
              <w:t xml:space="preserve">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01:15:24:17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we're not moving.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01:15:25:25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 know!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01:15:27:28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We've been here forever!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01:15:31:13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Even that snail is moving faster than we are!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01:15:41:06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[sigh]...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01:15:42:21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[gasp] Oh...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01:15:45:00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01:15:49:13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Ooohh</w:t>
            </w:r>
            <w:proofErr w:type="spellEnd"/>
            <w:r>
              <w:t xml:space="preserve">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01:15:51:02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[stomach growling]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01:15:53:08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Oh, I hope the line moves soon,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01:15:55:07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I'm getting hungry!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01:15:56:22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heard that Mrs. Llama has a new recipe this year.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01:15:59:27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It's supposed to be even better than last year's!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01:16:03:04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Well, I hope it's worth all this waiting...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01:16:05:00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Right, Elinor?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01:16:06:29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Elinor?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01:16:09:19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Elinor?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01:16:10:27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01:16:11:27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Hey Elinor.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01:16:12:27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[gasp] Hi mom, I'm following a </w:t>
            </w:r>
            <w:proofErr w:type="spellStart"/>
            <w:r>
              <w:t>beeeee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01:16:17:25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01:16:19:22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Hmmm?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01:16:24:12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01:16:28:25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proofErr w:type="spellStart"/>
            <w:r>
              <w:t>Ooooooohhh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01:16:31:20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01:16:39:12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[bees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01:16:42:11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01:16:46:08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01:16:48:18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Elinor! Where are you?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01:16:51:12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[effort sounds]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01:16:56:29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Olive! Ari! Stop!!!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01:16:59:04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Uh oh.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01:17:00:09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[bees buzzing]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01:17:01:09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Don't... Move.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01:17:03:16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You are about to get honeyed.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01:17:10:07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proofErr w:type="spellStart"/>
            <w:r>
              <w:t>Aah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OLIVE: </w:t>
            </w:r>
            <w:proofErr w:type="spellStart"/>
            <w:r>
              <w:t>Aaaah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01:17:12:09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Wow.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01:17:15:14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That's...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01:17:16:14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so...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01:17:17:14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Interesting!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01:17:20:09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The honey is </w:t>
            </w:r>
            <w:proofErr w:type="spellStart"/>
            <w:r>
              <w:t>sooooo</w:t>
            </w:r>
            <w:proofErr w:type="spellEnd"/>
            <w:r>
              <w:t xml:space="preserve"> goopy!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01:17:24:07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 can't... see!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01:17:28:19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It moves so </w:t>
            </w:r>
            <w:proofErr w:type="spellStart"/>
            <w:r>
              <w:t>slooowwly</w:t>
            </w:r>
            <w:proofErr w:type="spellEnd"/>
            <w:r>
              <w:t xml:space="preserve">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01:17:33:01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I wonder why.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01:17:34:28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Yeah...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01:17:36:26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I saw the bee get the juice from the flower,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01:17:39:18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but that juice was </w:t>
            </w:r>
            <w:proofErr w:type="gramStart"/>
            <w:r>
              <w:t>really watery</w:t>
            </w:r>
            <w:proofErr w:type="gram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01:17:42:17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How do the bees turn something so runny...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01:17:45:21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into something so goopy?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01:17:48:04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Hmmm... Maybe they cook it!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01:17:50:19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Like soup!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01:17:52:06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Yeah! Or maybe they </w:t>
            </w:r>
            <w:proofErr w:type="spellStart"/>
            <w:r>
              <w:t>squeeeeze</w:t>
            </w:r>
            <w:proofErr w:type="spellEnd"/>
            <w:r>
              <w:t xml:space="preserve"> it!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01:17:54:17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Wait, I just saw this in my Nature book!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01:18:00:08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It says here that bees get the nectar...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01:18:02:22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that's the juice from the flower,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01:18:06:18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and then they bring it back to the bee hive.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01:18:12:11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Whoa! That's cool.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01:18:15:09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Then the bees use their wings to fan it,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01:18:18:09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and that takes out some of the water...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01:18:19:25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that's inside of the flower juice.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01:18:22:08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The bees turn the juice into honey...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01:18:23:28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because it lasts longer and takes up less space.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01:18:26:29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proofErr w:type="spellStart"/>
            <w:r>
              <w:t>Ohhh</w:t>
            </w:r>
            <w:proofErr w:type="spellEnd"/>
            <w:r>
              <w:t xml:space="preserve">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01:18:28:17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gramStart"/>
            <w:r>
              <w:t>so</w:t>
            </w:r>
            <w:proofErr w:type="gramEnd"/>
            <w:r>
              <w:t xml:space="preserve"> taking the water out is what makes honey goopy!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01:18:33:09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That is awesome! </w:t>
            </w:r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[giggling]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01:18:37:02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ALL: </w:t>
            </w:r>
            <w:r>
              <w:t xml:space="preserve">[giggling]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01:18:39:00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Hmm, let's look more closely at these goopy things!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01:18:43:03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We need more observations!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01:18:46:10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01:18:48:01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ALL: </w:t>
            </w:r>
            <w:r>
              <w:t xml:space="preserve">[singing] º Some things are goopy,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01:18:51:11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others runny and soupy!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01:18:55:24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Goopy things move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01:18:59:19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Runny things really go!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01:19:03:19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All around us we can see.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01:19:07:16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Things are goopy or watery.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01:19:11:11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stream or in the tree.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01:19:15:10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Interesting for you and me!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01:19:19:06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Some things are goopy,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01:19:22:24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others runny and soupy!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01:19:27:03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Goopy things move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01:19:30:27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Runny things really </w:t>
            </w:r>
            <w:proofErr w:type="spellStart"/>
            <w:r>
              <w:t>gooooo</w:t>
            </w:r>
            <w:proofErr w:type="spellEnd"/>
            <w:r>
              <w:t xml:space="preserve">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01:19:35:10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Oh no! </w:t>
            </w:r>
            <w:r>
              <w:rPr>
                <w:b/>
              </w:rPr>
              <w:t xml:space="preserve">OLIVE: </w:t>
            </w:r>
            <w:r>
              <w:t xml:space="preserve">Ah!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01:19:37:14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[jump effort]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01:19:39:02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Ari!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01:19:40:24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Are you ok!? You saved me!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01:19:45:14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My mom always says I'm really...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01:19:48:08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[slurping sound] ...sweet.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01:19:49:27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01:19:53:05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01:19:54:05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How are we going to get all this goopy honey off you?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01:19:59:04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It's so gooey.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01:20:02:08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Hmm, I wonder...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01:20:04:23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if taking the water out makes the honey goopy and slow...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01:20:09:02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then maybe putting water back in will make it runnier and...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01:20:13:05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less goopy?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01:20:14:15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 know. We need water!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01:20:25:26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01:20:29:25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[gasp] Taking water out made the honey goopy,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01:20:34:05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and adding water back in made it runnier!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01:20:38:01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Ah-ha </w:t>
            </w:r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Hey!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01:20:39:25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Sorry!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01:20:40:25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[stomach growling]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01:20:43:00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Uh guys...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01:20:44:15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I'm glad we figured that out,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01:20:46:07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but, can we go back to my sandwich,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01:20:48:22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please?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01:20:53:29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The line hasn't moved?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01:20:56:08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No one has gotten their ketchup??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01:21:01:17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Hmmm... I wonder why?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01:21:05:08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Let's find out!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01:21:07:28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Nobody appreciates quality!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01:21:11:03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ALEJANDRO POSSUM: </w:t>
            </w:r>
            <w:r>
              <w:t xml:space="preserve">But I'm hungry!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01:21:13:26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Mom, what's going on?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01:21:16:07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Oh hi, Elinor.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01:21:17:17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Well, Mrs. Llama made her delicious ketchup,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01:21:20:06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but it's so goopy it takes a long time...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01:21:23:12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to come out of the bottle!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01:21:25:09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ALEJANDRO POSSUM: </w:t>
            </w:r>
            <w:r>
              <w:t xml:space="preserve">I've been here all day...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01:21:26:19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and my arm is getting tired!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01:21:29:07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It's worth the wait!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01:21:31:04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Fine eating takes time!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01:21:33:14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If it isn't goopy, it isn't good!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01:21:36:09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I'm sure there's something we can do.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01:21:38:25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It seems, we have a saucy situation!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01:21:43:25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Can I try?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01:21:45:19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[effort sounds]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01:21:48:21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01:21:50:04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Here, let me.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01:21:53:14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[shaking sound]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01:21:54:24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proofErr w:type="spellStart"/>
            <w:r>
              <w:t>Whooooa</w:t>
            </w:r>
            <w:proofErr w:type="spellEnd"/>
            <w:r>
              <w:t>...</w:t>
            </w:r>
            <w:proofErr w:type="spellStart"/>
            <w:proofErr w:type="gramStart"/>
            <w:r>
              <w:t>aaaa</w:t>
            </w:r>
            <w:proofErr w:type="spellEnd"/>
            <w:r>
              <w:t>..</w:t>
            </w:r>
            <w:proofErr w:type="gramEnd"/>
            <w:r>
              <w:t xml:space="preserve">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01:21:57:04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Whoaaaaa</w:t>
            </w:r>
            <w:proofErr w:type="spellEnd"/>
            <w:r>
              <w:t xml:space="preserve">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01:21:59:06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Whoooa</w:t>
            </w:r>
            <w:proofErr w:type="spellEnd"/>
            <w:r>
              <w:t>...</w:t>
            </w:r>
            <w:proofErr w:type="spellStart"/>
            <w:proofErr w:type="gramStart"/>
            <w:r>
              <w:t>aaaa</w:t>
            </w:r>
            <w:proofErr w:type="spellEnd"/>
            <w:r>
              <w:t>..</w:t>
            </w:r>
            <w:proofErr w:type="gramEnd"/>
            <w:r>
              <w:t xml:space="preserve">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01:22:01:26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proofErr w:type="spellStart"/>
            <w:r>
              <w:t>Whooooooaaa</w:t>
            </w:r>
            <w:proofErr w:type="spellEnd"/>
            <w:r>
              <w:t xml:space="preserve">....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01:22:03:29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01:22:05:05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Ari, Olive...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01:22:07:04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wonder if we can solve the ketchup problem in the same way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01:22:12:18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we solved the honey problem...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01:22:14:20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gramStart"/>
            <w:r>
              <w:t>mean..?</w:t>
            </w:r>
            <w:proofErr w:type="gramEnd"/>
            <w:r>
              <w:t xml:space="preserve">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01:22:16:01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Add water to it!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01:22:17:21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01:22:18:29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May we try changing something...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01:22:20:16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in your ketchup, Mrs. Llama?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01:22:22:27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Hmm,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01:22:24:16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have been working on this recipe for a long time,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01:22:28:10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to make it delicious!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01:22:29:24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[sigh]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01:22:31:08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But I'd be willing to let you try.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01:22:35:00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Yes! Thanks Mrs. Llama.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01:22:38:09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 can't wait to show you what we've learned.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01:22:40:16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[grunt]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01:22:43:09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Ok, let's try mixing in some water to make it runnier...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01:22:47:25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</w:t>
            </w:r>
            <w:proofErr w:type="gramStart"/>
            <w:r>
              <w:t>hmm..</w:t>
            </w:r>
            <w:proofErr w:type="gramEnd"/>
            <w:r>
              <w:t xml:space="preserve">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01:22:49:23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Just a tiny bit of water to start!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01:22:58:16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Hmm. It's still too goopy.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01:23:01:14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Let's try a little bit more...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01:23:05:14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Hmph.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01:23:12:11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Can I try?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01:23:14:19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Awesome, now the ketchup can drip down faster!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01:23:19:05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ALEJANDRO POSSUM: </w:t>
            </w:r>
            <w:r>
              <w:t xml:space="preserve">[chewing sounds]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01:23:21:26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ALEJANDRO POSSUM: </w:t>
            </w:r>
            <w:r>
              <w:t xml:space="preserve">It's delicious!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01:23:24:19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</w:t>
            </w:r>
            <w:proofErr w:type="spellStart"/>
            <w:r>
              <w:t>Hmmph</w:t>
            </w:r>
            <w:proofErr w:type="spellEnd"/>
            <w:r>
              <w:t xml:space="preserve">, let me try that.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01:23:29:00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MRS. </w:t>
            </w:r>
            <w:r>
              <w:t xml:space="preserve">Llama: Hmm?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lastRenderedPageBreak/>
              <w:t>01:23:30:00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It... it tastes even better now!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01:23:32:28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ALL: </w:t>
            </w:r>
            <w:r>
              <w:t xml:space="preserve">[cheer] [laughter]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01:23:37:07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RANGER RABBIT: </w:t>
            </w:r>
            <w:r>
              <w:t xml:space="preserve">Phew!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01:23:38:10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01:23:41:02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[singing] º Some things are goopy,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01:23:44:16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Others runny and soupy!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01:23:48:18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If it's goopy and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01:23:52:13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º Just add water to make it go! º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01:23:56:22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01:24:02:02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May I please have some Elinor?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01:24:03:23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Sure Ari.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01:24:06:12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OLIVE: </w:t>
            </w:r>
            <w:r>
              <w:t xml:space="preserve">I'm next!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01:24:11:14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proofErr w:type="spellStart"/>
            <w:r>
              <w:t>Mmm</w:t>
            </w:r>
            <w:proofErr w:type="spellEnd"/>
            <w:r>
              <w:t xml:space="preserve">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01:24:12:14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Elinor, I'm glad you used your powers of observation...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01:24:15:23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to do goop.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01:24:17:17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ARI: </w:t>
            </w:r>
            <w:r>
              <w:t xml:space="preserve">Oops, I mean "good."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01:24:19:15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01:24:20:22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[giggle] Thanks Ari, we all figured it out.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01:24:23:13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01:24:25:19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rPr>
                <w:b/>
              </w:rPr>
              <w:t xml:space="preserve">ELINOR: </w:t>
            </w:r>
            <w:r>
              <w:t xml:space="preserve">Come on, let's go! </w:t>
            </w:r>
          </w:p>
        </w:tc>
      </w:tr>
      <w:tr w:rsidR="006D0D49" w:rsidTr="00D07E17">
        <w:tc>
          <w:tcPr>
            <w:tcW w:w="2880" w:type="dxa"/>
          </w:tcPr>
          <w:p w:rsidR="006D0D49" w:rsidRDefault="006D0D49" w:rsidP="00D07E17">
            <w:r>
              <w:t>01:24:30:20</w:t>
            </w:r>
          </w:p>
        </w:tc>
        <w:tc>
          <w:tcPr>
            <w:tcW w:w="2880" w:type="dxa"/>
          </w:tcPr>
          <w:p w:rsidR="006D0D49" w:rsidRDefault="006D0D49" w:rsidP="00D07E17"/>
        </w:tc>
        <w:tc>
          <w:tcPr>
            <w:tcW w:w="2880" w:type="dxa"/>
          </w:tcPr>
          <w:p w:rsidR="006D0D49" w:rsidRDefault="006D0D49" w:rsidP="00D07E17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D49" w:rsidRDefault="006D0D49" w:rsidP="006D0D49">
      <w:pPr>
        <w:spacing w:after="0" w:line="240" w:lineRule="auto"/>
      </w:pPr>
      <w:r>
        <w:separator/>
      </w:r>
    </w:p>
  </w:endnote>
  <w:endnote w:type="continuationSeparator" w:id="0">
    <w:p w:rsidR="006D0D49" w:rsidRDefault="006D0D49" w:rsidP="006D0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D49" w:rsidRDefault="006D0D49" w:rsidP="006D0D49">
      <w:pPr>
        <w:spacing w:after="0" w:line="240" w:lineRule="auto"/>
      </w:pPr>
      <w:r>
        <w:separator/>
      </w:r>
    </w:p>
  </w:footnote>
  <w:footnote w:type="continuationSeparator" w:id="0">
    <w:p w:rsidR="006D0D49" w:rsidRDefault="006D0D49" w:rsidP="006D0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D49" w:rsidRDefault="006D0D49">
    <w:pPr>
      <w:pStyle w:val="Header"/>
    </w:pPr>
    <w:r>
      <w:t>EWW101B_Transcript_BROADCAST</w:t>
    </w:r>
  </w:p>
  <w:p w:rsidR="006D0D49" w:rsidRDefault="006D0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49"/>
    <w:rsid w:val="00070A67"/>
    <w:rsid w:val="00292F2F"/>
    <w:rsid w:val="004F43B2"/>
    <w:rsid w:val="006C4D3C"/>
    <w:rsid w:val="006D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C6B0"/>
  <w15:chartTrackingRefBased/>
  <w15:docId w15:val="{F9CD819E-35ED-4506-8CC9-0EF7C52B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D49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D0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D4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D0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D49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D0D4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D0D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D0D49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6D0D4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D0D49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6D0D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D0D49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6D0D49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D0D49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D0D49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6D0D4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D0D4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D0D4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6D0D49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6D0D49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6D0D49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6D0D4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D0D4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D0D4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6D0D4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D0D49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6D0D4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D0D49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D0D49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D49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D0D49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D0D49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D0D49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D0D49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D0D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D0D4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D0D49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D0D4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2020-01-21T18:18:00Z</dcterms:created>
  <dcterms:modified xsi:type="dcterms:W3CDTF">2020-01-21T18:19:00Z</dcterms:modified>
</cp:coreProperties>
</file>