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80645" w:rsidTr="00A37A53">
        <w:tc>
          <w:tcPr>
            <w:tcW w:w="2880" w:type="dxa"/>
          </w:tcPr>
          <w:p w:rsidR="00180645" w:rsidRDefault="00A37A53">
            <w:r>
              <w:t>TC:</w:t>
            </w:r>
          </w:p>
        </w:tc>
        <w:tc>
          <w:tcPr>
            <w:tcW w:w="2880" w:type="dxa"/>
          </w:tcPr>
          <w:p w:rsidR="00180645" w:rsidRDefault="00A37A53">
            <w:r>
              <w:t>VIDEO:</w:t>
            </w:r>
          </w:p>
        </w:tc>
        <w:tc>
          <w:tcPr>
            <w:tcW w:w="2880" w:type="dxa"/>
          </w:tcPr>
          <w:p w:rsidR="00180645" w:rsidRDefault="00A37A53">
            <w:r>
              <w:t>AUDIO: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00:59:45:00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180645"/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01:00:00:01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[ººº]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01:00:01:20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01:00:03:15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I see things that I want to know.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01:00:05:15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Wherever I am,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01:00:06:21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01:00:09:08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ºGo and explore, listen and see,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01:00:13:01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just follow your curiosity.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01:00:16:14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01:00:20:06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01:00:23:20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01:00:27:17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01:00:31:03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There's so much to learn,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01:00:33:03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wherever you turn,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01:00:35:02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just listen and see,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01:00:36:22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and follow your curiosity.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01:00:40:18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>[ººº]</w:t>
            </w:r>
            <w:r>
              <w:t xml:space="preserve">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01:00:42:09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01:00:46:03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01:00:49:20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01:00:53:13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01:01:00:15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[ººº]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01:01:02:04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"The Amazing Expandable Clubhouse"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01:01:05:01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[birds chirping]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01:01:06:19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[ººº]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01:01:13:18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01:01:15:11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01:01:18:15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Sally, I'm so glad you're joining our club!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01:01:21:20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Ready?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01:01:23:05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An Explorer is brave! </w:t>
            </w:r>
            <w:r>
              <w:rPr>
                <w:b/>
              </w:rPr>
              <w:t xml:space="preserve">OLIVE: </w:t>
            </w:r>
            <w:r>
              <w:t xml:space="preserve">An Explorer is brave!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01:01:26:01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An Explorer is brave!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01:01:28:02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An Explorer is kind! </w:t>
            </w:r>
            <w:r>
              <w:rPr>
                <w:b/>
              </w:rPr>
              <w:t xml:space="preserve">OLIVE: </w:t>
            </w:r>
            <w:r>
              <w:t xml:space="preserve">An Explorer is kind!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01:01:31:08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An </w:t>
            </w:r>
            <w:r>
              <w:t xml:space="preserve">Explorer is kind.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01:01:33:22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An Explorer is curious! </w:t>
            </w:r>
            <w:r>
              <w:rPr>
                <w:b/>
              </w:rPr>
              <w:t xml:space="preserve">OLIVE: </w:t>
            </w:r>
            <w:r>
              <w:t xml:space="preserve">An Explorer is curious!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01:01:36:21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An Explorer is curious!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01:01:39:10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proofErr w:type="spellStart"/>
            <w:r>
              <w:t>Oooooh</w:t>
            </w:r>
            <w:proofErr w:type="spellEnd"/>
            <w:r>
              <w:t xml:space="preserve">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01:01:41:04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Who knows what we'll find!!!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01:01:44:09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[Clubhouse door closes]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01:01:45:09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Sorry I'm late, Explorers!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01:01:47:07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Hi, Explorer Ari!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01:01:48:20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We've just been welcoming the newest member of our Club,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01:01:52:06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Explorer Sally Beaver!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01:01:54:08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A new </w:t>
            </w:r>
            <w:r>
              <w:t xml:space="preserve">member! Awesome!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01:01:56:11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Welcome Explorer Sally!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01:01:58:08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[giggle]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01:01:59:10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Thanks for letting me be a part of the Exploring Club.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01:02:02:20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Of course!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01:02:04:03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Anyone can join the Exploring Club!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01:02:06:13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Yeah, all you </w:t>
            </w:r>
            <w:proofErr w:type="gramStart"/>
            <w:r>
              <w:t>have to</w:t>
            </w:r>
            <w:proofErr w:type="gramEnd"/>
            <w:r>
              <w:t xml:space="preserve"> do is love exploring.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01:02:11:01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Our number one rule is...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01:02:13:11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Exploring is for everyone!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01:02:16:05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Hey!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01:02:17:13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Whoops, sorry!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01:02:19:08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I guess there's less room in the clubhouse...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01:02:21:10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now that we have...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01:02:22:19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[mumbling]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01:02:25:23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Four members!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01:02:27:17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Okay, Explorers!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01:02:29:06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Let's go outside and start </w:t>
            </w:r>
            <w:r>
              <w:t xml:space="preserve">exploring!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01:02:32:11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Wait!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01:02:34:14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I have something we can explore...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01:02:36:12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inside the Clubhouse!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01:02:38:10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Really?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01:02:39:10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What is it, Explorer Ari?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01:02:41:03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Ta-Dah!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01:02:43:20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Snails!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01:02:45:10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Meet Norma and Lou-Lou.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01:02:47:16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proofErr w:type="spellStart"/>
            <w:r>
              <w:t>Ooooh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SALLY: </w:t>
            </w:r>
            <w:r>
              <w:t xml:space="preserve">Whoa...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01:02:49:07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I named them after my Aunties.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01:02:51:01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They look just like them.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01:02:52:10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[giggles]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01:02:54:18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Wow, look at their little antennae.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01:02:59:17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Yup, there they go...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01:03:03:23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still going...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01:03:08:15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They sure don't </w:t>
            </w:r>
            <w:r>
              <w:lastRenderedPageBreak/>
              <w:t xml:space="preserve">move very fast.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01:03:10:14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[gasp] Wait a minute, I have a great idea!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01:03:13:16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>Norma and Lou-Lo</w:t>
            </w:r>
            <w:r>
              <w:t xml:space="preserve">u can be our Exploring Club mascots!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01:03:17:23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01:03:19:06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01:03:20:07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What's a mac-sot?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01:03:21:19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[giggles] Mascot! It's like a pet...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01:03:24:07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for the whole club!!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01:03:26:04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Oh, I love pets.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01:03:30:01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And Norma and Lou-Lou will make perfect club mascots!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01:03:34:17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They don't take up much room!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01:03:36:18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Okay! Now that we have mascots,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01:03:40:01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it's time to go exploring!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01:03:43:08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Wait, Explorer Elinor!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01:03:44:20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 have one more thing to do.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01:03:46:14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01:03:47:14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Clean the Clubhouse!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01:03:49:09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Oh, right!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01:03:51:12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Thank </w:t>
            </w:r>
            <w:proofErr w:type="gramStart"/>
            <w:r>
              <w:t>you Explorer Olive</w:t>
            </w:r>
            <w:proofErr w:type="gramEnd"/>
            <w:r>
              <w:t xml:space="preserve">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01:03:53:05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Our Clubhouse gives us shelter...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01:03:55:14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and a place to plan our adventures.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01:03:58:16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proofErr w:type="gramStart"/>
            <w:r>
              <w:t>So</w:t>
            </w:r>
            <w:proofErr w:type="gramEnd"/>
            <w:r>
              <w:t xml:space="preserve"> Explorers must take care of the Clubhouse before they...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01:04:02:07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explore!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01:04:03:20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[ººº]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01:04:14:20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Okay!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01:04:15:20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 cleaned up the Clubhouse, we have mascots, and now...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01:04:21:01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It's finally time to go exploring!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01:04:24:10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KOA: </w:t>
            </w:r>
            <w:r>
              <w:t xml:space="preserve">Oops! Sup, Elinor!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01:04:26:07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What you guys doing?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01:04:27:22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Oh, hi, Koa!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01:04:29:12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We're </w:t>
            </w:r>
            <w:r>
              <w:t xml:space="preserve">having a meeting of the Exploring Club!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01:04:32:16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proofErr w:type="spellStart"/>
            <w:r>
              <w:t>Wanna</w:t>
            </w:r>
            <w:proofErr w:type="spellEnd"/>
            <w:r>
              <w:t xml:space="preserve"> join?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01:04:34:02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KOA: </w:t>
            </w:r>
            <w:proofErr w:type="spellStart"/>
            <w:r>
              <w:t>Oooh</w:t>
            </w:r>
            <w:proofErr w:type="spellEnd"/>
            <w:r>
              <w:t xml:space="preserve">, Sure!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01:04:35:16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TITO: </w:t>
            </w:r>
            <w:r>
              <w:t xml:space="preserve">Can I join too?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01:04:37:13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Sure, Tito, come on in!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01:04:39:04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 Exploring Club is for everyone!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01:04:41:14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That's the Explorers Way!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01:04:43:16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[ººº]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01:04:47:03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01:04:53:16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TITO: </w:t>
            </w:r>
            <w:r>
              <w:t xml:space="preserve">Cool. </w:t>
            </w:r>
            <w:r>
              <w:rPr>
                <w:b/>
              </w:rPr>
              <w:t xml:space="preserve">KOA: </w:t>
            </w:r>
            <w:proofErr w:type="spellStart"/>
            <w:r>
              <w:t>Oooh</w:t>
            </w:r>
            <w:proofErr w:type="spellEnd"/>
            <w:r>
              <w:t xml:space="preserve">, cool snails.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01:04:56:10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They're our Club mascots!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01:04:58:07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01:04:59:12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And </w:t>
            </w:r>
            <w:r>
              <w:t xml:space="preserve">they're the only ones who have done...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01:05:01:06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any exploring today.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01:05:03:05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We'll all go exploring,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01:05:04:13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right after we teach Koa and Tito the Exploring Club Pledge.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01:05:07:11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TITO: </w:t>
            </w:r>
            <w:r>
              <w:t xml:space="preserve">[giggle]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01:05:08:11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Okay, everybody!! Repeat after me!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01:05:11:14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 Explorer is brave!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01:05:14:06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An Explorer is brave!!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01:05:17:08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CAMILLA: </w:t>
            </w:r>
            <w:r>
              <w:t xml:space="preserve">Explorer?? Did you say Explorer?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01:05:20:09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I love exploring!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01:05:22:22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Then join our </w:t>
            </w:r>
            <w:r>
              <w:t xml:space="preserve">club!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01:05:24:21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CAMILLA: </w:t>
            </w:r>
            <w:r>
              <w:t xml:space="preserve">Don't mind if I do!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01:05:28:11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Whoa. </w:t>
            </w:r>
            <w:r>
              <w:rPr>
                <w:b/>
              </w:rPr>
              <w:t xml:space="preserve">ELINOR: </w:t>
            </w:r>
            <w:r>
              <w:t xml:space="preserve">Whoa. </w:t>
            </w:r>
            <w:r>
              <w:rPr>
                <w:b/>
              </w:rPr>
              <w:t xml:space="preserve">SALLY: </w:t>
            </w:r>
            <w:r>
              <w:t xml:space="preserve">Whoa.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01:05:29:16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CAMILLA: </w:t>
            </w:r>
            <w:r>
              <w:t xml:space="preserve">Sorry, it's </w:t>
            </w:r>
            <w:proofErr w:type="spellStart"/>
            <w:r>
              <w:t>kinda</w:t>
            </w:r>
            <w:proofErr w:type="spellEnd"/>
            <w:r>
              <w:t xml:space="preserve"> tight in here.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01:05:33:21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proofErr w:type="spellStart"/>
            <w:r>
              <w:t>Hoookey</w:t>
            </w:r>
            <w:proofErr w:type="spellEnd"/>
            <w:r>
              <w:t xml:space="preserve">, let's </w:t>
            </w:r>
            <w:r>
              <w:lastRenderedPageBreak/>
              <w:t xml:space="preserve">start the club pledge...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01:05:38:09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GOAT </w:t>
            </w:r>
            <w:r>
              <w:rPr>
                <w:b/>
              </w:rPr>
              <w:t xml:space="preserve">TWINS: </w:t>
            </w:r>
            <w:r>
              <w:t xml:space="preserve">Any room for us?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01:05:40:04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The Exploring Club is for everybody!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01:05:43:23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GOAT TWINS: </w:t>
            </w:r>
            <w:r>
              <w:t xml:space="preserve">[laughter]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01:05:45:08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Hey! </w:t>
            </w:r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01:05:46:14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Okay, time to start the...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01:05:47:22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Watch it!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01:05:49:01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Whoops, I dropped my crayon!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01:05:52:22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Sorry!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01:05:54:09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[laughter] Whoa... Sorry.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01:05:59:00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Got it!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01:06:00:01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[chewing sounds]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01:06:02:14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KOA: </w:t>
            </w:r>
            <w:r>
              <w:t xml:space="preserve">Huh?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01:06:03:16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KOA: </w:t>
            </w:r>
            <w:r>
              <w:t xml:space="preserve">[with mouth full] </w:t>
            </w:r>
            <w:r>
              <w:t xml:space="preserve">Anybody want some crackers?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01:06:06:14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I'll have some </w:t>
            </w:r>
            <w:r>
              <w:rPr>
                <w:b/>
              </w:rPr>
              <w:t xml:space="preserve">ELINOR: </w:t>
            </w:r>
            <w:r>
              <w:t xml:space="preserve">Sure!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01:06:08:03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Pass them over!!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01:06:12:09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Okay, Explorers, let's get this pledge started...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01:06:14:18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proofErr w:type="gramStart"/>
            <w:r>
              <w:t>so</w:t>
            </w:r>
            <w:proofErr w:type="gramEnd"/>
            <w:r>
              <w:t xml:space="preserve"> we can all go exploring!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01:06:17:04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>An explor</w:t>
            </w:r>
            <w:r>
              <w:t xml:space="preserve">er is...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01:06:18:17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Wait!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01:06:19:23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Has anybody seen Norma and Lou-Lou?!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01:06:22:07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They were just here a second ago.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01:06:24:12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Nope </w:t>
            </w:r>
            <w:r>
              <w:rPr>
                <w:b/>
              </w:rPr>
              <w:t xml:space="preserve">OLIVE: </w:t>
            </w:r>
            <w:r>
              <w:t xml:space="preserve">Sorry!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01:06:25:23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They're not over here.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01:06:28:02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Norma!! Lou-Lou!!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01:06:30:17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proofErr w:type="spellStart"/>
            <w:r>
              <w:t>Normaaaa</w:t>
            </w:r>
            <w:proofErr w:type="spellEnd"/>
            <w:r>
              <w:t xml:space="preserve">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01:06:31:17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Lou-Lou!!!!!!!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01:06:32:22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CAMILLA: </w:t>
            </w:r>
            <w:r>
              <w:t xml:space="preserve">Oh no, where are they? </w:t>
            </w:r>
            <w:r>
              <w:rPr>
                <w:b/>
              </w:rPr>
              <w:t xml:space="preserve">SALLY: </w:t>
            </w:r>
            <w:proofErr w:type="spellStart"/>
            <w:r>
              <w:t>Helloo</w:t>
            </w:r>
            <w:proofErr w:type="spellEnd"/>
            <w:r>
              <w:t xml:space="preserve">??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01:06:34:20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Where are you? </w:t>
            </w:r>
            <w:r>
              <w:rPr>
                <w:b/>
              </w:rPr>
              <w:t xml:space="preserve">SALLY: </w:t>
            </w:r>
            <w:r>
              <w:t xml:space="preserve">We looked everywhere!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01:06:36:22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[struggle noises] </w:t>
            </w:r>
            <w:r>
              <w:rPr>
                <w:b/>
              </w:rPr>
              <w:t xml:space="preserve">ARI: </w:t>
            </w:r>
            <w:proofErr w:type="spellStart"/>
            <w:r>
              <w:t>Wha</w:t>
            </w:r>
            <w:proofErr w:type="spellEnd"/>
            <w:r>
              <w:t xml:space="preserve">-oh!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01:06:38:11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[laughing] </w:t>
            </w:r>
            <w:proofErr w:type="spellStart"/>
            <w:r>
              <w:t>Whooaaww</w:t>
            </w:r>
            <w:proofErr w:type="spellEnd"/>
            <w:r>
              <w:t xml:space="preserve">, </w:t>
            </w:r>
            <w:proofErr w:type="spellStart"/>
            <w:r>
              <w:t>Whooaaww</w:t>
            </w:r>
            <w:proofErr w:type="spellEnd"/>
            <w:r>
              <w:t xml:space="preserve">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01:06:43:15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TITO: </w:t>
            </w:r>
            <w:r>
              <w:t xml:space="preserve">[laughs]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01:06:44:22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01:06:46:13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TITO: </w:t>
            </w:r>
            <w:r>
              <w:t xml:space="preserve">That was cool!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01:06:47:22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GOAT TWINS: </w:t>
            </w:r>
            <w:r>
              <w:t xml:space="preserve">[giggle] Oh my!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01:06:50:03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I think we have a </w:t>
            </w:r>
            <w:r>
              <w:t xml:space="preserve">Clubhouse problem.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01:06:52:12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01:06:54:10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 club got bigger, but the Clubhouse stayed the same </w:t>
            </w:r>
            <w:r>
              <w:lastRenderedPageBreak/>
              <w:t xml:space="preserve">size!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01:06:59:07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[laughs]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01:07:01:11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Hmm... Norma! Lou-Lou!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01:07:04:13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Where are </w:t>
            </w:r>
            <w:proofErr w:type="spellStart"/>
            <w:r>
              <w:t>yooouu</w:t>
            </w:r>
            <w:proofErr w:type="spellEnd"/>
            <w:r>
              <w:t xml:space="preserve">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01:07:07:20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What </w:t>
            </w:r>
            <w:r>
              <w:t xml:space="preserve">are we going to do?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01:07:09:11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GOATS TWINS: </w:t>
            </w:r>
            <w:r>
              <w:t xml:space="preserve">[giggling]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01:07:10:14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01:07:12:09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I wonder if we should get a bigger box?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01:07:14:20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That would work...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01:07:17:14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But what if more kids join the </w:t>
            </w:r>
            <w:r>
              <w:t xml:space="preserve">club?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01:07:23:09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We'll have to get a whole new, even bigger Clubhouse!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01:07:27:17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proofErr w:type="gramStart"/>
            <w:r>
              <w:t>Hmm..</w:t>
            </w:r>
            <w:proofErr w:type="gramEnd"/>
            <w:r>
              <w:t xml:space="preserve">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01:07:29:12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What if we get another box and keep this one too?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01:07:32:09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Then we can have two Clubhouses?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01:07:36:21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That could </w:t>
            </w:r>
            <w:r>
              <w:t xml:space="preserve">work.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01:07:38:10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But then, we wouldn't all be together.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01:07:42:00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You're right, Elinor...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01:07:43:10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Explorers are a team, we need to stick together.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01:07:46:10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01:07:47:22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Hmmm...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01:07:48:22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GOAT </w:t>
            </w:r>
            <w:r>
              <w:rPr>
                <w:b/>
              </w:rPr>
              <w:t xml:space="preserve">TWINS: </w:t>
            </w:r>
            <w:r>
              <w:t xml:space="preserve">[laughing]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01:07:52:05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Norma! Lou-Lou! Where are </w:t>
            </w:r>
            <w:proofErr w:type="spellStart"/>
            <w:r>
              <w:t>yooouuuu</w:t>
            </w:r>
            <w:proofErr w:type="spellEnd"/>
            <w:r>
              <w:t xml:space="preserve">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01:07:57:20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There you are!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01:07:59:02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[giggles] Silly snails.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01:08:03:09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It's a good thing you had those shells to protect you...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01:08:05:21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when we </w:t>
            </w:r>
            <w:r>
              <w:t xml:space="preserve">rolled down the hill.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01:08:07:19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Like you have your own little clubhouses,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01:08:10:04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just like we do!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01:08:11:18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Did you say Norma and Lou-Lou...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01:08:13:12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have their own clubhouse?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01:08:15:09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Kind of!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01:08:16:17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See, Norma has a little tiny clubhouse on her back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01:08:20:19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and Lou-Lou, who's bigger, has a bigger clubhouse.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01:08:25:22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I guess when Norma grows up,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01:08:27:22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she'll need a bigger shell too.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01:08:30:05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proofErr w:type="gramStart"/>
            <w:r>
              <w:t>But,</w:t>
            </w:r>
            <w:proofErr w:type="gramEnd"/>
            <w:r>
              <w:t xml:space="preserve"> I </w:t>
            </w:r>
            <w:r>
              <w:t xml:space="preserve">wonder how she'll get a bigger shell?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01:08:33:04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01:08:35:15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01:08:37:22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 need more observations!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01:08:40:06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[ººº]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01:08:47:10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SALLY: </w:t>
            </w:r>
            <w:r>
              <w:t xml:space="preserve">[giggling]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01:08:48:18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01:08:53:12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Let's take a closer look.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01:08:57:12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Norma's shell gets bigger by going around in a swirly shape.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01:09:05:16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It goes around one, two times.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01:09:10:04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But Lou-Lou's shell goes around one,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01:09:12:13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>two,</w:t>
            </w:r>
            <w:r>
              <w:t xml:space="preserve"> three, four times.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01:09:15:21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That's a lot more.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01:09:18:13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One,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01:09:19:19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two,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01:09:21:02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three,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01:09:22:10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four.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01:09:23:22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The snail shell winds around,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01:09:25:23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starting small and getting bigger with </w:t>
            </w:r>
            <w:r>
              <w:t xml:space="preserve">each swirl.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01:09:29:19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I think you're right!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01:09:31:16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When Lou-Lou was a baby, she was probably little just like Norma.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01:09:36:06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>Then as she got bigger Lou-</w:t>
            </w:r>
            <w:r>
              <w:lastRenderedPageBreak/>
              <w:t xml:space="preserve">Lou added swirls to her shell...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01:09:40:04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to make it bigger too.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01:09:41:22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Whoa, that is so cool!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01:09:45:16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01:09:46:18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And that gives me an idea to solve our Clubhouse problem!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01:09:50:17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We'll add on to our Clubhouse...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01:09:53:11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just like Norma and Lou-Lou add on to </w:t>
            </w:r>
            <w:r>
              <w:t xml:space="preserve">their shells.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01:09:57:03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Yeah. </w:t>
            </w:r>
            <w:r>
              <w:rPr>
                <w:b/>
              </w:rPr>
              <w:t xml:space="preserve">ARI: </w:t>
            </w:r>
            <w:r>
              <w:t xml:space="preserve">Yeah.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01:09:59:09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[singing] º Room for everyone!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01:10:01:18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Room for everyone!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01:10:04:00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Everyone is welcome, </w:t>
            </w:r>
            <w:proofErr w:type="spellStart"/>
            <w:r>
              <w:t>'cause</w:t>
            </w:r>
            <w:proofErr w:type="spellEnd"/>
            <w:r>
              <w:t xml:space="preserve"> there's room for everyone!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01:10:08:15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Elinor: º We have a </w:t>
            </w:r>
            <w:r>
              <w:t xml:space="preserve">lot of friends,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01:10:10:18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Olive: º </w:t>
            </w:r>
            <w:proofErr w:type="gramStart"/>
            <w:r>
              <w:t>And</w:t>
            </w:r>
            <w:proofErr w:type="gramEnd"/>
            <w:r>
              <w:t xml:space="preserve"> a club that's really fun,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01:10:13:02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º We have an awesome Clubhouse...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01:10:15:10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we need a bigger 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01:10:17:21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º We'll add more walls and windows.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01:10:20:01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º Like snails, we'll get it done.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01:10:22:08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º Our Club keeps growing bigger, we need...º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01:10:24:17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º Room for everyone!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01:10:27:01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Room for everyone!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01:10:29:08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Room for everyone!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01:10:31:16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º We love to be Explorers cause there's room for everyone!! º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01:10:38:03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I think we've got everything...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01:10:39:16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except the door on the roof!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01:10:41:18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KOA: </w:t>
            </w:r>
            <w:r>
              <w:t xml:space="preserve">One roof door...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01:10:45:00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Done!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01:10:46:11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Now </w:t>
            </w:r>
            <w:r>
              <w:t xml:space="preserve">that's a Clubhouse for everyone!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01:10:49:09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There's space for all of us to fit inside,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01:10:52:01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and if we get even more members...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01:10:54:14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We have lots of extra stuff to build with...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01:10:56:11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to make the Clubhouse even </w:t>
            </w:r>
            <w:r>
              <w:t xml:space="preserve">bigger.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01:10:59:09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Well, now we can finally go exploring...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01:11:01:21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like you wanted, Elinor!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01:11:03:11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That's ok.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01:11:04:20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Norma and Lou-Lou showed us how to add space to our clubhouse,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lastRenderedPageBreak/>
              <w:t>01:11:08:08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just like </w:t>
            </w:r>
            <w:r>
              <w:t xml:space="preserve">they added space to their shells.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01:11:11:00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proofErr w:type="gramStart"/>
            <w:r>
              <w:t>So</w:t>
            </w:r>
            <w:proofErr w:type="gramEnd"/>
            <w:r>
              <w:t xml:space="preserve"> we did learn something from Nature.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01:11:13:09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And that's what exploring is all about!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01:11:17:02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Wait! Has anyone </w:t>
            </w:r>
            <w:proofErr w:type="gramStart"/>
            <w:r>
              <w:t>see</w:t>
            </w:r>
            <w:proofErr w:type="gramEnd"/>
            <w:r>
              <w:t xml:space="preserve"> Norma and Lou-Lou!!??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01:11:21:01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[laughter]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01:11:23:20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Don't tell me.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01:11:25:02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They're on my shoulder again, aren't they?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01:11:27:10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I knew that.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01:11:32:07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OLIVE: </w:t>
            </w:r>
            <w:r>
              <w:t xml:space="preserve">Here </w:t>
            </w:r>
            <w:proofErr w:type="spellStart"/>
            <w:r>
              <w:t>ya</w:t>
            </w:r>
            <w:proofErr w:type="spellEnd"/>
            <w:r>
              <w:t xml:space="preserve"> go Norma and Lou-Lou.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01:11:35:00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ELINOR: </w:t>
            </w:r>
            <w:r>
              <w:t xml:space="preserve">Explorers, are you ready?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01:11:36:21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ARI: </w:t>
            </w:r>
            <w:r>
              <w:t xml:space="preserve">Oh yeah! </w:t>
            </w:r>
            <w:r>
              <w:rPr>
                <w:b/>
              </w:rPr>
              <w:t xml:space="preserve">ALL: </w:t>
            </w:r>
            <w:r>
              <w:t xml:space="preserve">Ready!!!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01:11:40:03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An Explorer is brave.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01:11:43:16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 Explorer is kind!!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01:11:47:10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An Explorer is curious!!!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01:11:50:22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t xml:space="preserve">Who knows what we'll find!! </w:t>
            </w:r>
          </w:p>
        </w:tc>
      </w:tr>
      <w:tr w:rsidR="00180645" w:rsidTr="00A37A53">
        <w:tc>
          <w:tcPr>
            <w:tcW w:w="2880" w:type="dxa"/>
          </w:tcPr>
          <w:p w:rsidR="00180645" w:rsidRDefault="00A37A53">
            <w:r>
              <w:t>01:11:54:09</w:t>
            </w:r>
          </w:p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A37A53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180645" w:rsidTr="00A37A53"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180645"/>
        </w:tc>
        <w:tc>
          <w:tcPr>
            <w:tcW w:w="2880" w:type="dxa"/>
          </w:tcPr>
          <w:p w:rsidR="00180645" w:rsidRDefault="00180645"/>
        </w:tc>
      </w:tr>
    </w:tbl>
    <w:p w:rsidR="00180645" w:rsidRDefault="00180645">
      <w:bookmarkStart w:id="0" w:name="_GoBack"/>
      <w:bookmarkEnd w:id="0"/>
    </w:p>
    <w:sectPr w:rsidR="0018064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A53" w:rsidRDefault="00A37A53" w:rsidP="00A37A53">
      <w:pPr>
        <w:spacing w:after="0" w:line="240" w:lineRule="auto"/>
      </w:pPr>
      <w:r>
        <w:separator/>
      </w:r>
    </w:p>
  </w:endnote>
  <w:endnote w:type="continuationSeparator" w:id="0">
    <w:p w:rsidR="00A37A53" w:rsidRDefault="00A37A53" w:rsidP="00A37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A53" w:rsidRDefault="00A37A53" w:rsidP="00A37A53">
      <w:pPr>
        <w:spacing w:after="0" w:line="240" w:lineRule="auto"/>
      </w:pPr>
      <w:r>
        <w:separator/>
      </w:r>
    </w:p>
  </w:footnote>
  <w:footnote w:type="continuationSeparator" w:id="0">
    <w:p w:rsidR="00A37A53" w:rsidRDefault="00A37A53" w:rsidP="00A37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A53" w:rsidRDefault="00A37A53">
    <w:pPr>
      <w:pStyle w:val="Header"/>
    </w:pPr>
    <w:r>
      <w:t>EWW101A Transcript DOM_INT</w:t>
    </w:r>
  </w:p>
  <w:p w:rsidR="00A37A53" w:rsidRDefault="00A37A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645"/>
    <w:rsid w:val="0029639D"/>
    <w:rsid w:val="00326F90"/>
    <w:rsid w:val="00A37A5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50A28C"/>
  <w14:defaultImageDpi w14:val="300"/>
  <w15:docId w15:val="{CD8E5690-9045-415C-BC3F-44FB8A71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50DA3B-C67D-45C6-85C2-2DC88668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2013-12-23T23:15:00Z</dcterms:created>
  <dcterms:modified xsi:type="dcterms:W3CDTF">2020-01-21T18:12:00Z</dcterms:modified>
  <cp:category/>
</cp:coreProperties>
</file>